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москаля</w:t>
      </w:r>
    </w:p>
    <w:p>
      <w:r>
        <w:br/>
        <w:t xml:space="preserve"> &lt;p&gt;Так званий цивілізований світ явно тратить історичну пам'ять. Звідси його нерозуміння російських справ, а між ними дивного для того світу явища московського каяття. Починаючи від перших "показатєльних процесів" судових старої большевицької гвардії, аж до каяття Берії, — цей феномен лишається загадкою для Заходу. Правда, вже зрозуміли, що московська система катування, фізичного, морального і "науково-медичного" з його "brain-washing", осягає неймовірних вислідів. Але чи в цій диявольській системі вся причина того каяття?</w:t>
      </w:r>
    </w:p>
    <w:p>
      <w:r>
        <w:br/>
        <w:t>Край таємної завіси, яка криє від світу цю загадку, підносить недавня російська історія, історія царату. Як би негативно до нього не відноситися, навіть по-шевченківськи, — факт є, що царські кати останнього століття (перед большевиками), були просто "мягкотєлиє інтелігенти", порівнюючи з катами Леніна — Сталіна — Берії — Маленкова. Під цим оглядом большевики осягли неабиякого прогресу, ступаючи (або за теперішньою зварваризованою мовою "крокуючи") по лінії, визначеній царями. І ось, хоч царські майстри "застєнка" не мали досконалости Єжових, — то й за них каялися "вороги народу", і ще як! Один з видатних російських авторів останнього царювання пише про це: "читаючи покаянні листи декабристів до Миколи І, не віриться очам: чи це вчорашні бунтівники, цареубійники?!" Революційний дух відлітав від них зараз по арешті. Пише Бестужев: "Божий перст і царський гнів давлять мене. Відчуваю, що змарнував на злу справу мій хист; що міг би жити з користю для отчизни і вмерти чесно за свого царя... Але цар є "залог" Божества на землі, а Бог прощає тих, що каються". Куля на Сенатському майдані прошила йому шапку, тікаючи, цілу ніч блукав він вулицями столиці, а нарешті "рішив впасти до ніг царя". Пішов до Зимового Палацу, де й доніс на себе і на своє тайне товариство... Який Дзєржинський царський змушував його до того?</w:t>
      </w:r>
    </w:p>
    <w:p>
      <w:r>
        <w:br/>
        <w:t>Другий декабрист, Булатов (читаємо в того ж автора) — теж зложив покаянну заяву, але "був так пригноблений тим, що цар йому не пойняв віри, — що збожеволів і розбив собі голову об стіну тюремної камери". Третій, М. Муравйов-Апостол, признався перед смертю (1886), що "все дякував Богу за невдачу (бунту) 14 грудня"; що "це було не російське явище". Коли вже по відбуттю кари (як і Ф. Достоєвський), він каявся в своїх політичних гріхах, — хто його до того змушував?!</w:t>
      </w:r>
    </w:p>
    <w:p>
      <w:r>
        <w:br/>
        <w:t>Ще простіше відбулось навернення А. Пушкіна. Він симпатизував з декабристами і казав, що якби в день бунту був у столиці, то був би "с мятєжнікамі". Але й з ним сталася блискавична метаморфоза, про яку злобно писав поет-сучасник:</w:t>
      </w:r>
    </w:p>
    <w:p>
      <w:r>
        <w:br/>
        <w:t>"Он вольность люду проповєдал,</w:t>
      </w:r>
    </w:p>
    <w:p>
      <w:r>
        <w:br/>
        <w:t>Царя з народом звал на суд...</w:t>
      </w:r>
    </w:p>
    <w:p>
      <w:r>
        <w:br/>
        <w:t>Но толька царскіх щей атвєдал,</w:t>
      </w:r>
    </w:p>
    <w:p>
      <w:r>
        <w:br/>
        <w:t>І стал прідворний лізоблюд."</w:t>
      </w:r>
    </w:p>
    <w:p>
      <w:r>
        <w:br/>
        <w:t>Став бояном самодержавства, гноблення ним підбитих народів.</w:t>
      </w:r>
    </w:p>
    <w:p>
      <w:r>
        <w:br/>
        <w:t>Вже цитований автор пише про своїх земляків: "іноді здається, що в Росії не буває революцій, а є тільки бунт — січневий, грудневий, чугуївський, холерний, пугачівський, разінський — вічний бунт вічних рабів". І далі: "Поки ми рухаємось кудись... бунтуємо, — ми в протиприроднім стані, ніби на голові ходимо... але як почнемо рачкувати, каятися, віддаватися реакції, — зараз знаходимо себе, стаємо справжніми росіянами... Ми — Ванька-встанька: хоч як повалить нас революція, реакція випростує".</w:t>
      </w:r>
    </w:p>
    <w:p>
      <w:r>
        <w:br/>
        <w:t>Так "випростувала" Росію царська реакція по революції 1905-6 рр., коли писав згаданий автор. Так "випростувала" її, по революції 1917 р. — большевицька реакція. Про цей бунт народа-раба сказав Петро І: "сія саринь нічєм кромє жесточі унята бить не может". Поки влада ту "жесточь" виявляла і жорстоко розчавлювала Пугачових, — народ-раб лизав руку своїм тиранам, подивляв їх і навіть любив, а Пугачови каялися. Як тільки ця "жесточь" ниділа або вмирала в серцях володарів (Олександер II, Микола II), — раби ними погорджували, їх вбивали і, як їм здавалося, робили революцію. Тоді приходила нова влада, яка брала батіг в руки й заганяла знов збунтовану голоту в залізну клітку. Такими вождями переможних рабів, що потім загнали їх в клітку і були Лєнін і Сталін... Так все бувало в історії Росії. На горі — ті, які били; на долі — ті, яких били, ще й з того тішилися: "ура, нас біть пора!" Вчорашній революціонер зараз же обертався в позавчорашнього, вічного раба, як тільки чиясь міцна рука хапала його "за шиворот" — і каявся.</w:t>
      </w:r>
    </w:p>
    <w:p>
      <w:r>
        <w:br/>
        <w:t>Ось джерело, ґенеза не лише большевицького, але взагалі московського явища каяття. Бунтуватися проти охлялої сили — це можуть москалі. Але їх "природний стан" — це бути рабами справжньої сили. Де така сила встає перед ними, вони падають на коліна: перед своїм володарем, коли він такий як Петро І, або Сталін, і перед чужим, коли він такий як хан татарський. Падають і каються. А на інакших нападають і загризають.</w:t>
      </w:r>
    </w:p>
    <w:p>
      <w:r>
        <w:br/>
        <w:t>Кат, Іван IV, утримався на троні, але Івана VI, невдаху й недішлого царя, задушили в казематі як щура... Петро І душив кого хотів, але недотепу, Петра III, скинули з трону і теж задушили... Твердий Микола І перевішав "мятєжніков", але "мятежнікі" застрілили плохенького Миколу II.</w:t>
      </w:r>
    </w:p>
    <w:p>
      <w:r>
        <w:br/>
        <w:t>Ось цієї психіки московського народу не розуміє Захід. Хоч її можна відчитати навіть на обличчі кожного пересічного "русскава чєлавєка": є на тім обличчі щось невиразне, неозначене, нерішене. Ніколи не знаєте, що він за хвилину зробить: вас в руку поцілує чи горло перегризе. Тому, що він сам ще того не знає, приглядається: коли ви вівця — кинеться на вас, коли вовк — хвіст під себе. Тому кожний політик, який говорить з москалем про "апізмент" є в його очах вівця, і поступає він з нею належно. Інакше — коли вичуває, що політик, який стоїть перед ним, — вовк або добрий домптер. Перед вовком він відступає, затаївши злість, а б'ється з ним тільки, коли вовк сам на нього нападе. Лише треба вовком справді бути. Хто ж такого тільки удає, тільки вимахує дрюком, а не рішений ним "вибіть дурь" з московської голови, — такий москаля не залякає, він вичує, що має діло з маскарадом, бо хитрости йому не брак. Політики або дипломати ялтинського, тегеранського або потсдамського чи панмунджонського або женевського типу, особливого страху в московського Ваньки не збудять і від агресії не стримають. Тим менше та пошесть "москвобісся", захоплення всім московським, яка — на ганьбу окцидентальної культури — шириться тепер по західних видавництвах, часописах, університетських кафедрах і концертових залах. Пропорційно до того, як занепадає віра Заходу в свою місію і свою культурну вищість, росте віра в свою силу, росте ароганція і жадоба експансії москаля.</w:t>
      </w:r>
    </w:p>
    <w:p>
      <w:r>
        <w:br/>
        <w:t>І навпаки. Тому й між іншим Туреччину, Іспанію і розшматовану навіть Німеччину респектує москаль більше, ніж многі сильніші назверх народи.</w:t>
      </w:r>
    </w:p>
    <w:p>
      <w:r>
        <w:br/>
        <w:t>На цю психіку москаля особливу увагу треба звернути нам. Декламували колись сентиментальні земляки: "садок вишневий коло хати". Це був їх ідеал. Прийшов москаль, садок вирубав, хату знищив, хрущі й солов'ї повиздихали, мати — на новій колхозній панщині жне, "плугатарі" в концентраках та в могилах. А українці, навіть "у вільнім світі", оглядаючи той "рай", чухають потилицю: "а може й справді так і треба? Прогрес же ж! І машинізація!" Тоді москаль радіє: "Ага! Уступаєте, значить боїтеся!" — І тоді ви пропали.</w:t>
      </w:r>
    </w:p>
    <w:p>
      <w:r>
        <w:br/>
        <w:t>Любили колись земляки до церкви Божої ходити. Але москаль зробив відкриття, що "Бога нєт", а церкви позамикав, або з них зробив притулок для свого Війового кодла... І ось хахол знов чухає за вухом і каже: "А може справді? Наука ж ще не довела, чи є Бог, чи нема"... І знову радіє москаль: "Ага! Уступаєте, значить боїтеся", — і тоді ви пропали.</w:t>
      </w:r>
    </w:p>
    <w:p>
      <w:r>
        <w:br/>
        <w:t>"Велику літературу" захотіли деякі земляки. І от ВУАН (іn partibus infidelium) просвіщає емігрантів совєтофільством Винниченка, а Сірий-Тищенко видає твори Лесі Українки з творами її большевицьких коментаторів. Друкують в науку людям писання Драгоманова, того, що (казав І. Франко) був "gente Ukrainus, natione Russus", або, як сказав би поляк, "почціви русін"... Коли ж це все бачить москаль, з радістю затирає руки: "Валяй, Ванька, дальше, наша бєрьот!" або як писав Пушкін: "Ура! Ми ломім, гнутца швєди!", чи там українці, уступають, значить бояться, — "паднажмі єщо"!</w:t>
      </w:r>
    </w:p>
    <w:p>
      <w:r>
        <w:br/>
        <w:t>Так відчуває москаль, і в тім випадку відчуває добре, бачить те, що в деяких кругах еміграції заламується українська душа, слабне моральний опір московській блекоті, яку в нашу душу вливають, а де слабне опір моральний, там велика загроза спротиву фізичному. При такім стані нічого не поможуть "воплі" про "самостійну і соборну", ні гучні маніфестації проти підлих "воріженьків". Треба розпеченим залізом глуму і демаскування випекти у власній душі цей пістряк ідейної трусости і (свідомо чи ні) духовного припадання до ніг московської "правди".</w:t>
      </w:r>
    </w:p>
    <w:p>
      <w:r>
        <w:br/>
        <w:t>Повна безстрашність, абсолютне, стовідсоткове заперечення всього московського, така ж абсолютна афірмація своєї Правди, — лише тим зломимо Москву перш у своїм серці, а там і "на нашій, не своїй землі".</w:t>
      </w:r>
    </w:p>
    <w:p>
      <w:r>
        <w:br/>
        <w:t>"Сія саринь нічєм кромє жесточі унята бить не может" — казав цар Петро. А хто ж, як не він, знав свій народ?</w:t>
      </w:r>
    </w:p>
    <w:p>
      <w:r>
        <w:br/>
        <w:t>Серпень 1954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москаля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