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Дурна, що вона собі гадає!</w:t>
      </w:r>
    </w:p>
    <w:p>
      <w:r>
        <w:br/>
        <w:t xml:space="preserve"> &lt;p&gt;ДУРНА, ЩО ВОНА СОБІ ГАДАЄ!</w:t>
      </w:r>
    </w:p>
    <w:p>
      <w:r>
        <w:br/>
        <w:t>Причепурилися нині всі дівчатка в фабриці туток при одній з найбільше оживлених улиць Відня. Робота, сказати б, не ішла скоріше, як всякого дня, бо годі — направду — працювати скоріше. Всі вони працюють жваво, скоро і багато, бо робота іде "від тисячки". Зготовиш тисячку туток — заробила-сь уже сімдесйт крейцарів. Але тих тисячу туток — то "штука і кавалок". .Найспритніша робітниця зготовить денно три тисячі. І то, коли добрий день.</w:t>
      </w:r>
    </w:p>
    <w:p>
      <w:r>
        <w:br/>
        <w:t>Нині мав заглянути сам властитель.</w:t>
      </w:r>
    </w:p>
    <w:p>
      <w:r>
        <w:br/>
        <w:t>Грубас той показувався рідко у фабриці, зіставляв се "дирекції". Сам — як правдивий спортсмен — їздив на кінські перегони, відвідував перший атлетичний клуб у Відні, де було вправді мало тяжких атлетів, але зате цвіла атлетика легка: бігання на всяку віддаль, скоки, кидання каменем і диском, плавання цілими годинами навіть у зимній воді, циклістика і lawn tennis *, яку занесли у Відень англічани, худі, як хорти.</w:t>
      </w:r>
    </w:p>
    <w:p>
      <w:r>
        <w:br/>
        <w:t>Не диво, отже, що у фабриці, як сказано, являвся тільки раз на місяць^</w:t>
      </w:r>
    </w:p>
    <w:p>
      <w:r>
        <w:br/>
        <w:t>Але тепер в протягу одного тижня відвідав її три рази, нині ожидали його вчетверте. Се дивувало всіх.</w:t>
      </w:r>
    </w:p>
    <w:p>
      <w:r>
        <w:br/>
        <w:t>Розумніші і старші робітниці знали добре, що віщували відвідини пана фабриканта. Не одна з них дожила того й на собі.</w:t>
      </w:r>
    </w:p>
    <w:p>
      <w:r>
        <w:br/>
        <w:t>І нині перешіптувалися в одній, другій і в дальших ком-натах. Говорити багато й голосно було заказано, бо се перепиняє роботі. Ще як добра була надзирачка, то якось</w:t>
      </w:r>
    </w:p>
    <w:p>
      <w:r>
        <w:br/>
        <w:t>Теніс (англ.).— Ред.</w:t>
      </w:r>
    </w:p>
    <w:p>
      <w:r>
        <w:br/>
        <w:t>иихопилося голосніше слово. Така надзирачка — на всяку залу, т. е. на тридцять п'ять робітниць, була одна — доносила звичайно "дирекції" про непослух і лінивство, і жертва її гніву діставала звичайно "лявфпас" *. Хотя надзирачками бували звичайно інтелігентніші дівчата, то все ж і між ними знайшлася не одна злюща, як гаденятко. І нещаслива була година з такою...</w:t>
      </w:r>
    </w:p>
    <w:p>
      <w:r>
        <w:br/>
        <w:t>* * *</w:t>
      </w:r>
    </w:p>
    <w:p>
      <w:r>
        <w:br/>
        <w:t>— Певно, знюхав молоде ягнятко наш грубий вовчище, що так унадився до фабрики,— сказала зблякована, але слідно, що гарна колись, робітниця в залі третій.</w:t>
      </w:r>
    </w:p>
    <w:p>
      <w:r>
        <w:br/>
        <w:t>— А чому не має собі позволити ужити любощів,— уне-винняла "грубаса" якась робітниця ззадертим носом. По наголосі й вигляді пізнати було чешку.— Пан собі з него, нема що й казати! Най уживає світа, доки служать літа. Раз молодість, в якій чуєся охоту до любощів...</w:t>
      </w:r>
    </w:p>
    <w:p>
      <w:r>
        <w:br/>
        <w:t>— А, ти зараз мусиш боронити! До тебе єго серце не затріпаесь, не бійся. Він любить цілі носи, а не недокінчені.</w:t>
      </w:r>
    </w:p>
    <w:p>
      <w:r>
        <w:br/>
        <w:t>— До мене не затріпаєся єго серце, знаю се добре без тебе, але до тебе тріпалося та й якось дуже скоро перестало. Покинув тебе! Овва! А не стид тобі?</w:t>
      </w:r>
    </w:p>
    <w:p>
      <w:r>
        <w:br/>
        <w:t>' — Мовчи, зухвала чешко!</w:t>
      </w:r>
    </w:p>
    <w:p>
      <w:r>
        <w:br/>
        <w:t>— Мовчи ти, підла людино, котрою хто хоче покидається! — від'їдалась чешка і погрозила зів'ялій красотці кулаком.</w:t>
      </w:r>
    </w:p>
    <w:p>
      <w:r>
        <w:br/>
        <w:t>— От, не жерли би-сьте ся так ні за що, а згадали направ-ду, до кого то загоріло серце нашого шефа новою любов'ю. Се дуже цікава річ. Ну, як гадаєш, чешка Мариянко? — ві-дозвалася від роботи чистим віденським діалектом висока, статна дівчина.</w:t>
      </w:r>
    </w:p>
    <w:p>
      <w:r>
        <w:br/>
        <w:t>Чешка респектувала її, бо ж вона мала, прецінь, брата фельдфеблем при "дайчмайстрах". Файний собі хлопець! А то щось значить, мати таку приятельку.</w:t>
      </w:r>
    </w:p>
    <w:p>
      <w:r>
        <w:br/>
        <w:t>— Я гадаю, Тоні, що йому впала в око надзирачка з другої зали. Тота з фіалковими очима і волоссям, як лен. Не знаю, що він на ній таке угледів! Овва, невидальце!</w:t>
      </w:r>
    </w:p>
    <w:p>
      <w:r>
        <w:br/>
        <w:t>— Ну, невидальце не невидальце. Але гарніша, як ти, Мариянко-небоже. Вона бодай має чисту сукню щодня, а ти... І добра, дуже добра для дівчат. Сама ще дитина. Щось трошки понад двадцять літ.</w:t>
      </w:r>
    </w:p>
    <w:p>
      <w:r>
        <w:br/>
        <w:t>Чешка була би на іншу посварила, але на приятельку, що має брата фельдфеблем при "дайчмайстрах", годі було злоститися. Бодай не наголос.</w:t>
      </w:r>
    </w:p>
    <w:p>
      <w:r>
        <w:br/>
        <w:t>* Звільнення (нім.).— Ред.</w:t>
      </w:r>
    </w:p>
    <w:p>
      <w:r>
        <w:br/>
        <w:t>Тому по паузі сказала:</w:t>
      </w:r>
    </w:p>
    <w:p>
      <w:r>
        <w:br/>
        <w:t>— Та й я спостерігала, що він щось на неї попасає оком. А директор — то вже їй надскакуе, як цісаревій. Се ж посередник фабриканта в справах любові.. Але знаєш, що я ще спостерегла? Вона, здається, незадоволена з того, що полонила серце мільйонера...</w:t>
      </w:r>
    </w:p>
    <w:p>
      <w:r>
        <w:br/>
        <w:t>— Ні! Що ти кажеш?</w:t>
      </w:r>
    </w:p>
    <w:p>
      <w:r>
        <w:br/>
        <w:t>— Що чуєш. Ото дурна! І що вона собі гадає? Утихли, бо надзирачка до них якраз наблизилася з папером у руці.</w:t>
      </w:r>
    </w:p>
    <w:p>
      <w:r>
        <w:br/>
        <w:t>А тота "дурна" сиділа в другій залі за своїм столом і дивилася непритомним майже оком на працюючі дівчата. Думка її витала коло бідної мами там, у малому словінському місті, і коло доброї хоровитої тітки, у якої мешкала тепер у віддаленій часті столиці...</w:t>
      </w:r>
    </w:p>
    <w:p>
      <w:r>
        <w:br/>
        <w:t>* * *</w:t>
      </w:r>
    </w:p>
    <w:p>
      <w:r>
        <w:br/>
        <w:t>Інспекція покінчилась, фабрикант вийшов з робітні. Молоду словінку, наймолодшу надзирачку, покликав пан директор фабрики до канцелярії.</w:t>
      </w:r>
    </w:p>
    <w:p>
      <w:r>
        <w:br/>
        <w:t>— Добре вам у нас. іде? — запитав директор зарум'янілу дівчину.</w:t>
      </w:r>
    </w:p>
    <w:p>
      <w:r>
        <w:br/>
        <w:t>— Дякую за пам'ять — добре. Я, впрочім, такий короткий час тутка...</w:t>
      </w:r>
    </w:p>
    <w:p>
      <w:r>
        <w:br/>
        <w:t>— Так, так, але все-таки пізнаєте, що добре. Коби ми тілько були з вас задоволені, то й ви не будете нам мали, що закинути. Ласкавий шеф наш єсть чоловіком добрим — помочі уділить охотно. Тільки треба вдоволити єго. Він вас дотепер дуже собі уподобав. Гадаю, що і ви будете йому вдячні... Коли що маєте... теє... яку потребу... різне буває у великім місті, убратися треба, десь поїхати чи піти... знаєте самі найліпше, то прийдіть сміливо до мене... аякже, тут до канцелярії, і кажіть: треба мені тілько, а ткько., Нащо? Се мене не обходить. І я даю. А зглядно не я даю, тільки моя рука дає з кишені пана властителя. Він для'вас зділає усе... Аякже... Сам казав, що, мовляв, якась дуже порядна панна. Аж приємніше в фабриці, коли маєся таку особу... Чуєте, як казав? То багато значить* Прощу вас — такий пан, мільйонер, і так про вас виражаєся!.. То багато значить... То далеко заведе! Ви знаєте, що він ще — нежонатий... Ану ж, ану ж, кажу" ви подобалися йому дуже... Ану ж... все буває на світі...</w:t>
      </w:r>
    </w:p>
    <w:p>
      <w:r>
        <w:br/>
        <w:t>Дівчина засоромилась і почервоніла аж по дрібні ушка.</w:t>
      </w:r>
    </w:p>
    <w:p>
      <w:r>
        <w:br/>
        <w:t>— Смієтеся з мене, пане директор! Ласка ваша! Але я признаюся, що потреби не маю просити о яку там запомогу, тому дякую гарненько за добрі охоти...</w:t>
      </w:r>
    </w:p>
    <w:p>
      <w:r>
        <w:br/>
        <w:t>— Слухайте, панно. Ви не дитина, розважте собі добре над тим, що я вам сказав нині, що сказав еще перед кількома днями...</w:t>
      </w:r>
    </w:p>
    <w:p>
      <w:r>
        <w:br/>
        <w:t>— Розважу над тим добре! — відповіла дівчина скоро і, сказавши adieu *, вернула до зали.</w:t>
      </w:r>
    </w:p>
    <w:p>
      <w:r>
        <w:br/>
        <w:t>Директор стояв хвильку здивований. Потому заломив руки і кликнув:</w:t>
      </w:r>
    </w:p>
    <w:p>
      <w:r>
        <w:br/>
        <w:t>— Що з нею балакати! Вона не розуміє нічого! Дурна якась! Що вона собі гадає!</w:t>
      </w:r>
    </w:p>
    <w:p>
      <w:r>
        <w:br/>
        <w:t>Потому приступив до вікна і, визираючи на улицю, підсвистував арію брукової пісні: "Mein Herz ist а Bienenhaus..." **</w:t>
      </w:r>
    </w:p>
    <w:p>
      <w:r>
        <w:br/>
        <w:t>* * *</w:t>
      </w:r>
    </w:p>
    <w:p>
      <w:r>
        <w:br/>
        <w:t>При кінці місяця покликали її знову до канцелярії. Пан директор заявив їй торжественно:</w:t>
      </w:r>
    </w:p>
    <w:p>
      <w:r>
        <w:br/>
        <w:t>— Моя панно, від завтра ви перестаєте бути членом нашого персоналу. Чи ви сего сподівалися?</w:t>
      </w:r>
    </w:p>
    <w:p>
      <w:r>
        <w:br/>
        <w:t>— Сподівалася...</w:t>
      </w:r>
    </w:p>
    <w:p>
      <w:r>
        <w:br/>
        <w:t>— Сподівалися? Ви не знаєте, чому се сталось! — Тут прибрав урядову міну.— Пан шеф і властитель фабрики переконався, що ви зам'які на чин надзирачки. Вас робітниці не бояться і не шанують. Ви ще дитина... так сказати б, у всьому ще дитина... Так, так...</w:t>
      </w:r>
    </w:p>
    <w:p>
      <w:r>
        <w:br/>
        <w:t>Надзирателька розплакалася.</w:t>
      </w:r>
    </w:p>
    <w:p>
      <w:r>
        <w:br/>
        <w:t>— Хотя дитина я, але знаю, що ви з мене забажали вчинити! Любовниці шукає собі пан фабрикант! Я свого серця і любові не маю на продаж. Най іде шукати собі таких підлих, що згодяться на єго забаганки. Досить я натерпілася за той місяць у вас. Тоті нечемні і безличні пропозиції, тоті надскакування непотрібні... Ох, пане директор... Я бриджусь такими людьми, бриджуся ними. Бувайте здорові! Дякую за поміч, яку мені подав пан шеф. Дякую!..</w:t>
      </w:r>
    </w:p>
    <w:p>
      <w:r>
        <w:br/>
        <w:t>Закривши очі руками, обернулася до дверей, щоби вийти. Директор перескочив їй дорогу.</w:t>
      </w:r>
    </w:p>
    <w:p>
      <w:r>
        <w:br/>
        <w:t>— Але ж, панно моя дорогенька! Я жартував!</w:t>
      </w:r>
    </w:p>
    <w:p>
      <w:r>
        <w:br/>
        <w:t>— Жартували? — і видивилась на нього здивована,</w:t>
      </w:r>
    </w:p>
    <w:p>
      <w:r>
        <w:br/>
        <w:t>— Так. Місце не вимовлене... Я хотів вас настрашити. Остаєте у нас і на дальше. Натурально... теє... для пана шефа треба бути інакшою, бо то преці...</w:t>
      </w:r>
    </w:p>
    <w:p>
      <w:r>
        <w:br/>
        <w:t>— А натурально! — повторила півгнівно і напів з жалем, і, хопивши за клямку, вийшла.</w:t>
      </w:r>
    </w:p>
    <w:p>
      <w:r>
        <w:br/>
        <w:t>* Прощайте (франц.).— Ред. ** "Мое серце — то вулик..." (нім.).— Ред.</w:t>
      </w:r>
    </w:p>
    <w:p>
      <w:r>
        <w:br/>
        <w:t>— Панно, прошу вернутися! Маю вам сказати одне словечко тільки! Верніться!</w:t>
      </w:r>
    </w:p>
    <w:p>
      <w:r>
        <w:br/>
        <w:t>— Прокляті душогуби, розпусники! — крикнула. Але того не почув пан директор.</w:t>
      </w:r>
    </w:p>
    <w:p>
      <w:r>
        <w:br/>
        <w:t>— Що вона? Збожеволіла? — запитав директора властитель фабрики, що перебував цілий той час в прибічній кімнаті.</w:t>
      </w:r>
    </w:p>
    <w:p>
      <w:r>
        <w:br/>
        <w:t>— Збожеволіла, ласкавий пане!</w:t>
      </w:r>
    </w:p>
    <w:p>
      <w:r>
        <w:br/>
        <w:t>— А най їй там! А шкода її! Я б її убрав, як райську птаху. Вона мені закрутила направду голову! Мусить когось мати, коли так гороїжиться. А шкода її.</w:t>
      </w:r>
    </w:p>
    <w:p>
      <w:r>
        <w:br/>
        <w:t>— От дурна дівка! Може, зловила собі якого студента або бідного урядничину та й панькаеться з ним. А буде колись того жалувати!</w:t>
      </w:r>
    </w:p>
    <w:p>
      <w:r>
        <w:br/>
        <w:t>— Але гарна, бестійка, хоч малюй!</w:t>
      </w:r>
    </w:p>
    <w:p>
      <w:r>
        <w:br/>
        <w:t>* * *</w:t>
      </w:r>
    </w:p>
    <w:p>
      <w:r>
        <w:br/>
        <w:t>Вона загадала покинути тоту фабрику трикляту хоть би і зараз. Ту для неї отвираеться пекло. Осоружний був їй директор з огидними чемностями, яких було від послідньої розмови і її енергійного виступу таки дуже багато. Осоружний став і фабрикант, котрий являвся у фабриці щодня і видиЕЛював на неї свої вибалушені очі. Осоружне все до-кола...</w:t>
      </w:r>
    </w:p>
    <w:p>
      <w:r>
        <w:br/>
        <w:t>Тепер от вечором вона поїде до панства Р., у яких є діти до науки й виховування. Знакомі посилали її до того дому. Платня славна, було би з чого помочи мамі і тітці. Дім хороший, порядний. Най тільки дістане ту лекцію, зараз покине фабрику. Се ж і заняття не для неї, дочки бувшого учителя людового*, що, померши, не оставив їй грошей, тільки доволі обширну освіту і защеплені в глибині серця засади чесноти та любов правди.</w:t>
      </w:r>
    </w:p>
    <w:p>
      <w:r>
        <w:br/>
        <w:t>Вона їхала електричним трамваєм і була вже близько вулиці, де мешкали панство Р. Серце її било надією. Нараз здригнулася. До вагона ввійшов він*— фабрикант. Нині якось не їхав повозкою, як звичайно. Ну, виїмок нині. Побачивши її, вклонився чемно і поважно, удаючи, що не знає о заходах свойого посередника зглядом тієї хорошої женщини. Вона відклонилася рівно ж чемно і подумала: "От, і він тут! Але що мені там! За пару днів не знаємося більше! Ото буде радість, радість!"</w:t>
      </w:r>
    </w:p>
    <w:p>
      <w:r>
        <w:br/>
        <w:t>А він думав: "Куди вона так їде? Певно, до свого любчика. Певно, на сходини. Я направду цікавий видіти Ромео сеї новітньої Юлії...1 Але не випадає. В, усякім разі, мушу знати, де вона їде..."</w:t>
      </w:r>
    </w:p>
    <w:p>
      <w:r>
        <w:br/>
        <w:t>Купив білет і сидів, немов не звертаючи уваги на свою робітницю.</w:t>
      </w:r>
    </w:p>
    <w:p>
      <w:r>
        <w:br/>
        <w:t>Незабаром висіла з вагона. Він зіскочив також неспо-пережено і, побачивши комісіонера, приступив до нього:</w:t>
      </w:r>
    </w:p>
    <w:p>
      <w:r>
        <w:br/>
        <w:t>— Бачите тоту даму он там? Ідіть за нею, слідіть її. Мушу знати, до кого вона пішла. Ожидаю вас у caf&amp;#233; "Metropol" *.</w:t>
      </w:r>
    </w:p>
    <w:p>
      <w:r>
        <w:br/>
        <w:t>— Служу ласкавому панові! — сказав комісіонер і кинувся в скок за гарною дівчиною.</w:t>
      </w:r>
    </w:p>
    <w:p>
      <w:r>
        <w:br/>
        <w:t>Ввійшла до одної камениці. По камінних ступенях вийшла на другий поверх, вишукала число дверей і задзвонила. Комісіонер станув при дверях іншого помешкання, удаючи, що когось вижидає. Двері не відчинилися, тільки віконце в дверях. Комісіонер чув розмову.</w:t>
      </w:r>
    </w:p>
    <w:p>
      <w:r>
        <w:br/>
        <w:t>— Хто там?</w:t>
      </w:r>
    </w:p>
    <w:p>
      <w:r>
        <w:br/>
        <w:t>— Тут панство P.?</w:t>
      </w:r>
    </w:p>
    <w:p>
      <w:r>
        <w:br/>
        <w:t>— Тут, а чого вам?</w:t>
      </w:r>
    </w:p>
    <w:p>
      <w:r>
        <w:br/>
        <w:t>— Хотіла б я поговорити. Зачуваю, що єсть лекція. Приходжу від знакомих панства К.</w:t>
      </w:r>
    </w:p>
    <w:p>
      <w:r>
        <w:br/>
        <w:t>— Від К.? О, яка ж велика шкода! Передвчора, власне, прийняли ми домову вчительку. Яка шкода! І мамця буде cero жалувати. Тепер нема нікого дома, лиш я. Ах, яка шкода! Прошу кланятися від нас панству К. і сказати, що запізно, бо місце вже заняте!</w:t>
      </w:r>
    </w:p>
    <w:p>
      <w:r>
        <w:br/>
        <w:t>— Adieu!</w:t>
      </w:r>
    </w:p>
    <w:p>
      <w:r>
        <w:br/>
        <w:t>— Adieu!</w:t>
      </w:r>
    </w:p>
    <w:p>
      <w:r>
        <w:br/>
        <w:t>— Зайняте вже, пропало! — шепнула до себе дівчина і притьмом пустилася по сходах. За нею послугач.</w:t>
      </w:r>
    </w:p>
    <w:p>
      <w:r>
        <w:br/>
        <w:t>Перед каменицею стала. Де тепер іти? Значить: на дальше у тій проклятій фабриці, а як не послухаєш їх під-шептів, то зупинишся на леду! Гарні речі! .</w:t>
      </w:r>
    </w:p>
    <w:p>
      <w:r>
        <w:br/>
        <w:t>Ішла дальше. Думки напливали роєм. "Ні, я не можу остати в тій фабриці! А без того я не в силі ані запомочи маму, ані бідну тітку... О, проклята красото, причина мойого лиха і скорбот!,. Але ні! Чом же я не маю пожити гаразд?.. Я молода, сдіт широкий, веселий, так усміхається. І він — такий милий — такий вуж — так ласиться... Я його так люблю, так люблю..."</w:t>
      </w:r>
    </w:p>
    <w:p>
      <w:r>
        <w:br/>
        <w:t>Гадки мішалися. "Іду там, де він часто пересиджує. Перейдуся попри кофейню над дунайським каналом..."</w:t>
      </w:r>
    </w:p>
    <w:p>
      <w:r>
        <w:br/>
        <w:t>Пішла. В голові її палило.</w:t>
      </w:r>
    </w:p>
    <w:p>
      <w:r>
        <w:br/>
        <w:t>А вода — каламутна вода в ясну днину — вода тота, спокійненько пливуча, манила її. Так вона почула нараз непе-реможений нагін-потяг до тієї води...</w:t>
      </w:r>
    </w:p>
    <w:p>
      <w:r>
        <w:br/>
        <w:t>* Кафе "Метрополь" (франц.).— Ред.</w:t>
      </w:r>
    </w:p>
    <w:p>
      <w:r>
        <w:br/>
        <w:t>До caf&amp;#233; "Metropol" влетів комісіонер.</w:t>
      </w:r>
    </w:p>
    <w:p>
      <w:r>
        <w:br/>
        <w:t>— А де вона пішла? — запитав півголосом фабрикант.</w:t>
      </w:r>
    </w:p>
    <w:p>
      <w:r>
        <w:br/>
        <w:t>— На ратункову станцію!</w:t>
      </w:r>
    </w:p>
    <w:p>
      <w:r>
        <w:br/>
        <w:t>— Де?.. Чого?.. Як то?</w:t>
      </w:r>
    </w:p>
    <w:p>
      <w:r>
        <w:br/>
        <w:t>— Скочила в Дунай. Поліцай ледве її витягнув. Жива, натурально... Я навіть не сподівався, що таке станеся, а'то був би перешкодив. Нагло склалося...</w:t>
      </w:r>
    </w:p>
    <w:p>
      <w:r>
        <w:br/>
        <w:t>Розповів усе дочиста.</w:t>
      </w:r>
    </w:p>
    <w:p>
      <w:r>
        <w:br/>
        <w:t>— А то дурна раз, гей, дурна! Чи потребувала сего. Була би пані... Така красна, а така, така...</w:t>
      </w:r>
    </w:p>
    <w:p>
      <w:r>
        <w:br/>
        <w:t>— І була би щаслива!—додав комісіонер, глянувши значучо на фабриканта.</w:t>
      </w:r>
    </w:p>
    <w:p>
      <w:r>
        <w:br/>
        <w:t>Відгадав його думки...</w:t>
      </w:r>
    </w:p>
    <w:p>
      <w:r>
        <w:br/>
        <w:t>Відень 1901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Дурна, що вона собі гадає!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