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на прогулянці</w:t>
      </w:r>
    </w:p>
    <w:p>
      <w:r>
        <w:br/>
        <w:t xml:space="preserve"> Дурень – це гра. Це мішання карт.&lt;br /&gt;</w:t>
        <w:br/>
        <w:t>І комбінації і азарт,&lt;br /&gt;</w:t>
        <w:br/>
        <w:t>Який поволі заволодіває&lt;br /&gt;</w:t>
        <w:br/>
        <w:t>Нервами, і немає&lt;br /&gt;</w:t>
        <w:br/>
        <w:t>Як позбутися тиску лещат&lt;br /&gt;</w:t>
        <w:br/>
        <w:t>Пальців. У дурнів очі блищать.</w:t>
      </w:r>
    </w:p>
    <w:p>
      <w:r>
        <w:br/>
        <w:t>Дурень – це стан. Це жіночий стан,&lt;br /&gt;</w:t>
        <w:br/>
        <w:t>Обтягнутий сукнею, як мустанг&lt;br /&gt;</w:t>
        <w:br/>
        <w:t>Шкірою, на траві плюс карти&lt;br /&gt;</w:t>
        <w:br/>
        <w:t>Плюс ти навпроти, карти, відверте&lt;br /&gt;</w:t>
        <w:br/>
        <w:t>Махлювання в присутності двох рибалок,&lt;br /&gt;</w:t>
        <w:br/>
        <w:t>Плеса води, риби, сторожа, скалок&lt;br /&gt;</w:t>
        <w:br/>
        <w:t>Сонця, червоних лілій і в склянці&lt;br /&gt;</w:t>
        <w:br/>
        <w:t>Червів. Дурень на Прогулянці!</w:t>
      </w:r>
    </w:p>
    <w:p>
      <w:r>
        <w:br/>
        <w:t>Гра на морозиво. (Мій виграш!). На&lt;br /&gt;</w:t>
        <w:br/>
        <w:t>Рабство годинне – тиха луна&lt;br /&gt;</w:t>
        <w:br/>
        <w:t>Котиться плесом – твій навіки&lt;br /&gt;</w:t>
        <w:br/>
        <w:t>Раб! – на життя – галактичні ріки&lt;br /&gt;</w:t>
        <w:br/>
        <w:t>Б’ють у животи. Ботанічний сад&lt;br /&gt;</w:t>
        <w:br/>
        <w:t>Обертається. Дурень – це я. Це твій зад.</w:t>
      </w:r>
    </w:p>
    <w:p>
      <w:r>
        <w:br/>
        <w:t>І мій пещений зад, на якому&lt;br /&gt;</w:t>
        <w:br/>
        <w:t>Так спокійно сидіти і так невагомо.&lt;br /&gt;</w:t>
        <w:br/>
        <w:t>І плюс твій бік. Верхня лінія боку&lt;br /&gt;</w:t>
        <w:br/>
        <w:t>З неймовірним овалом. І гак, що глибоко&lt;br /&gt;</w:t>
        <w:br/>
        <w:t>Закинутий. Черв. Тупий риб’ячий рот.&lt;br /&gt;</w:t>
        <w:br/>
        <w:t>Дурень – це світ, страва втрат і щедрот.&lt;br /&gt;</w:t>
        <w:br/>
        <w:t>Клює! Я програв. Риба в небі. Хробак&lt;br /&gt;</w:t>
        <w:br/>
        <w:t>В пащі з обов’язком, сповненим так,&lt;br /&gt;</w:t>
        <w:br/>
        <w:t>Як належить. Ти вигинаєш хребет.&lt;br /&gt;</w:t>
        <w:br/>
        <w:t>Рибалка в екстазі. Ти згадуєш "Пет&lt;br /&gt;</w:t>
        <w:br/>
        <w:t>Шот бойз" або ще щось. Танцюєш. Я хочу&lt;br /&gt;</w:t>
        <w:br/>
        <w:t>Тебе зґвалтувати. Верба. Вода. Скочу!</w:t>
      </w:r>
    </w:p>
    <w:p>
      <w:r>
        <w:br/>
        <w:t>Політ у безодню. Гріхопадіння&lt;br /&gt;</w:t>
        <w:br/>
        <w:t>Оргазмне, цвітіня лілій, гудіння&lt;br /&gt;</w:t>
        <w:br/>
        <w:t>Юрб, ос, підсилювальних апаратів,&lt;br /&gt;</w:t>
        <w:br/>
        <w:t>Виск срібла і блиск каратів,&lt;br /&gt;</w:t>
        <w:br/>
        <w:t>Рип ліжка і танці, серпневі статеві танці!&lt;br /&gt;</w:t>
        <w:br/>
        <w:t>Дурень! Дурень на Прогулянці!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на прогулянці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