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</w:t>
      </w:r>
    </w:p>
    <w:p>
      <w:r>
        <w:br/>
        <w:t xml:space="preserve"> І&lt;br /&gt;</w:t>
        <w:br/>
        <w:t>Болить мене головонька,&lt;br /&gt;</w:t>
        <w:br/>
        <w:t>Від чого — не знаю;&lt;br /&gt;</w:t>
        <w:br/>
        <w:t>Зв'язав би я китайкою —&lt;br /&gt;</w:t>
        <w:br/>
        <w:t>Китайки не маю.&lt;br /&gt;</w:t>
        <w:br/>
        <w:t>Пустив свою китаєчку&lt;br /&gt;</w:t>
        <w:br/>
        <w:t>На море, на море:&lt;br /&gt;</w:t>
        <w:br/>
        <w:t>Плини, моя китаєчко,&lt;br /&gt;</w:t>
        <w:br/>
        <w:t>У гори, у гори.&lt;br /&gt;</w:t>
        <w:br/>
        <w:t>Вийде мати воду брати&lt;br /&gt;</w:t>
        <w:br/>
        <w:t>Та й тебе спіймає,&lt;br /&gt;</w:t>
        <w:br/>
        <w:t>Стане тебе ба й питати:&lt;br /&gt;</w:t>
        <w:br/>
        <w:t>"З котрого краю?"&lt;br /&gt;</w:t>
        <w:br/>
        <w:t>А ти кажи, шовковая:&lt;br /&gt;</w:t>
        <w:br/>
        <w:t>"Від сина гостина!"&lt;br /&gt;</w:t>
        <w:br/>
        <w:t>А як тебе питатиме:&lt;br /&gt;</w:t>
        <w:br/>
        <w:t>"Чо кров'ю крашена?" —&lt;br /&gt;</w:t>
        <w:br/>
        <w:t>А ти кажи, китаєчко:&lt;br /&gt;</w:t>
        <w:br/>
        <w:t>"Цісарськая слава&lt;br /&gt;</w:t>
        <w:br/>
        <w:t>Красить наші китаєчки&lt;br /&gt;</w:t>
        <w:br/>
        <w:t>Кроваво, кроваво".</w:t>
      </w:r>
    </w:p>
    <w:p>
      <w:r>
        <w:br/>
        <w:t>ІІ&lt;br /&gt;</w:t>
        <w:br/>
        <w:t>Межи двома гороньками&lt;br /&gt;</w:t>
        <w:br/>
        <w:t>Сходить місяць зороньками.&lt;br /&gt;</w:t>
        <w:br/>
        <w:t>....................................................................................&lt;br /&gt;</w:t>
        <w:br/>
        <w:t>Лишіть мене, товариші,&lt;br /&gt;</w:t>
        <w:br/>
        <w:t>Соколики сиві,&lt;br /&gt;</w:t>
        <w:br/>
        <w:t>Лишіть мене... Ви сьогодне&lt;br /&gt;</w:t>
        <w:br/>
        <w:t>Днували щасливо,&lt;br /&gt;</w:t>
        <w:br/>
        <w:t>А я тужив, я журився&lt;br /&gt;</w:t>
        <w:br/>
        <w:t>Цілісіньку днинку, —&lt;br /&gt;</w:t>
        <w:br/>
        <w:t>Лишіть мене, голубчики,&lt;br /&gt;</w:t>
        <w:br/>
        <w:t>Одну лиш годинку&lt;br /&gt;</w:t>
        <w:br/>
        <w:t>Проспатися на місяці.&lt;br /&gt;</w:t>
        <w:br/>
        <w:t>Най ми хоть присниться,&lt;br /&gt;</w:t>
        <w:br/>
        <w:t>Що я дома розвернувся&lt;br /&gt;</w:t>
        <w:br/>
        <w:t>В запашній травиці:&lt;br /&gt;</w:t>
        <w:br/>
        <w:t>Милий вітер провіває,&lt;br /&gt;</w:t>
        <w:br/>
        <w:t>Кучерями носить&lt;br /&gt;</w:t>
        <w:br/>
        <w:t>Та росою холодною&lt;br /&gt;</w:t>
        <w:br/>
        <w:t>Личко моє росить...&lt;br /&gt;</w:t>
        <w:br/>
        <w:t>Затропотів тарабанчик,&lt;br /&gt;</w:t>
        <w:br/>
        <w:t>Горністи зарули.&lt;br /&gt;</w:t>
        <w:br/>
        <w:t>Я схопився — до кучерів, —&lt;br /&gt;</w:t>
        <w:br/>
        <w:t>Би-с думав: не були!&lt;br /&gt;</w:t>
        <w:br/>
        <w:t>Лиш росиця, як бувало,&lt;br /&gt;</w:t>
        <w:br/>
        <w:t>Личенько полоче, —&lt;br /&gt;</w:t>
        <w:br/>
        <w:t>А хоть трави не полочуть,&lt;br /&gt;</w:t>
        <w:br/>
        <w:t>То полочуть очі.</w:t>
      </w:r>
    </w:p>
    <w:p>
      <w:r>
        <w:br/>
        <w:t>ІІІ&lt;br /&gt;</w:t>
        <w:br/>
        <w:t>Злетів сокіл понад окіл,&lt;br /&gt;</w:t>
        <w:br/>
        <w:t>Я його не бачу, —&lt;br /&gt;</w:t>
        <w:br/>
        <w:t>Сльози ми ся закрутили...&lt;br /&gt;</w:t>
        <w:br/>
        <w:t>Та чого ж я плачу?&lt;br /&gt;</w:t>
        <w:br/>
        <w:t>Тихо, серце, тихо, моє!&lt;br /&gt;</w:t>
        <w:br/>
        <w:t>Є і в мене крила,&lt;br /&gt;</w:t>
        <w:br/>
        <w:t>Лиш що мокрі-мокресенькі:&lt;br /&gt;</w:t>
        <w:br/>
        <w:t>Сльозонька зросила.&lt;br /&gt;</w:t>
        <w:br/>
        <w:t>Але завтра рано-вранці —&lt;br /&gt;</w:t>
        <w:br/>
        <w:t>Вже відсидів решту —&lt;br /&gt;</w:t>
        <w:br/>
        <w:t>Прийде капрал молоденький,&lt;br /&gt;</w:t>
        <w:br/>
        <w:t>Випустить з арешту;&lt;br /&gt;</w:t>
        <w:br/>
        <w:t>А я стану против сонця —&lt;br /&gt;</w:t>
        <w:br/>
        <w:t>Висхнуть мої крила:&lt;br /&gt;</w:t>
        <w:br/>
        <w:t>Боже милий! як полечу!..&lt;br /&gt;</w:t>
        <w:br/>
        <w:t>Лиш коби не били.</w:t>
      </w:r>
    </w:p>
    <w:p>
      <w:r>
        <w:br/>
        <w:t>ІV&lt;br /&gt;</w:t>
        <w:br/>
        <w:t>Ой жовнір я, легіники,&lt;br /&gt;</w:t>
        <w:br/>
        <w:t>Ой жовнір я, жовнір!&lt;br /&gt;</w:t>
        <w:br/>
        <w:t>Коли мені не вірите,&lt;br /&gt;</w:t>
        <w:br/>
        <w:t>Дивіться на ковнір.&lt;br /&gt;</w:t>
        <w:br/>
        <w:t>Який же він мальований,&lt;br /&gt;</w:t>
        <w:br/>
        <w:t>Який же він красний;&lt;br /&gt;</w:t>
        <w:br/>
        <w:t>Який же він окований —&lt;br /&gt;</w:t>
        <w:br/>
        <w:t>Світок мій нещасний!&lt;br /&gt;</w:t>
        <w:br/>
        <w:t>Ци, може, ти, моя ненько,&lt;br /&gt;</w:t>
        <w:br/>
        <w:t>Не била поклони,&lt;br /&gt;</w:t>
        <w:br/>
        <w:t>Ци колачі не віддала&lt;br /&gt;</w:t>
        <w:br/>
        <w:t>Кумам по закону,&lt;br /&gt;</w:t>
        <w:br/>
        <w:t>Що вни мені таку долю&lt;br /&gt;</w:t>
        <w:br/>
        <w:t>Зелізну судили? —&lt;br /&gt;</w:t>
        <w:br/>
        <w:t>Бодай же вас, батьки-матки,&lt;br /&gt;</w:t>
        <w:br/>
        <w:t>Та злидні побили!</w:t>
      </w:r>
    </w:p>
    <w:p>
      <w:r>
        <w:br/>
        <w:t>Попід гору високую&lt;br /&gt;</w:t>
        <w:br/>
        <w:t>Крутії дороги;&lt;br /&gt;</w:t>
        <w:br/>
        <w:t>Не знаєте, батьки-матки,&lt;br /&gt;</w:t>
        <w:br/>
        <w:t>Як то боля ноги,&lt;br /&gt;</w:t>
        <w:br/>
        <w:t>Блукаючи з зелізнойов&lt;br /&gt;</w:t>
        <w:br/>
        <w:t>Од краю до краю.&lt;br /&gt;</w:t>
        <w:br/>
        <w:t>Гой, піду я, батьки-матки,&lt;br /&gt;</w:t>
        <w:br/>
        <w:t>З конем до Дунаю&lt;br /&gt;</w:t>
        <w:br/>
        <w:t>Та й тручу я зелізную&lt;br /&gt;</w:t>
        <w:br/>
        <w:t>В дунайську долину,&lt;br /&gt;</w:t>
        <w:br/>
        <w:t>А сам собі на коника —&lt;br /&gt;</w:t>
        <w:br/>
        <w:t>До неньки полину.&lt;br /&gt;</w:t>
        <w:br/>
        <w:t>А в ненечки старенької&lt;br /&gt;</w:t>
        <w:br/>
        <w:t>Хати на помості;&lt;br /&gt;</w:t>
        <w:br/>
        <w:t>Коли з долев не утону,&lt;br /&gt;</w:t>
        <w:br/>
        <w:t>То буду за гості...</w:t>
      </w:r>
    </w:p>
    <w:p>
      <w:r>
        <w:br/>
        <w:t>V&lt;br /&gt;</w:t>
        <w:br/>
        <w:t>Ходжу-блуджу по дорозі,&lt;br /&gt;</w:t>
        <w:br/>
        <w:t>Серденько ми мліє,&lt;br /&gt;</w:t>
        <w:br/>
        <w:t>Обернуся к Буковині,&lt;br /&gt;</w:t>
        <w:br/>
        <w:t>Чи вітер не віє.&lt;br /&gt;</w:t>
        <w:br/>
        <w:t>Ані вітер не повіє,&lt;br /&gt;</w:t>
        <w:br/>
        <w:t>Відки серце хоче;&lt;br /&gt;</w:t>
        <w:br/>
        <w:t>Заплакав би на доленьку —&lt;br /&gt;</w:t>
        <w:br/>
        <w:t>Не служать вже очі.&lt;br /&gt;</w:t>
        <w:br/>
        <w:t>Повій, вітре, повій, буйний,&lt;br /&gt;</w:t>
        <w:br/>
        <w:t>Відки тя чекаю,&lt;br /&gt;</w:t>
        <w:br/>
        <w:t>Та привій ми хоть листочок&lt;br /&gt;</w:t>
        <w:br/>
        <w:t>З козацького краю,&lt;br /&gt;</w:t>
        <w:br/>
        <w:t>А з нашої Буковини&lt;br /&gt;</w:t>
        <w:br/>
        <w:t>Мальовану квітку,&lt;br /&gt;</w:t>
        <w:br/>
        <w:t>А від мої миленької&lt;br /&gt;</w:t>
        <w:br/>
        <w:t>Китайку-позлітку!&lt;br /&gt;</w:t>
        <w:br/>
        <w:t>Нехай очі повтираю,&lt;br /&gt;</w:t>
        <w:br/>
        <w:t>Головоньку зв'яжу;&lt;br /&gt;</w:t>
        <w:br/>
        <w:t>Нема кому поскаржитись —&lt;br /&gt;</w:t>
        <w:br/>
        <w:t>Я квітоньці скажу.&lt;br /&gt;</w:t>
        <w:br/>
        <w:t>Вона скаже другим чічкам,&lt;br /&gt;</w:t>
        <w:br/>
        <w:t>А другі знов далі —&lt;br /&gt;</w:t>
        <w:br/>
        <w:t>Будуть моє тяжке горе&lt;br /&gt;</w:t>
        <w:br/>
        <w:t>Усі чічки знали.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