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 тюремна</w:t>
      </w:r>
    </w:p>
    <w:p>
      <w:r>
        <w:br/>
        <w:t xml:space="preserve"> Коли вже кинуть мурувати&lt;br /&gt;</w:t>
        <w:br/>
        <w:t>В’язниці мирові кати?&lt;br /&gt;</w:t>
        <w:br/>
        <w:t>Не нам кайдани розірвати,&lt;br /&gt;</w:t>
        <w:br/>
        <w:t>Неволю зо світу знести.</w:t>
      </w:r>
    </w:p>
    <w:p>
      <w:r>
        <w:br/>
        <w:t>Болить душа, і слабнуть руки,&lt;br /&gt;</w:t>
        <w:br/>
        <w:t>Безсило думка замира;&lt;br /&gt;</w:t>
        <w:br/>
        <w:t>В устах німіють журні звуки...&lt;br /&gt;</w:t>
        <w:br/>
        <w:t>Де ж ти, сподівана пора?</w:t>
      </w:r>
    </w:p>
    <w:p>
      <w:r>
        <w:br/>
        <w:t>Вона не прийде, не загляне&lt;br /&gt;</w:t>
        <w:br/>
        <w:t>За часу нашого між люд;&lt;br /&gt;</w:t>
        <w:br/>
        <w:t>Мов квіт підтятий, серце зв’яне;&lt;br /&gt;</w:t>
        <w:br/>
        <w:t>Снаги не вистаче на труд.</w:t>
      </w:r>
    </w:p>
    <w:p>
      <w:r>
        <w:br/>
        <w:t>Перейдуть дні — і трупи наші&lt;br /&gt;</w:t>
        <w:br/>
        <w:t>Попихач, лаючись, складе;&lt;br /&gt;</w:t>
        <w:br/>
        <w:t>Не все ж умре: гіркої чаші&lt;br /&gt;</w:t>
        <w:br/>
        <w:t>Удруге пити не впаде.</w:t>
      </w:r>
    </w:p>
    <w:p>
      <w:r>
        <w:br/>
        <w:t>Потроху прийметься насіння,&lt;br /&gt;</w:t>
        <w:br/>
        <w:t>Що розсівали— навкруги,&lt;br /&gt;</w:t>
        <w:br/>
        <w:t>Зросте міцніше покоління,&lt;br /&gt;</w:t>
        <w:br/>
        <w:t>Що не подужають враги.</w:t>
      </w:r>
    </w:p>
    <w:p>
      <w:r>
        <w:br/>
        <w:t>За в’язнем в’язень одстраждає,&lt;br /&gt;</w:t>
        <w:br/>
        <w:t>Але настане легший час,-&lt;br /&gt;</w:t>
        <w:br/>
        <w:t>І добрим словом спогадає&lt;br /&gt;</w:t>
        <w:br/>
        <w:t>Потомок вільний мертвих нас!</w:t>
      </w:r>
    </w:p>
    <w:p>
      <w:r>
        <w:br/>
        <w:t>Так заточенець думав думу,&lt;br /&gt;</w:t>
        <w:br/>
        <w:t>Один конаючи в тюрмі;&lt;br /&gt;</w:t>
        <w:br/>
        <w:t>І тільки стіни зором глуму&lt;br /&gt;</w:t>
        <w:br/>
        <w:t>Зі тьми дивилися самі.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 тюремна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