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Дума про Зінька Самгородського</w:t>
      </w:r>
    </w:p>
    <w:p>
      <w:r>
        <w:br/>
        <w:t xml:space="preserve"> &lt;blockquote&gt;&lt;p&gt;Сокіл в орла та й питається,</w:t>
      </w:r>
    </w:p>
    <w:p>
      <w:r>
        <w:br/>
        <w:t>Чим же цей світ прикрашається? ...</w:t>
      </w:r>
    </w:p>
    <w:p>
      <w:r>
        <w:br/>
        <w:t>Народна пісня.</w:t>
      </w:r>
    </w:p>
    <w:p/>
    <w:p>
      <w:r>
        <w:br/>
        <w:t>Ми бандітов разобйом,</w:t>
      </w:r>
    </w:p>
    <w:p>
      <w:r>
        <w:br/>
        <w:t>на Україну жить пойдьом ...</w:t>
      </w:r>
    </w:p>
    <w:p>
      <w:r>
        <w:br/>
        <w:t>На Украінє добре жить:</w:t>
      </w:r>
    </w:p>
    <w:p>
      <w:r>
        <w:br/>
        <w:t>є што шамать, є што піть</w:t>
      </w:r>
    </w:p>
    <w:p>
      <w:r>
        <w:br/>
        <w:t>красних девушек любіть,</w:t>
      </w:r>
    </w:p>
    <w:p>
      <w:r>
        <w:br/>
        <w:t>можна й дєнєжок нажить ...</w:t>
      </w:r>
    </w:p>
    <w:p>
      <w:r>
        <w:br/>
        <w:t>Червоноармійська пісня 1919 р.</w:t>
      </w:r>
    </w:p>
    <w:p>
      <w:r>
        <w:br/>
        <w:t>Ой хто то йде, ой хто то йде?</w:t>
      </w:r>
    </w:p>
    <w:p>
      <w:r>
        <w:br/>
        <w:t>— Білоруси, білоруси ...</w:t>
      </w:r>
    </w:p>
    <w:p>
      <w:r>
        <w:br/>
        <w:t>А що вони несуть, а що вони несуть?</w:t>
      </w:r>
    </w:p>
    <w:p>
      <w:r>
        <w:br/>
        <w:t>— На цілий світ свою кривду!</w:t>
      </w:r>
    </w:p>
    <w:p>
      <w:r>
        <w:br/>
        <w:t>Янко Купала.</w:t>
      </w:r>
    </w:p>
    <w:p>
      <w:r>
        <w:br/>
        <w:t>А мої ти куряни свідоми кмети...</w:t>
      </w:r>
    </w:p>
    <w:p>
      <w:r>
        <w:br/>
        <w:t>Слово о Полку Ігоревім.</w:t>
      </w:r>
    </w:p>
    <w:p>
      <w:r>
        <w:br/>
        <w:t>ПІСНЯ ПЕРША</w:t>
      </w:r>
    </w:p>
    <w:p>
      <w:r>
        <w:br/>
        <w:t>Самгородок спав у зелені, (</w:t>
      </w:r>
    </w:p>
    <w:p>
      <w:r>
        <w:br/>
        <w:t>світова зоря втомилася,</w:t>
      </w:r>
    </w:p>
    <w:p>
      <w:r>
        <w:br/>
        <w:t>в тумані над лісом кублилась;</w:t>
      </w:r>
    </w:p>
    <w:p>
      <w:r>
        <w:br/>
        <w:t>та об вікна півні голосно</w:t>
      </w:r>
    </w:p>
    <w:p>
      <w:r>
        <w:br/>
        <w:t>в сонці сталеними дзьобами</w:t>
      </w:r>
    </w:p>
    <w:p>
      <w:r>
        <w:br/>
        <w:t>із горища ще не стукали,</w:t>
      </w:r>
    </w:p>
    <w:p>
      <w:r>
        <w:br/>
        <w:t>ще нікого не полохали.</w:t>
      </w:r>
    </w:p>
    <w:p>
      <w:r>
        <w:br/>
        <w:t>Тільки в хаті аж край селища</w:t>
      </w:r>
    </w:p>
    <w:p>
      <w:r>
        <w:br/>
        <w:t>аж від степу вітровійного,</w:t>
      </w:r>
    </w:p>
    <w:p>
      <w:r>
        <w:br/>
        <w:t>світло з вікон на подвір'я б'є;</w:t>
      </w:r>
    </w:p>
    <w:p>
      <w:r>
        <w:br/>
        <w:t>а в подвір'ї старосвіцькому</w:t>
      </w:r>
    </w:p>
    <w:p>
      <w:r>
        <w:br/>
        <w:t>Міцно кінь до льоху прип'ятий</w:t>
      </w:r>
    </w:p>
    <w:p>
      <w:r>
        <w:br/>
        <w:t>вибиває ями чорнії</w:t>
      </w:r>
    </w:p>
    <w:p>
      <w:r>
        <w:br/>
        <w:t>копитами аж по черево;</w:t>
      </w:r>
    </w:p>
    <w:p>
      <w:r>
        <w:br/>
        <w:t>піна з нього тепла падає,</w:t>
      </w:r>
    </w:p>
    <w:p>
      <w:r>
        <w:br/>
        <w:t>наче сніг шматками білими,</w:t>
      </w:r>
    </w:p>
    <w:p>
      <w:r>
        <w:br/>
        <w:t>потім знов і знов змітається</w:t>
      </w:r>
    </w:p>
    <w:p>
      <w:r>
        <w:br/>
        <w:t>гривою важкою, довгою,</w:t>
      </w:r>
    </w:p>
    <w:p>
      <w:r>
        <w:br/>
        <w:t>ніби ріками падучими,</w:t>
      </w:r>
    </w:p>
    <w:p>
      <w:r>
        <w:br/>
        <w:t>що дві скелі обполіскують,</w:t>
      </w:r>
    </w:p>
    <w:p>
      <w:r>
        <w:br/>
        <w:t>двоє колін коня доброго . . .</w:t>
      </w:r>
    </w:p>
    <w:p>
      <w:r>
        <w:br/>
        <w:t>Сивоусий козак в хаті, гей,</w:t>
      </w:r>
    </w:p>
    <w:p>
      <w:r>
        <w:br/>
        <w:t>біля столу обпирається,</w:t>
      </w:r>
    </w:p>
    <w:p>
      <w:r>
        <w:br/>
        <w:t>в нього шабля аж до чобота</w:t>
      </w:r>
    </w:p>
    <w:p>
      <w:r>
        <w:br/>
        <w:t>хижо з брязком вигинається,</w:t>
      </w:r>
    </w:p>
    <w:p>
      <w:r>
        <w:br/>
        <w:t>а револьвер біля пояса</w:t>
      </w:r>
    </w:p>
    <w:p>
      <w:r>
        <w:br/>
        <w:t>і ґранати три почеплено;</w:t>
      </w:r>
    </w:p>
    <w:p>
      <w:r>
        <w:br/>
        <w:t>і на спину звисла китиця</w:t>
      </w:r>
    </w:p>
    <w:p>
      <w:r>
        <w:br/>
        <w:t>з шапки чорної, козацької,</w:t>
      </w:r>
    </w:p>
    <w:p>
      <w:r>
        <w:br/>
        <w:t>мов калини ґроно повнеє</w:t>
      </w:r>
    </w:p>
    <w:p>
      <w:r>
        <w:br/>
        <w:t>із гіллям лягло обтяженим</w:t>
      </w:r>
    </w:p>
    <w:p>
      <w:r>
        <w:br/>
        <w:t>уздовж грядки чорноземної . . .</w:t>
      </w:r>
    </w:p>
    <w:p>
      <w:r>
        <w:br/>
        <w:t>Він мовляє словом-погуком</w:t>
      </w:r>
    </w:p>
    <w:p>
      <w:r>
        <w:br/>
        <w:t>до господарки бентежної:</w:t>
      </w:r>
    </w:p>
    <w:p>
      <w:r>
        <w:br/>
        <w:t>"Гей, Зіньчихо, жоно сивая,</w:t>
      </w:r>
    </w:p>
    <w:p>
      <w:r>
        <w:br/>
        <w:t>ти, дружино щировірная,</w:t>
      </w:r>
    </w:p>
    <w:p>
      <w:r>
        <w:br/>
        <w:t>відчиняй но скриню давнюю</w:t>
      </w:r>
    </w:p>
    <w:p>
      <w:r>
        <w:br/>
        <w:t>й сорочки давай попранії</w:t>
      </w:r>
    </w:p>
    <w:p>
      <w:r>
        <w:br/>
        <w:t>у ставку на білім камені,</w:t>
      </w:r>
    </w:p>
    <w:p>
      <w:r>
        <w:br/>
        <w:t>що його пригнали лебеді</w:t>
      </w:r>
    </w:p>
    <w:p>
      <w:r>
        <w:br/>
        <w:t>і великі води травневі</w:t>
      </w:r>
    </w:p>
    <w:p>
      <w:r>
        <w:br/>
        <w:t>із вершини нам до берега,</w:t>
      </w:r>
    </w:p>
    <w:p>
      <w:r>
        <w:br/>
        <w:t>та й буди дочку єдиную,</w:t>
      </w:r>
    </w:p>
    <w:p>
      <w:r>
        <w:br/>
        <w:t>ту дитину чорнобривую:</w:t>
      </w:r>
    </w:p>
    <w:p>
      <w:r>
        <w:br/>
        <w:t>тут я з вами попрощаюся,</w:t>
      </w:r>
    </w:p>
    <w:p>
      <w:r>
        <w:br/>
        <w:t>Попрощаюся й до гриви знов</w:t>
      </w:r>
    </w:p>
    <w:p>
      <w:r>
        <w:br/>
        <w:t>коня змученого втечею</w:t>
      </w:r>
    </w:p>
    <w:p>
      <w:r>
        <w:br/>
        <w:t>припаду холодним розпачем,</w:t>
      </w:r>
    </w:p>
    <w:p>
      <w:r>
        <w:br/>
        <w:t>і шлях ляже порозбиваний</w:t>
      </w:r>
    </w:p>
    <w:p>
      <w:r>
        <w:br/>
        <w:t>вже в ліси густі Макіївські" . . .</w:t>
      </w:r>
    </w:p>
    <w:p>
      <w:r>
        <w:br/>
        <w:t>Важко віко відчиняючи</w:t>
      </w:r>
    </w:p>
    <w:p>
      <w:r>
        <w:br/>
        <w:t>скрині давньої, дубової,</w:t>
      </w:r>
    </w:p>
    <w:p>
      <w:r>
        <w:br/>
        <w:t>жінка злякано питається:</w:t>
      </w:r>
    </w:p>
    <w:p>
      <w:r>
        <w:br/>
        <w:t>"Ой, мій мужу невгамований,</w:t>
      </w:r>
    </w:p>
    <w:p>
      <w:r>
        <w:br/>
        <w:t>куди спішиш та ще й квапишся,</w:t>
      </w:r>
    </w:p>
    <w:p>
      <w:r>
        <w:br/>
        <w:t>що до столу не прихилишся</w:t>
      </w:r>
    </w:p>
    <w:p>
      <w:r>
        <w:br/>
        <w:t>й хліба й соли все цураєшся ? ..</w:t>
      </w:r>
    </w:p>
    <w:p>
      <w:r>
        <w:br/>
        <w:t>Може скажеш, може й вимовиш,</w:t>
      </w:r>
    </w:p>
    <w:p>
      <w:r>
        <w:br/>
        <w:t>який вітер, який птах тобі</w:t>
      </w:r>
    </w:p>
    <w:p>
      <w:r>
        <w:br/>
        <w:t>ніс коника легконогого</w:t>
      </w:r>
    </w:p>
    <w:p>
      <w:r>
        <w:br/>
        <w:t>аж на ріднеє родовище,</w:t>
      </w:r>
    </w:p>
    <w:p>
      <w:r>
        <w:br/>
        <w:t>що убавив навіть щирости</w:t>
      </w:r>
    </w:p>
    <w:p>
      <w:r>
        <w:br/>
        <w:t>слово добрее промовити</w:t>
      </w:r>
    </w:p>
    <w:p>
      <w:r>
        <w:br/>
        <w:t>в рідній хаті із родиною?"</w:t>
      </w:r>
    </w:p>
    <w:p>
      <w:r>
        <w:br/>
        <w:t>— "Гей, Зіньчихо, жоно сивая,</w:t>
      </w:r>
    </w:p>
    <w:p>
      <w:r>
        <w:br/>
        <w:t>таж дружино щировірная,</w:t>
      </w:r>
    </w:p>
    <w:p>
      <w:r>
        <w:br/>
        <w:t>з сорочками швидше порайся,</w:t>
      </w:r>
    </w:p>
    <w:p>
      <w:r>
        <w:br/>
        <w:t>бо за мною три гонитви йде:</w:t>
      </w:r>
    </w:p>
    <w:p>
      <w:r>
        <w:br/>
        <w:t>щонайпершая від півночі,</w:t>
      </w:r>
    </w:p>
    <w:p>
      <w:r>
        <w:br/>
        <w:t>а другая вже від Смілої,</w:t>
      </w:r>
    </w:p>
    <w:p>
      <w:r>
        <w:br/>
        <w:t>а що третяя великая,</w:t>
      </w:r>
    </w:p>
    <w:p>
      <w:r>
        <w:br/>
        <w:t>то від лісу Чигиринського.</w:t>
      </w:r>
    </w:p>
    <w:p>
      <w:r>
        <w:br/>
        <w:t>Козаки мої порубані</w:t>
      </w:r>
    </w:p>
    <w:p>
      <w:r>
        <w:br/>
        <w:t>простяглися там під соснами,</w:t>
      </w:r>
    </w:p>
    <w:p>
      <w:r>
        <w:br/>
        <w:t>мов дуби вночі злодіями</w:t>
      </w:r>
    </w:p>
    <w:p>
      <w:r>
        <w:br/>
        <w:t>сокирами з пнів повалені,</w:t>
      </w:r>
    </w:p>
    <w:p>
      <w:r>
        <w:br/>
        <w:t>і в них рани зараз ятряться</w:t>
      </w:r>
    </w:p>
    <w:p>
      <w:r>
        <w:br/>
        <w:t>на ввесь край наш недомучений.</w:t>
      </w:r>
    </w:p>
    <w:p>
      <w:r>
        <w:br/>
        <w:t>І я біг конем від ворога,</w:t>
      </w:r>
    </w:p>
    <w:p>
      <w:r>
        <w:br/>
        <w:t>аж крізь серце бурі віяли</w:t>
      </w:r>
    </w:p>
    <w:p>
      <w:r>
        <w:br/>
        <w:t>й вивівали слова дружнії,</w:t>
      </w:r>
    </w:p>
    <w:p>
      <w:r>
        <w:br/>
        <w:t>і не маю тепер жадного</w:t>
      </w:r>
    </w:p>
    <w:p>
      <w:r>
        <w:br/>
        <w:t>Щось до серця тобі мовити" ...</w:t>
      </w:r>
    </w:p>
    <w:p>
      <w:r>
        <w:br/>
        <w:t>"Тату, тату подивітеся</w:t>
      </w:r>
    </w:p>
    <w:p>
      <w:r>
        <w:br/>
        <w:t>у вікно на наше дворище..."</w:t>
      </w:r>
    </w:p>
    <w:p>
      <w:r>
        <w:br/>
        <w:t>зашептала Любка злякано;</w:t>
      </w:r>
    </w:p>
    <w:p>
      <w:r>
        <w:br/>
        <w:t>вже давно вона зірвалася</w:t>
      </w:r>
    </w:p>
    <w:p>
      <w:r>
        <w:br/>
        <w:t>із постелі та дівочої</w:t>
      </w:r>
    </w:p>
    <w:p>
      <w:r>
        <w:br/>
        <w:t>й до вікна впадала гаряче</w:t>
      </w:r>
    </w:p>
    <w:p>
      <w:r>
        <w:br/>
        <w:t>і очима видивлялася ...</w:t>
      </w:r>
    </w:p>
    <w:p>
      <w:r>
        <w:br/>
        <w:t>Вже й півні з-під стріхи кидати</w:t>
      </w:r>
    </w:p>
    <w:p>
      <w:r>
        <w:br/>
        <w:t>почали дзвінкими гуками</w:t>
      </w:r>
    </w:p>
    <w:p>
      <w:r>
        <w:br/>
        <w:t>в світову зорю над берегом.</w:t>
      </w:r>
    </w:p>
    <w:p>
      <w:r>
        <w:br/>
        <w:t>И білий дим із неї віявся</w:t>
      </w:r>
    </w:p>
    <w:p>
      <w:r>
        <w:br/>
        <w:t>на село й на степ невидимий,</w:t>
      </w:r>
    </w:p>
    <w:p>
      <w:r>
        <w:br/>
        <w:t>й Любці косу всю осяяв він</w:t>
      </w:r>
    </w:p>
    <w:p>
      <w:r>
        <w:br/>
        <w:t>і тих вершників, що з вулиці</w:t>
      </w:r>
    </w:p>
    <w:p>
      <w:r>
        <w:br/>
        <w:t>набігали в двір відчинений</w:t>
      </w:r>
    </w:p>
    <w:p>
      <w:r>
        <w:br/>
        <w:t>та й гули круг хати тупотом. . .</w:t>
      </w:r>
    </w:p>
    <w:p>
      <w:r>
        <w:br/>
        <w:t>А в повітрі розпливався дим</w:t>
      </w:r>
    </w:p>
    <w:p>
      <w:r>
        <w:br/>
        <w:t>і від нього розвиднялося.</w:t>
      </w:r>
    </w:p>
    <w:p>
      <w:r>
        <w:br/>
        <w:t>— "Гей, Зіньчихо, жоно сивая,</w:t>
      </w:r>
    </w:p>
    <w:p>
      <w:r>
        <w:br/>
        <w:t>та ще й дочко моя милая,</w:t>
      </w:r>
    </w:p>
    <w:p>
      <w:r>
        <w:br/>
        <w:t>припадайте грудьми-персами</w:t>
      </w:r>
    </w:p>
    <w:p>
      <w:r>
        <w:br/>
        <w:t>до долівки, в камінь збитої,</w:t>
      </w:r>
    </w:p>
    <w:p>
      <w:r>
        <w:br/>
        <w:t>та й лежіть до світла денного,</w:t>
      </w:r>
    </w:p>
    <w:p>
      <w:r>
        <w:br/>
        <w:t>бо на нашу працю ласії</w:t>
      </w:r>
    </w:p>
    <w:p>
      <w:r>
        <w:br/>
        <w:t>заволоки хижі з півночі</w:t>
      </w:r>
    </w:p>
    <w:p>
      <w:r>
        <w:br/>
        <w:t>оточили нас ізокола</w:t>
      </w:r>
    </w:p>
    <w:p>
      <w:r>
        <w:br/>
        <w:t>та й знадвору будуть кулями</w:t>
      </w:r>
    </w:p>
    <w:p>
      <w:r>
        <w:br/>
        <w:t>пробивати стіни ветхії</w:t>
      </w:r>
    </w:p>
    <w:p>
      <w:r>
        <w:br/>
        <w:t>і мене ... Мене влучатимуть ...</w:t>
      </w:r>
    </w:p>
    <w:p>
      <w:r>
        <w:br/>
        <w:t>Аж як люди позбігаються</w:t>
      </w:r>
    </w:p>
    <w:p>
      <w:r>
        <w:br/>
        <w:t>та й на вариво-видовисько,</w:t>
      </w:r>
    </w:p>
    <w:p>
      <w:r>
        <w:br/>
        <w:t>я поріг покину батьківський,</w:t>
      </w:r>
    </w:p>
    <w:p>
      <w:r>
        <w:br/>
        <w:t>бо як зараз тільки видастесь</w:t>
      </w:r>
    </w:p>
    <w:p>
      <w:r>
        <w:br/>
        <w:t>у ворожі лапи згарячу —</w:t>
      </w:r>
    </w:p>
    <w:p>
      <w:r>
        <w:br/>
        <w:t>осоромить серед дворища</w:t>
      </w:r>
    </w:p>
    <w:p>
      <w:r>
        <w:br/>
        <w:t>вас Москва до вух запінена!"</w:t>
      </w:r>
    </w:p>
    <w:p>
      <w:r>
        <w:br/>
        <w:t>А в дворі надворі гуркали</w:t>
      </w:r>
    </w:p>
    <w:p>
      <w:r>
        <w:br/>
        <w:t>та свистіли дикі вигуки:</w:t>
      </w:r>
    </w:p>
    <w:p>
      <w:r>
        <w:br/>
        <w:t>,,Вихаді, бандіт, на вуліцу,</w:t>
      </w:r>
    </w:p>
    <w:p>
      <w:r>
        <w:br/>
        <w:t>нє то вигонім ґранатамі!"</w:t>
      </w:r>
    </w:p>
    <w:p>
      <w:r>
        <w:br/>
        <w:t>Та й упала Любка бідная</w:t>
      </w:r>
    </w:p>
    <w:p>
      <w:r>
        <w:br/>
        <w:t>перед батечком навколішки,</w:t>
      </w:r>
    </w:p>
    <w:p>
      <w:r>
        <w:br/>
        <w:t>як колись було маленькою</w:t>
      </w:r>
    </w:p>
    <w:p>
      <w:r>
        <w:br/>
        <w:t>припадала та й на Святвечір</w:t>
      </w:r>
    </w:p>
    <w:p>
      <w:r>
        <w:br/>
        <w:t>перед тихою лямпадкою ...</w:t>
      </w:r>
    </w:p>
    <w:p>
      <w:r>
        <w:br/>
        <w:t>Ой упала та й приклякнула</w:t>
      </w:r>
    </w:p>
    <w:p>
      <w:r>
        <w:br/>
        <w:t>і тужила, примовляючи:</w:t>
      </w:r>
    </w:p>
    <w:p>
      <w:r>
        <w:br/>
        <w:t>"Рідний батьку, ясний соколе,</w:t>
      </w:r>
    </w:p>
    <w:p>
      <w:r>
        <w:br/>
        <w:t>покинь тихую оселю цю,</w:t>
      </w:r>
    </w:p>
    <w:p>
      <w:r>
        <w:br/>
        <w:t>а в оселі мене з ненькою,</w:t>
      </w:r>
    </w:p>
    <w:p>
      <w:r>
        <w:br/>
        <w:t>бо й двора я не сходила ще</w:t>
      </w:r>
    </w:p>
    <w:p>
      <w:r>
        <w:br/>
        <w:t>і найпершої дівоцької</w:t>
      </w:r>
    </w:p>
    <w:p>
      <w:r>
        <w:br/>
        <w:t>не зносила ще сорочки я" ...</w:t>
      </w:r>
    </w:p>
    <w:p>
      <w:r>
        <w:br/>
        <w:t>— "Дочко, дочко нерозумная,</w:t>
      </w:r>
    </w:p>
    <w:p>
      <w:r>
        <w:br/>
        <w:t>що ти змислила, що здумала,</w:t>
      </w:r>
    </w:p>
    <w:p>
      <w:r>
        <w:br/>
        <w:t>отакеє мені мовивши?"</w:t>
      </w:r>
    </w:p>
    <w:p>
      <w:r>
        <w:br/>
        <w:t>"Рідний батьку, ясний соколе,</w:t>
      </w:r>
    </w:p>
    <w:p>
      <w:r>
        <w:br/>
        <w:t>та нехай мені на голову</w:t>
      </w:r>
    </w:p>
    <w:p>
      <w:r>
        <w:br/>
        <w:t>нині ранком не роса спаде</w:t>
      </w:r>
    </w:p>
    <w:p>
      <w:r>
        <w:br/>
        <w:t>серед двору в нас із яблуні,</w:t>
      </w:r>
    </w:p>
    <w:p>
      <w:r>
        <w:br/>
        <w:t>а наруга найчорнішая</w:t>
      </w:r>
    </w:p>
    <w:p>
      <w:r>
        <w:br/>
        <w:t>між жінками Самгородськими,</w:t>
      </w:r>
    </w:p>
    <w:p>
      <w:r>
        <w:br/>
        <w:t>ще аби хоч раз побачити</w:t>
      </w:r>
    </w:p>
    <w:p>
      <w:r>
        <w:br/>
        <w:t>сонця схід з-за лісу нашого!"</w:t>
      </w:r>
    </w:p>
    <w:p>
      <w:r>
        <w:br/>
        <w:t>І хитнувся на ногах Зінько,</w:t>
      </w:r>
    </w:p>
    <w:p>
      <w:r>
        <w:br/>
        <w:t>ніби граб старий між липами</w:t>
      </w:r>
    </w:p>
    <w:p>
      <w:r>
        <w:br/>
        <w:t>на просіці в лісі вогкому,</w:t>
      </w:r>
    </w:p>
    <w:p>
      <w:r>
        <w:br/>
        <w:t>як зачув у своїм корені</w:t>
      </w:r>
    </w:p>
    <w:p>
      <w:r>
        <w:br/>
        <w:t>дзвін заліза, змаху вгачений:</w:t>
      </w:r>
    </w:p>
    <w:p>
      <w:r>
        <w:br/>
        <w:t>"Та не єсть бо ти могутнього</w:t>
      </w:r>
    </w:p>
    <w:p>
      <w:r>
        <w:br/>
        <w:t>роду роботящого дочка,</w:t>
      </w:r>
    </w:p>
    <w:p>
      <w:r>
        <w:br/>
        <w:t>тільки єсть бо ти підкинута</w:t>
      </w:r>
    </w:p>
    <w:p>
      <w:r>
        <w:br/>
        <w:t>від вовчиці сучка лютая</w:t>
      </w:r>
    </w:p>
    <w:p>
      <w:r>
        <w:br/>
        <w:t>до порогу дому нашого,</w:t>
      </w:r>
    </w:p>
    <w:p>
      <w:r>
        <w:br/>
        <w:t>що вкусила різом-іклами</w:t>
      </w:r>
    </w:p>
    <w:p>
      <w:r>
        <w:br/>
        <w:t>ти за серце моє батьківське</w:t>
      </w:r>
    </w:p>
    <w:p>
      <w:r>
        <w:br/>
        <w:t>в час-добу таку пекельную!"</w:t>
      </w:r>
    </w:p>
    <w:p>
      <w:r>
        <w:br/>
        <w:t>І неначе п'яний винами</w:t>
      </w:r>
    </w:p>
    <w:p>
      <w:r>
        <w:br/>
        <w:t>він гукнуЕ з шаленим розпачем:</w:t>
      </w:r>
    </w:p>
    <w:p>
      <w:r>
        <w:br/>
        <w:t>"Хай же буде отут проклята</w:t>
      </w:r>
    </w:p>
    <w:p>
      <w:r>
        <w:br/>
        <w:t>моя зброя отаманськая!"</w:t>
      </w:r>
    </w:p>
    <w:p>
      <w:r>
        <w:br/>
        <w:t>Та й узяв Зінько з-за пояса</w:t>
      </w:r>
    </w:p>
    <w:p>
      <w:r>
        <w:br/>
        <w:t>револьвера та німецького</w:t>
      </w:r>
    </w:p>
    <w:p>
      <w:r>
        <w:br/>
        <w:t>і з усього маху гнівного</w:t>
      </w:r>
    </w:p>
    <w:p>
      <w:r>
        <w:br/>
        <w:t>кинув ним на діл трамбований, —</w:t>
      </w:r>
    </w:p>
    <w:p>
      <w:r>
        <w:br/>
        <w:t>і у хаті несподівано</w:t>
      </w:r>
    </w:p>
    <w:p>
      <w:r>
        <w:br/>
        <w:t>з долу пострілом шарахнуло,</w:t>
      </w:r>
    </w:p>
    <w:p>
      <w:r>
        <w:br/>
        <w:t>і нікому не призначена</w:t>
      </w:r>
    </w:p>
    <w:p>
      <w:r>
        <w:br/>
        <w:t>куля дівчину поцілила,</w:t>
      </w:r>
    </w:p>
    <w:p>
      <w:r>
        <w:br/>
        <w:t>що без гуку і без стогону</w:t>
      </w:r>
    </w:p>
    <w:p>
      <w:r>
        <w:br/>
        <w:t>впала тихо, МОЕ підкошена.</w:t>
      </w:r>
    </w:p>
    <w:p>
      <w:r>
        <w:br/>
        <w:t>І Зіньчиха занімілая</w:t>
      </w:r>
    </w:p>
    <w:p>
      <w:r>
        <w:br/>
        <w:t>над розчиненою скринею</w:t>
      </w:r>
    </w:p>
    <w:p>
      <w:r>
        <w:br/>
        <w:t>як побачила, як охнула,</w:t>
      </w:r>
    </w:p>
    <w:p>
      <w:r>
        <w:br/>
        <w:t>так додолу й поточилася</w:t>
      </w:r>
    </w:p>
    <w:p>
      <w:r>
        <w:br/>
        <w:t>та й осіла, коливаючись,</w:t>
      </w:r>
    </w:p>
    <w:p>
      <w:r>
        <w:br/>
        <w:t>біля ніг дитини вбитої.</w:t>
      </w:r>
    </w:p>
    <w:p>
      <w:r>
        <w:br/>
        <w:t>Так і птиця міцно кігтями,</w:t>
      </w:r>
    </w:p>
    <w:p>
      <w:r>
        <w:br/>
        <w:t>як їй очі повиколюють,</w:t>
      </w:r>
    </w:p>
    <w:p>
      <w:r>
        <w:br/>
        <w:t>ухопившись за обапола</w:t>
      </w:r>
    </w:p>
    <w:p>
      <w:r>
        <w:br/>
        <w:t>хилитається й вимахує</w:t>
      </w:r>
    </w:p>
    <w:p>
      <w:r>
        <w:br/>
        <w:t>проти вітру крильми кволими.</w:t>
      </w:r>
    </w:p>
    <w:p>
      <w:r>
        <w:br/>
        <w:t>А в дворі надворі вигуки</w:t>
      </w:r>
    </w:p>
    <w:p>
      <w:r>
        <w:br/>
        <w:t>та іржання коней змилених</w:t>
      </w:r>
    </w:p>
    <w:p>
      <w:r>
        <w:br/>
        <w:t>ранок лунами полохали ...</w:t>
      </w:r>
    </w:p>
    <w:p>
      <w:r>
        <w:br/>
        <w:t>І неначе револьверові</w:t>
      </w:r>
    </w:p>
    <w:p>
      <w:r>
        <w:br/>
        <w:t>переляканому в відповідь</w:t>
      </w:r>
    </w:p>
    <w:p>
      <w:r>
        <w:br/>
        <w:t>враз тіпнуло страшно хатою</w:t>
      </w:r>
    </w:p>
    <w:p>
      <w:r>
        <w:br/>
        <w:t>від лежанки аж до сволока:</w:t>
      </w:r>
    </w:p>
    <w:p>
      <w:r>
        <w:br/>
        <w:t>й вікна з лутками, як з блискавки,</w:t>
      </w:r>
    </w:p>
    <w:p>
      <w:r>
        <w:br/>
        <w:t>на вогні вдуло всередину,</w:t>
      </w:r>
    </w:p>
    <w:p>
      <w:r>
        <w:br/>
        <w:t>біля Любки впала навзнаком</w:t>
      </w:r>
    </w:p>
    <w:p>
      <w:r>
        <w:br/>
        <w:t>її мати закривавлена,</w:t>
      </w:r>
    </w:p>
    <w:p>
      <w:r>
        <w:br/>
        <w:t>в неї коси простелилися,</w:t>
      </w:r>
    </w:p>
    <w:p>
      <w:r>
        <w:br/>
        <w:t>склом побитим пересипані</w:t>
      </w:r>
    </w:p>
    <w:p>
      <w:r>
        <w:br/>
        <w:t>під рознесеними рямами ...</w:t>
      </w:r>
    </w:p>
    <w:p>
      <w:r>
        <w:br/>
        <w:t>Це Зінько у мить єдиную</w:t>
      </w:r>
    </w:p>
    <w:p>
      <w:r>
        <w:br/>
        <w:t>вловив оком розгаряченим,</w:t>
      </w:r>
    </w:p>
    <w:p>
      <w:r>
        <w:br/>
        <w:t>бо стіна, знадвору зірвана,</w:t>
      </w:r>
    </w:p>
    <w:p>
      <w:r>
        <w:br/>
        <w:t>геть із спризьбою високою</w:t>
      </w:r>
    </w:p>
    <w:p>
      <w:r>
        <w:br/>
        <w:t>вже на нього впала з грюкотом</w:t>
      </w:r>
    </w:p>
    <w:p>
      <w:r>
        <w:br/>
        <w:t>і в густій сховала куряві</w:t>
      </w:r>
    </w:p>
    <w:p>
      <w:r>
        <w:br/>
        <w:t>під колодами та глиною...</w:t>
      </w:r>
    </w:p>
    <w:p>
      <w:r>
        <w:br/>
        <w:t>І кацапи разом рушили</w:t>
      </w:r>
    </w:p>
    <w:p>
      <w:r>
        <w:br/>
        <w:t>у пробій важкий задимлений,</w:t>
      </w:r>
    </w:p>
    <w:p>
      <w:r>
        <w:br/>
        <w:t>і тягли із скрині давньої</w:t>
      </w:r>
    </w:p>
    <w:p>
      <w:r>
        <w:br/>
        <w:t>сорочки жіночі білені</w:t>
      </w:r>
    </w:p>
    <w:p>
      <w:r>
        <w:br/>
        <w:t>й у полотнах довгих плутались,</w:t>
      </w:r>
    </w:p>
    <w:p>
      <w:r>
        <w:br/>
        <w:t>й серед двору в порох падали...</w:t>
      </w:r>
    </w:p>
    <w:p>
      <w:r>
        <w:br/>
        <w:t>Тільки ось стіна підводиться,</w:t>
      </w:r>
    </w:p>
    <w:p>
      <w:r>
        <w:br/>
        <w:t>й гуркотять грудки об дерево,</w:t>
      </w:r>
    </w:p>
    <w:p>
      <w:r>
        <w:br/>
        <w:t>а з-за них увесь закурений</w:t>
      </w:r>
    </w:p>
    <w:p>
      <w:r>
        <w:br/>
        <w:t>став Зінько на дошку зламану...</w:t>
      </w:r>
    </w:p>
    <w:p>
      <w:r>
        <w:br/>
        <w:t>З лугу легіт линув ранковий</w:t>
      </w:r>
    </w:p>
    <w:p>
      <w:r>
        <w:br/>
        <w:t>й ворушив його чуприною,</w:t>
      </w:r>
    </w:p>
    <w:p>
      <w:r>
        <w:br/>
        <w:t>а із чола із розбитого</w:t>
      </w:r>
    </w:p>
    <w:p>
      <w:r>
        <w:br/>
        <w:t>кров текла, з землею змішана,</w:t>
      </w:r>
    </w:p>
    <w:p>
      <w:r>
        <w:br/>
        <w:t>ніби в того бика гнівного,</w:t>
      </w:r>
    </w:p>
    <w:p>
      <w:r>
        <w:br/>
        <w:t>що розсунув рогом глинище . . .</w:t>
      </w:r>
    </w:p>
    <w:p>
      <w:r>
        <w:br/>
        <w:t>І махнув Зінько Гранатою:</w:t>
      </w:r>
    </w:p>
    <w:p>
      <w:r>
        <w:br/>
        <w:t>руки й ноги розліталися</w:t>
      </w:r>
    </w:p>
    <w:p>
      <w:r>
        <w:br/>
        <w:t>по дворі, як пил від вихора...</w:t>
      </w:r>
    </w:p>
    <w:p>
      <w:r>
        <w:br/>
        <w:t>Голова ж одна відбитая</w:t>
      </w:r>
    </w:p>
    <w:p>
      <w:r>
        <w:br/>
        <w:t>у гнилі ворота вдарила,</w:t>
      </w:r>
    </w:p>
    <w:p>
      <w:r>
        <w:br/>
        <w:t>й вони впали й розломилися,</w:t>
      </w:r>
    </w:p>
    <w:p>
      <w:r>
        <w:br/>
        <w:t>тільки й сам козак поранений</w:t>
      </w:r>
    </w:p>
    <w:p>
      <w:r>
        <w:br/>
        <w:t>поточився і під яблуню</w:t>
      </w:r>
    </w:p>
    <w:p>
      <w:r>
        <w:br/>
        <w:t>впав, неначе тяжко втомлений. ..</w:t>
      </w:r>
    </w:p>
    <w:p>
      <w:r>
        <w:br/>
        <w:t>А години опівденної</w:t>
      </w:r>
    </w:p>
    <w:p>
      <w:r>
        <w:br/>
        <w:t>із байраку Самгородського,</w:t>
      </w:r>
    </w:p>
    <w:p>
      <w:r>
        <w:br/>
        <w:t>на Гетьманський шлях Чигринщини</w:t>
      </w:r>
    </w:p>
    <w:p>
      <w:r>
        <w:br/>
        <w:t>добрий кінь козацький вилетів.</w:t>
      </w:r>
    </w:p>
    <w:p>
      <w:r>
        <w:br/>
        <w:t>На розпущеному поводі</w:t>
      </w:r>
    </w:p>
    <w:p>
      <w:r>
        <w:br/>
        <w:t>деревина довга метлялась:</w:t>
      </w:r>
    </w:p>
    <w:p>
      <w:r>
        <w:br/>
        <w:t>то об землю зачеркалася,</w:t>
      </w:r>
    </w:p>
    <w:p>
      <w:r>
        <w:br/>
        <w:t>то летіла разом з гривою</w:t>
      </w:r>
    </w:p>
    <w:p>
      <w:r>
        <w:br/>
        <w:t>над конем, мов чорна блискавка.</w:t>
      </w:r>
    </w:p>
    <w:p>
      <w:r>
        <w:br/>
        <w:t>Кінь вернув до неї голову,</w:t>
      </w:r>
    </w:p>
    <w:p>
      <w:r>
        <w:br/>
        <w:t>аби персами нагнатися</w:t>
      </w:r>
    </w:p>
    <w:p>
      <w:r>
        <w:br/>
        <w:t>на село десь перелякане</w:t>
      </w:r>
    </w:p>
    <w:p>
      <w:r>
        <w:br/>
        <w:t>чи на байрак нашорошений...</w:t>
      </w:r>
    </w:p>
    <w:p>
      <w:r>
        <w:br/>
        <w:t>Пролетів і зник за обрієм...</w:t>
      </w:r>
    </w:p>
    <w:p>
      <w:r>
        <w:br/>
        <w:t>Тільки довго ще Гетьманський шлях</w:t>
      </w:r>
    </w:p>
    <w:p>
      <w:r>
        <w:br/>
        <w:t>стугонів від тупу дального,</w:t>
      </w:r>
    </w:p>
    <w:p>
      <w:r>
        <w:br/>
        <w:t>і гарячий порох сипався</w:t>
      </w:r>
    </w:p>
    <w:p>
      <w:r>
        <w:br/>
        <w:t>з нехворощу придорожнього . . .</w:t>
      </w:r>
    </w:p>
    <w:p>
      <w:r>
        <w:br/>
        <w:t>ПІСНЯ ДРУГА</w:t>
      </w:r>
    </w:p>
    <w:p>
      <w:r>
        <w:t>"Дикие трава жалощами, а дерево з туги</w:t>
      </w:r>
    </w:p>
    <w:p>
      <w:r>
        <w:br/>
        <w:t>к землі прихилилося" ...</w:t>
      </w:r>
    </w:p>
    <w:p>
      <w:r>
        <w:br/>
        <w:t>Слово о Полку Ігоревім.</w:t>
      </w:r>
    </w:p>
    <w:p>
      <w:r>
        <w:br/>
      </w:r>
    </w:p>
    <w:p>
      <w:r>
        <w:br/>
        <w:t>Місяць плине вагом-повагом</w:t>
      </w:r>
    </w:p>
    <w:p>
      <w:r>
        <w:br/>
        <w:t>у глибінь блискучу темную,</w:t>
      </w:r>
    </w:p>
    <w:p>
      <w:r>
        <w:br/>
        <w:t>ніби риба дивна, круглая</w:t>
      </w:r>
    </w:p>
    <w:p>
      <w:r>
        <w:br/>
        <w:t>в сітку впала океанськую</w:t>
      </w:r>
    </w:p>
    <w:p>
      <w:r>
        <w:br/>
        <w:t>та й провадить її водами</w:t>
      </w:r>
    </w:p>
    <w:p>
      <w:r>
        <w:br/>
        <w:t>у безодні неміримії.</w:t>
      </w:r>
    </w:p>
    <w:p>
      <w:r>
        <w:br/>
        <w:t>Місяць диха над Черкасами,</w:t>
      </w:r>
    </w:p>
    <w:p>
      <w:r>
        <w:br/>
        <w:t>а над допром проясняється;</w:t>
      </w:r>
    </w:p>
    <w:p>
      <w:r>
        <w:br/>
        <w:t>він стоїть в каміннім панцері,</w:t>
      </w:r>
    </w:p>
    <w:p>
      <w:r>
        <w:br/>
        <w:t>скалить ґратами до місяця</w:t>
      </w:r>
    </w:p>
    <w:p>
      <w:r>
        <w:br/>
        <w:t>і багнетами до города,</w:t>
      </w:r>
    </w:p>
    <w:p>
      <w:r>
        <w:br/>
        <w:t>коли той вогнями кліпає</w:t>
      </w:r>
    </w:p>
    <w:p>
      <w:r>
        <w:br/>
        <w:t>чи то сонцем обливається,</w:t>
      </w:r>
    </w:p>
    <w:p>
      <w:r>
        <w:br/>
        <w:t>мов баклан в степу Дніпровими</w:t>
      </w:r>
    </w:p>
    <w:p>
      <w:r>
        <w:br/>
        <w:t>ранком водами гримучими.</w:t>
      </w:r>
    </w:p>
    <w:p>
      <w:r>
        <w:br/>
        <w:t>Гей, в'язниця ця новітняя</w:t>
      </w:r>
    </w:p>
    <w:p>
      <w:r>
        <w:br/>
        <w:t>під землею має вогкії</w:t>
      </w:r>
    </w:p>
    <w:p>
      <w:r>
        <w:br/>
        <w:t>вземлища все глибочезнії,</w:t>
      </w:r>
    </w:p>
    <w:p>
      <w:r>
        <w:br/>
        <w:t>що напружилися дугами</w:t>
      </w:r>
    </w:p>
    <w:p>
      <w:r>
        <w:br/>
        <w:t>кам'яними неохопними.</w:t>
      </w:r>
    </w:p>
    <w:p>
      <w:r>
        <w:br/>
        <w:t>Дуги тяжко напинаються,</w:t>
      </w:r>
    </w:p>
    <w:p>
      <w:r>
        <w:br/>
        <w:t>щоб не луснути й не бахнути,</w:t>
      </w:r>
    </w:p>
    <w:p>
      <w:r>
        <w:br/>
        <w:t>бо держать на своїх вивихах</w:t>
      </w:r>
    </w:p>
    <w:p>
      <w:r>
        <w:br/>
        <w:t>тягарі німі, несвіцькії</w:t>
      </w:r>
    </w:p>
    <w:p>
      <w:r>
        <w:br/>
        <w:t>і в діл мокрий думи вдавлюють.</w:t>
      </w:r>
    </w:p>
    <w:p>
      <w:r>
        <w:br/>
        <w:t>У однім цегловім землищі</w:t>
      </w:r>
    </w:p>
    <w:p>
      <w:r>
        <w:br/>
        <w:t>зв'язаний Зінько поранений</w:t>
      </w:r>
    </w:p>
    <w:p>
      <w:r>
        <w:br/>
        <w:t>клякне на змокрілім цементі.</w:t>
      </w:r>
    </w:p>
    <w:p>
      <w:r>
        <w:br/>
        <w:t>Тьма без вікон, вогкість темная</w:t>
      </w:r>
    </w:p>
    <w:p>
      <w:r>
        <w:br/>
        <w:t>б'є по тиші зверху краплями,</w:t>
      </w:r>
    </w:p>
    <w:p>
      <w:r>
        <w:br/>
        <w:t>і гудки до неї з пристані</w:t>
      </w:r>
    </w:p>
    <w:p>
      <w:r>
        <w:br/>
        <w:t>доторкаються знесилені</w:t>
      </w:r>
    </w:p>
    <w:p>
      <w:r>
        <w:br/>
        <w:t>крізь земні великі глинища.</w:t>
      </w:r>
    </w:p>
    <w:p>
      <w:r>
        <w:br/>
        <w:t>Та ув'язнений не слухає:</w:t>
      </w:r>
    </w:p>
    <w:p>
      <w:r>
        <w:br/>
        <w:t>ліва нога перебитая</w:t>
      </w:r>
    </w:p>
    <w:p>
      <w:r>
        <w:br/>
        <w:t>мозок в черепі розпалює,</w:t>
      </w:r>
    </w:p>
    <w:p>
      <w:r>
        <w:br/>
        <w:t>і йому таке ввижається:</w:t>
      </w:r>
    </w:p>
    <w:p>
      <w:r>
        <w:br/>
        <w:t>Із долини кам'яна гора</w:t>
      </w:r>
    </w:p>
    <w:p>
      <w:r>
        <w:br/>
        <w:t>підвелася в хмари гостряком.</w:t>
      </w:r>
    </w:p>
    <w:p>
      <w:r>
        <w:br/>
        <w:t>Та ріка на неї вдарила</w:t>
      </w:r>
    </w:p>
    <w:p>
      <w:r>
        <w:br/>
        <w:t>й розколола її хвилями</w:t>
      </w:r>
    </w:p>
    <w:p>
      <w:r>
        <w:br/>
        <w:t>і на часті дві розсунула,</w:t>
      </w:r>
    </w:p>
    <w:p>
      <w:r>
        <w:br/>
        <w:t>що на тому й цьому березі</w:t>
      </w:r>
    </w:p>
    <w:p>
      <w:r>
        <w:br/>
        <w:t>стали стрімко і порізнено.</w:t>
      </w:r>
    </w:p>
    <w:p>
      <w:r>
        <w:br/>
        <w:t>А між ними посередині</w:t>
      </w:r>
    </w:p>
    <w:p>
      <w:r>
        <w:br/>
        <w:t>води вздовж побігли з гуркотом.</w:t>
      </w:r>
    </w:p>
    <w:p>
      <w:r>
        <w:br/>
        <w:t>І на хвилях на запінених</w:t>
      </w:r>
    </w:p>
    <w:p>
      <w:r>
        <w:br/>
        <w:t>появився білий корабель</w:t>
      </w:r>
    </w:p>
    <w:p>
      <w:r>
        <w:br/>
        <w:t>і в протоці, дивом зробленій,</w:t>
      </w:r>
    </w:p>
    <w:p>
      <w:r>
        <w:br/>
        <w:t>зупинився, мов на котвиці;</w:t>
      </w:r>
    </w:p>
    <w:p>
      <w:r>
        <w:br/>
        <w:t>палуба була застелена</w:t>
      </w:r>
    </w:p>
    <w:p>
      <w:r>
        <w:br/>
        <w:t>вся колодачами й шаблями</w:t>
      </w:r>
    </w:p>
    <w:p>
      <w:r>
        <w:br/>
        <w:t>кров'ю збризканими червоно;</w:t>
      </w:r>
    </w:p>
    <w:p>
      <w:r>
        <w:br/>
        <w:t>а на боці, де перенчата,</w:t>
      </w:r>
    </w:p>
    <w:p>
      <w:r>
        <w:br/>
        <w:t>був мішок, пашнею сповнений;</w:t>
      </w:r>
    </w:p>
    <w:p>
      <w:r>
        <w:br/>
        <w:t>Любка ж брала її в решето</w:t>
      </w:r>
    </w:p>
    <w:p>
      <w:r>
        <w:br/>
        <w:t>й над ножами і над шаблями</w:t>
      </w:r>
    </w:p>
    <w:p>
      <w:r>
        <w:br/>
        <w:t>на току неначе віяла.</w:t>
      </w:r>
    </w:p>
    <w:p>
      <w:r>
        <w:br/>
        <w:t>Не полова ж відвівалася,</w:t>
      </w:r>
    </w:p>
    <w:p>
      <w:r>
        <w:br/>
        <w:t>а ворони чорні пурхали</w:t>
      </w:r>
    </w:p>
    <w:p>
      <w:r>
        <w:br/>
        <w:t>і крутилися над водами</w:t>
      </w:r>
    </w:p>
    <w:p>
      <w:r>
        <w:br/>
        <w:t>і сідали знов на палубу</w:t>
      </w:r>
    </w:p>
    <w:p>
      <w:r>
        <w:br/>
        <w:t>і на зброї й поміж зброєю</w:t>
      </w:r>
    </w:p>
    <w:p>
      <w:r>
        <w:br/>
        <w:t>дзьобали пшеницю віяну.</w:t>
      </w:r>
    </w:p>
    <w:p>
      <w:r>
        <w:br/>
        <w:t>І від вороння страшенного</w:t>
      </w:r>
    </w:p>
    <w:p>
      <w:r>
        <w:br/>
        <w:t>корабель, мов ґроно чорнеє,</w:t>
      </w:r>
    </w:p>
    <w:p>
      <w:r>
        <w:br/>
        <w:t>потопати став поволеньки,</w:t>
      </w:r>
    </w:p>
    <w:p>
      <w:r>
        <w:br/>
        <w:t>а Зіньчиха з гори криками</w:t>
      </w:r>
    </w:p>
    <w:p>
      <w:r>
        <w:br/>
        <w:t>обзивалася, благаючи:</w:t>
      </w:r>
    </w:p>
    <w:p>
      <w:r>
        <w:br/>
        <w:t>,,Птицю з корабля мерщій зганяй,</w:t>
      </w:r>
    </w:p>
    <w:p>
      <w:r>
        <w:br/>
        <w:t>і нехай світи облітує,</w:t>
      </w:r>
    </w:p>
    <w:p>
      <w:r>
        <w:br/>
        <w:t>а сама . . . сама до берега</w:t>
      </w:r>
    </w:p>
    <w:p>
      <w:r>
        <w:br/>
        <w:t>прибивайся плавом, веслами,</w:t>
      </w:r>
    </w:p>
    <w:p>
      <w:r>
        <w:br/>
        <w:t>бо двора ти в батька рідного</w:t>
      </w:r>
    </w:p>
    <w:p>
      <w:r>
        <w:br/>
        <w:t>не сходила, не стоптала ще" . ..</w:t>
      </w:r>
    </w:p>
    <w:p>
      <w:r>
        <w:br/>
        <w:t>І вся птиця завихрилася,</w:t>
      </w:r>
    </w:p>
    <w:p>
      <w:r>
        <w:br/>
        <w:t>й закипіло небо крилами,</w:t>
      </w:r>
    </w:p>
    <w:p>
      <w:r>
        <w:br/>
        <w:t>й випливло на хвилях решето,</w:t>
      </w:r>
    </w:p>
    <w:p>
      <w:r>
        <w:br/>
        <w:t>ніби місяць кров'ю вимитий,</w:t>
      </w:r>
    </w:p>
    <w:p>
      <w:r>
        <w:br/>
        <w:t>корабля ж і Любки не було . . .</w:t>
      </w:r>
    </w:p>
    <w:p>
      <w:r>
        <w:br/>
        <w:t>Та й галаснула між горами</w:t>
      </w:r>
    </w:p>
    <w:p>
      <w:r>
        <w:br/>
        <w:t>стара мати дико лунами</w:t>
      </w:r>
    </w:p>
    <w:p>
      <w:r>
        <w:br/>
        <w:t>і в ріку на скелі охнула,</w:t>
      </w:r>
    </w:p>
    <w:p>
      <w:r>
        <w:br/>
        <w:t>де жадібно кров розбризкану</w:t>
      </w:r>
    </w:p>
    <w:p>
      <w:r>
        <w:br/>
        <w:t>геть злизала хвиля мутная...</w:t>
      </w:r>
    </w:p>
    <w:p>
      <w:r>
        <w:br/>
        <w:t>Тут із себе стогін видавив,</w:t>
      </w:r>
    </w:p>
    <w:p>
      <w:r>
        <w:br/>
        <w:t>пам'ять проясняючи Зінько;</w:t>
      </w:r>
    </w:p>
    <w:p>
      <w:r>
        <w:br/>
        <w:t>стогін видавив тай вигукнув:</w:t>
      </w:r>
    </w:p>
    <w:p>
      <w:r>
        <w:br/>
        <w:t>,,Де ти, смерте моя лютая,</w:t>
      </w:r>
    </w:p>
    <w:p>
      <w:r>
        <w:br/>
        <w:t>над моєю стань в'язницею</w:t>
      </w:r>
    </w:p>
    <w:p>
      <w:r>
        <w:br/>
        <w:t>та й удар об мури мурами ...</w:t>
      </w:r>
    </w:p>
    <w:p>
      <w:r>
        <w:br/>
        <w:t>привали й засип гніздо старе,</w:t>
      </w:r>
    </w:p>
    <w:p>
      <w:r>
        <w:br/>
        <w:t>моє серце бунтівничеє,</w:t>
      </w:r>
    </w:p>
    <w:p>
      <w:r>
        <w:br/>
        <w:t>щоб завмерли в йому ріднії</w:t>
      </w:r>
    </w:p>
    <w:p>
      <w:r>
        <w:br/>
        <w:t>голоси тяжкого присуду" . . .</w:t>
      </w:r>
    </w:p>
    <w:p>
      <w:r>
        <w:br/>
        <w:t>И тулуба підвів гарячого,</w:t>
      </w:r>
    </w:p>
    <w:p>
      <w:r>
        <w:br/>
        <w:t>головою в камінь вдарився</w:t>
      </w:r>
    </w:p>
    <w:p>
      <w:r>
        <w:br/>
        <w:t>й навзнак, занімівши, витягся...</w:t>
      </w:r>
    </w:p>
    <w:p>
      <w:r>
        <w:br/>
        <w:t>І мовчання знов у землищі</w:t>
      </w:r>
    </w:p>
    <w:p>
      <w:r>
        <w:br/>
        <w:t>натягло незримо в цементі</w:t>
      </w:r>
    </w:p>
    <w:p>
      <w:r>
        <w:br/>
        <w:t>струну точену, таємную ...</w:t>
      </w:r>
    </w:p>
    <w:p>
      <w:r>
        <w:br/>
        <w:t>І прийшла Зінькові відповідь</w:t>
      </w:r>
    </w:p>
    <w:p>
      <w:r>
        <w:br/>
        <w:t>та й від смерти тії лютої,</w:t>
      </w:r>
    </w:p>
    <w:p>
      <w:r>
        <w:br/>
        <w:t>відчинилися у землище</w:t>
      </w:r>
    </w:p>
    <w:p>
      <w:r>
        <w:br/>
        <w:t>чавунами двері кутії,</w:t>
      </w:r>
    </w:p>
    <w:p>
      <w:r>
        <w:br/>
        <w:t>і ввігналися, і вскочили</w:t>
      </w:r>
    </w:p>
    <w:p>
      <w:r>
        <w:br/>
        <w:t>слідчі, сповнені жадобою,</w:t>
      </w:r>
    </w:p>
    <w:p>
      <w:r>
        <w:br/>
        <w:t>їх було чотири, мигали</w:t>
      </w:r>
    </w:p>
    <w:p>
      <w:r>
        <w:br/>
        <w:t>шкіряним куценьким одягом,</w:t>
      </w:r>
    </w:p>
    <w:p>
      <w:r>
        <w:br/>
        <w:t>ніби змії поміж скелями</w:t>
      </w:r>
    </w:p>
    <w:p>
      <w:r>
        <w:br/>
        <w:t>чорним холодом до місяця,</w:t>
      </w:r>
    </w:p>
    <w:p>
      <w:r>
        <w:br/>
        <w:t>коли спинами округлими</w:t>
      </w:r>
    </w:p>
    <w:p>
      <w:r>
        <w:br/>
        <w:t>та м'ясистими погойдують.</w:t>
      </w:r>
    </w:p>
    <w:p>
      <w:r>
        <w:br/>
        <w:t>Слідчий</w:t>
      </w:r>
    </w:p>
    <w:p>
      <w:r>
        <w:br/>
        <w:t>"Гей, нещасний та знеможений,</w:t>
      </w:r>
    </w:p>
    <w:p>
      <w:r>
        <w:br/>
        <w:t>чи ти чуєш і чи бачиш ти?"</w:t>
      </w:r>
    </w:p>
    <w:p>
      <w:r>
        <w:br/>
        <w:t>А Зінько, назад відкинувшись,</w:t>
      </w:r>
    </w:p>
    <w:p>
      <w:r>
        <w:br/>
        <w:t>на руках тримався випнутих,</w:t>
      </w:r>
    </w:p>
    <w:p>
      <w:r>
        <w:br/>
        <w:t>мов дзвіниця з дуба давнього,</w:t>
      </w:r>
    </w:p>
    <w:p>
      <w:r>
        <w:br/>
        <w:t>що від бурі похитнулася</w:t>
      </w:r>
    </w:p>
    <w:p>
      <w:r>
        <w:br/>
        <w:t>і за два стовпи вхопилася,</w:t>
      </w:r>
    </w:p>
    <w:p>
      <w:r>
        <w:br/>
        <w:t>щоб кріпитись над оградою,</w:t>
      </w:r>
    </w:p>
    <w:p>
      <w:r>
        <w:br/>
        <w:t>як із неї дзвін лунатиме:</w:t>
      </w:r>
    </w:p>
    <w:p>
      <w:r>
        <w:br/>
        <w:t>Зінько</w:t>
      </w:r>
    </w:p>
    <w:p>
      <w:r>
        <w:br/>
        <w:t>"Бачу, бачу, що кривавії</w:t>
      </w:r>
    </w:p>
    <w:p>
      <w:r>
        <w:br/>
        <w:t>привиди мене покинули,</w:t>
      </w:r>
    </w:p>
    <w:p>
      <w:r>
        <w:br/>
        <w:t>а прийшли ви з мене витягти</w:t>
      </w:r>
    </w:p>
    <w:p>
      <w:r>
        <w:br/>
        <w:t>обгорілу душу муками! .. "</w:t>
      </w:r>
    </w:p>
    <w:p>
      <w:r>
        <w:br/>
        <w:t>Слідчий</w:t>
      </w:r>
    </w:p>
    <w:p>
      <w:r>
        <w:br/>
        <w:t>"Гей, бандите, Зіньку зборений,</w:t>
      </w:r>
    </w:p>
    <w:p>
      <w:r>
        <w:br/>
        <w:t>не прийшли сюди по душу ми,</w:t>
      </w:r>
    </w:p>
    <w:p>
      <w:r>
        <w:br/>
        <w:t>а внесли тобі опівночі</w:t>
      </w:r>
    </w:p>
    <w:p>
      <w:r>
        <w:br/>
        <w:t>опрощення за всі злочини,</w:t>
      </w:r>
    </w:p>
    <w:p>
      <w:r>
        <w:br/>
        <w:t>тільки зараз нам, не криючись,</w:t>
      </w:r>
    </w:p>
    <w:p>
      <w:r>
        <w:br/>
        <w:t>розкажи усе по совісті:</w:t>
      </w:r>
    </w:p>
    <w:p>
      <w:r>
        <w:br/>
        <w:t>хто тебе підбив на виступи</w:t>
      </w:r>
    </w:p>
    <w:p>
      <w:r>
        <w:br/>
        <w:t>проти влади та й совєцької? ..</w:t>
      </w:r>
    </w:p>
    <w:p>
      <w:r>
        <w:br/>
        <w:t>З ким містечка ти підпалював,</w:t>
      </w:r>
    </w:p>
    <w:p>
      <w:r>
        <w:br/>
        <w:t>з ким степи ти перехрещував</w:t>
      </w:r>
    </w:p>
    <w:p>
      <w:r>
        <w:br/>
        <w:t>копитами й кулеметами?" ..</w:t>
      </w:r>
    </w:p>
    <w:p>
      <w:r>
        <w:br/>
        <w:t>Зінько</w:t>
      </w:r>
    </w:p>
    <w:p>
      <w:r>
        <w:br/>
        <w:t>"Гей, викручуйте у мене ви</w:t>
      </w:r>
    </w:p>
    <w:p>
      <w:r>
        <w:br/>
        <w:t>ребра ламані й дугастії,</w:t>
      </w:r>
    </w:p>
    <w:p>
      <w:r>
        <w:br/>
        <w:t>щоб із ліктів ваших кров моя</w:t>
      </w:r>
    </w:p>
    <w:p>
      <w:r>
        <w:br/>
        <w:t>відривалася краплинами,</w:t>
      </w:r>
    </w:p>
    <w:p>
      <w:r>
        <w:br/>
        <w:t>як у псів із морд замурзаних</w:t>
      </w:r>
    </w:p>
    <w:p>
      <w:r>
        <w:br/>
        <w:t>рідина на стерві капає,</w:t>
      </w:r>
    </w:p>
    <w:p>
      <w:r>
        <w:br/>
        <w:t>та повік не сподівайтеся,</w:t>
      </w:r>
    </w:p>
    <w:p>
      <w:r>
        <w:br/>
        <w:t>що Зінько катам товариша</w:t>
      </w:r>
    </w:p>
    <w:p>
      <w:r>
        <w:br/>
        <w:t>може виказати й видати! .</w:t>
      </w:r>
    </w:p>
    <w:p>
      <w:r>
        <w:br/>
        <w:t>Слідчий</w:t>
      </w:r>
    </w:p>
    <w:p>
      <w:r>
        <w:br/>
        <w:t>"А візьміть його під чоботи,</w:t>
      </w:r>
    </w:p>
    <w:p>
      <w:r>
        <w:br/>
        <w:t>хай інакше свого голосу</w:t>
      </w:r>
    </w:p>
    <w:p>
      <w:r>
        <w:br/>
        <w:t>нам покаже молодецького,</w:t>
      </w:r>
    </w:p>
    <w:p>
      <w:r>
        <w:br/>
        <w:t>отаманського, козацького!"</w:t>
      </w:r>
    </w:p>
    <w:p>
      <w:r>
        <w:br/>
        <w:t>Та взяли його та й мучили:</w:t>
      </w:r>
    </w:p>
    <w:p>
      <w:r>
        <w:br/>
        <w:t>два у спину обпиралися</w:t>
      </w:r>
    </w:p>
    <w:p>
      <w:r>
        <w:br/>
        <w:t>коліньми і руки рубані</w:t>
      </w:r>
    </w:p>
    <w:p>
      <w:r>
        <w:br/>
        <w:t>вивертали, назад ламлячи,</w:t>
      </w:r>
    </w:p>
    <w:p>
      <w:r>
        <w:br/>
        <w:t>а другії два, засапавшись,</w:t>
      </w:r>
    </w:p>
    <w:p>
      <w:r>
        <w:br/>
        <w:t>в чорну рану закаблуками</w:t>
      </w:r>
    </w:p>
    <w:p>
      <w:r>
        <w:br/>
        <w:t>товкли мовчки, зуби скалячи;</w:t>
      </w:r>
    </w:p>
    <w:p>
      <w:r>
        <w:br/>
        <w:t>кров з ноги на стіни бризкала</w:t>
      </w:r>
    </w:p>
    <w:p>
      <w:r>
        <w:br/>
        <w:t>й на халяви поваксовані</w:t>
      </w:r>
    </w:p>
    <w:p>
      <w:r>
        <w:br/>
        <w:t>цих суддів з глухої півночі.</w:t>
      </w:r>
    </w:p>
    <w:p>
      <w:r>
        <w:br/>
        <w:t>А Зінько під ними, витягшись,</w:t>
      </w:r>
    </w:p>
    <w:p>
      <w:r>
        <w:br/>
        <w:t>зуби вціпив жовтії свої</w:t>
      </w:r>
    </w:p>
    <w:p>
      <w:r>
        <w:br/>
        <w:t>у краї товстого цементу,</w:t>
      </w:r>
    </w:p>
    <w:p>
      <w:r>
        <w:br/>
        <w:t>що стирчав там із вибоїни;</w:t>
      </w:r>
    </w:p>
    <w:p>
      <w:r>
        <w:br/>
        <w:t>в нього жили в шиї видулись</w:t>
      </w:r>
    </w:p>
    <w:p>
      <w:r>
        <w:br/>
        <w:t>та й уперлися у щелепи,</w:t>
      </w:r>
    </w:p>
    <w:p>
      <w:r>
        <w:br/>
        <w:t>щоб страшенний крик не вирвався,</w:t>
      </w:r>
    </w:p>
    <w:p>
      <w:r>
        <w:br/>
        <w:t>від якого й камінь тріскає. ..</w:t>
      </w:r>
    </w:p>
    <w:p>
      <w:r>
        <w:br/>
        <w:t>Тільки вземлище розкотисто</w:t>
      </w:r>
    </w:p>
    <w:p>
      <w:r>
        <w:br/>
        <w:t>гоготало, як загонили</w:t>
      </w:r>
    </w:p>
    <w:p>
      <w:r>
        <w:br/>
        <w:t>на той світ життя замучене.</w:t>
      </w:r>
    </w:p>
    <w:p>
      <w:r>
        <w:br/>
        <w:t>Так і явір на Полтавщині,</w:t>
      </w:r>
    </w:p>
    <w:p>
      <w:r>
        <w:br/>
        <w:t>чужим вітром розхилитаний</w:t>
      </w:r>
    </w:p>
    <w:p>
      <w:r>
        <w:br/>
        <w:t>ще за Шведчини колишньої,</w:t>
      </w:r>
    </w:p>
    <w:p>
      <w:r>
        <w:br/>
        <w:t>страшно стогне з ґрунту гуками</w:t>
      </w:r>
    </w:p>
    <w:p>
      <w:r>
        <w:br/>
        <w:t>все коріннями бугристими,</w:t>
      </w:r>
    </w:p>
    <w:p>
      <w:r>
        <w:br/>
        <w:t>мов ланцями стопудовими</w:t>
      </w:r>
    </w:p>
    <w:p>
      <w:r>
        <w:br/>
        <w:t>і під наші битії шляхи,</w:t>
      </w:r>
    </w:p>
    <w:p>
      <w:r>
        <w:br/>
        <w:t>густо кров'ю позаливані! ..</w:t>
      </w:r>
    </w:p>
    <w:p>
      <w:r>
        <w:br/>
        <w:t>Зінько</w:t>
      </w:r>
    </w:p>
    <w:p>
      <w:r>
        <w:br/>
        <w:t>"Гей, пустіте, муки витримать</w:t>
      </w:r>
    </w:p>
    <w:p>
      <w:r>
        <w:br/>
        <w:t>не здолаю до останнього" ...</w:t>
      </w:r>
    </w:p>
    <w:p>
      <w:r>
        <w:br/>
        <w:t>Слідчий</w:t>
      </w:r>
    </w:p>
    <w:p>
      <w:r>
        <w:br/>
        <w:t>"Не здолаєш? . . Ну, то спільників</w:t>
      </w:r>
    </w:p>
    <w:p>
      <w:r>
        <w:br/>
        <w:t>видавай нам і виказуй нам..."</w:t>
      </w:r>
    </w:p>
    <w:p>
      <w:r>
        <w:br/>
        <w:t>Зінько</w:t>
      </w:r>
    </w:p>
    <w:p>
      <w:r>
        <w:br/>
        <w:t>"Підведіте, я вже викажу...</w:t>
      </w:r>
    </w:p>
    <w:p>
      <w:r>
        <w:br/>
        <w:t>Так, вже легше. . . Ох, проклятая</w:t>
      </w:r>
    </w:p>
    <w:p>
      <w:r>
        <w:br/>
        <w:t>ти годино смертная моя,</w:t>
      </w:r>
    </w:p>
    <w:p>
      <w:r>
        <w:br/>
        <w:t>нащо випхнула на світ мене</w:t>
      </w:r>
    </w:p>
    <w:p>
      <w:r>
        <w:br/>
        <w:t>та й із неньчиного черева,</w:t>
      </w:r>
    </w:p>
    <w:p>
      <w:r>
        <w:br/>
        <w:t>нарекла й пустила з реготом</w:t>
      </w:r>
    </w:p>
    <w:p>
      <w:r>
        <w:br/>
        <w:t>українцем, не людиною ..."</w:t>
      </w:r>
    </w:p>
    <w:p>
      <w:r>
        <w:br/>
        <w:t>Слідчий</w:t>
      </w:r>
    </w:p>
    <w:p>
      <w:r>
        <w:br/>
        <w:t>"Говори нам швидше викази,</w:t>
      </w:r>
    </w:p>
    <w:p>
      <w:r>
        <w:br/>
        <w:t>то сконаєш не під муками. .</w:t>
      </w:r>
    </w:p>
    <w:p>
      <w:r>
        <w:br/>
        <w:t>Зінько</w:t>
      </w:r>
    </w:p>
    <w:p>
      <w:r>
        <w:br/>
        <w:t>"Почекайте, не хапайтеся,</w:t>
      </w:r>
    </w:p>
    <w:p>
      <w:r>
        <w:br/>
        <w:t>все скажу я, всіх я викажу...</w:t>
      </w:r>
    </w:p>
    <w:p>
      <w:r>
        <w:br/>
        <w:t>Дерева шептали радісно</w:t>
      </w:r>
    </w:p>
    <w:p>
      <w:r>
        <w:br/>
        <w:t>на лугах із білим місяцем,</w:t>
      </w:r>
    </w:p>
    <w:p>
      <w:r>
        <w:br/>
        <w:t>а село їм обзивалося</w:t>
      </w:r>
    </w:p>
    <w:p>
      <w:r>
        <w:br/>
        <w:t>від просторих царин співами,</w:t>
      </w:r>
    </w:p>
    <w:p>
      <w:r>
        <w:br/>
        <w:t>аж високі луни стукали</w:t>
      </w:r>
    </w:p>
    <w:p>
      <w:r>
        <w:br/>
        <w:t>у верхів'я гір над ріками,</w:t>
      </w:r>
    </w:p>
    <w:p>
      <w:r>
        <w:br/>
        <w:t>що йде воля, воля з півночі</w:t>
      </w:r>
    </w:p>
    <w:p>
      <w:r>
        <w:br/>
        <w:t>та й несе пшеничний сніп важкий</w:t>
      </w:r>
    </w:p>
    <w:p>
      <w:r>
        <w:br/>
        <w:t>на подвір'я люду бідному,</w:t>
      </w:r>
    </w:p>
    <w:p>
      <w:r>
        <w:br/>
        <w:t>й перевесло сяє з золота,</w:t>
      </w:r>
    </w:p>
    <w:p>
      <w:r>
        <w:br/>
        <w:t>а всім землям видимо його,</w:t>
      </w:r>
    </w:p>
    <w:p>
      <w:r>
        <w:br/>
        <w:t>бо воно, казали, скручене</w:t>
      </w:r>
    </w:p>
    <w:p>
      <w:r>
        <w:br/>
        <w:t>під гарячим сонця ободом</w:t>
      </w:r>
    </w:p>
    <w:p>
      <w:r>
        <w:br/>
        <w:t>міцно згодою народньою ...</w:t>
      </w:r>
    </w:p>
    <w:p>
      <w:r>
        <w:br/>
        <w:t>Хто ж до нас прийшов сподіваний,</w:t>
      </w:r>
    </w:p>
    <w:p>
      <w:r>
        <w:br/>
        <w:t>і зробив нам довгожданий що ? ...</w:t>
      </w:r>
    </w:p>
    <w:p>
      <w:r>
        <w:br/>
        <w:t>Позривали ви нам дворища</w:t>
      </w:r>
    </w:p>
    <w:p>
      <w:r>
        <w:br/>
        <w:t>начиннями розбишацькими,</w:t>
      </w:r>
    </w:p>
    <w:p>
      <w:r>
        <w:br/>
        <w:t>та й забрали хліб горьований</w:t>
      </w:r>
    </w:p>
    <w:p>
      <w:r>
        <w:br/>
        <w:t>і в Москву свою спровадили,</w:t>
      </w:r>
    </w:p>
    <w:p>
      <w:r>
        <w:br/>
        <w:t>а щоб видно було їхати,</w:t>
      </w:r>
    </w:p>
    <w:p>
      <w:r>
        <w:br/>
        <w:t>Україну над дорогами</w:t>
      </w:r>
    </w:p>
    <w:p>
      <w:r>
        <w:br/>
        <w:t>підпалили на всі сторони</w:t>
      </w:r>
    </w:p>
    <w:p>
      <w:r>
        <w:br/>
        <w:t>і звели над нею полум'я,</w:t>
      </w:r>
    </w:p>
    <w:p>
      <w:r>
        <w:br/>
        <w:t>мов вітрило в даль розмавне</w:t>
      </w:r>
    </w:p>
    <w:p>
      <w:r>
        <w:br/>
        <w:t>з човна, чорно обгорілого,</w:t>
      </w:r>
    </w:p>
    <w:p>
      <w:r>
        <w:br/>
        <w:t>що пливе з країни розпачу,</w:t>
      </w:r>
    </w:p>
    <w:p>
      <w:r>
        <w:br/>
        <w:t>де нужда цвіте убивствами...</w:t>
      </w:r>
    </w:p>
    <w:p>
      <w:r>
        <w:br/>
        <w:t>Мій народ ізнов похилений</w:t>
      </w:r>
    </w:p>
    <w:p>
      <w:r>
        <w:br/>
        <w:t>в себе в хаті під одвірками,</w:t>
      </w:r>
    </w:p>
    <w:p>
      <w:r>
        <w:br/>
        <w:t>а круг столу зайди дикії</w:t>
      </w:r>
    </w:p>
    <w:p>
      <w:r>
        <w:br/>
        <w:t>тучним брашном його живляться...</w:t>
      </w:r>
    </w:p>
    <w:p>
      <w:r>
        <w:br/>
        <w:t>Тільки чуєте ... Над горами</w:t>
      </w:r>
    </w:p>
    <w:p>
      <w:r>
        <w:br/>
        <w:t>час іде шляхами вічними,</w:t>
      </w:r>
    </w:p>
    <w:p>
      <w:r>
        <w:br/>
        <w:t>він запліднений стражданнями</w:t>
      </w:r>
    </w:p>
    <w:p>
      <w:r>
        <w:br/>
        <w:t>всього люду українського ...</w:t>
      </w:r>
    </w:p>
    <w:p>
      <w:r>
        <w:br/>
        <w:t>І прийдешнє нам народиться:</w:t>
      </w:r>
    </w:p>
    <w:p>
      <w:r>
        <w:br/>
        <w:t>крик могутній нарожденного</w:t>
      </w:r>
    </w:p>
    <w:p>
      <w:r>
        <w:br/>
        <w:t>несподівано почуєте,</w:t>
      </w:r>
    </w:p>
    <w:p>
      <w:r>
        <w:br/>
        <w:t>тоді горе вам, мучителі..."</w:t>
      </w:r>
    </w:p>
    <w:p>
      <w:r>
        <w:br/>
        <w:t>Слідчий</w:t>
      </w:r>
    </w:p>
    <w:p>
      <w:r>
        <w:br/>
        <w:t>"А ну ще собаку битую</w:t>
      </w:r>
    </w:p>
    <w:p>
      <w:r>
        <w:br/>
        <w:t>простягти на мокрім цементі!"..</w:t>
      </w:r>
    </w:p>
    <w:p>
      <w:r>
        <w:br/>
        <w:t>Зінько</w:t>
      </w:r>
    </w:p>
    <w:p>
      <w:r>
        <w:br/>
        <w:t>"Ви забрали сили сильнії,</w:t>
      </w:r>
    </w:p>
    <w:p>
      <w:r>
        <w:br/>
        <w:t>тож візьміте і останнєє,</w:t>
      </w:r>
    </w:p>
    <w:p>
      <w:r>
        <w:br/>
        <w:t>бо ще викажу нехотячи</w:t>
      </w:r>
    </w:p>
    <w:p>
      <w:r>
        <w:br/>
        <w:t>когонебудь на катовиську..."</w:t>
      </w:r>
    </w:p>
    <w:p>
      <w:r>
        <w:br/>
        <w:t>Т обличчя страшно викривив,</w:t>
      </w:r>
    </w:p>
    <w:p>
      <w:r>
        <w:br/>
        <w:t>зуби стиснув з тяжким стогоном</w:t>
      </w:r>
    </w:p>
    <w:p>
      <w:r>
        <w:br/>
        <w:t>аж піт виступив краплинами</w:t>
      </w:r>
    </w:p>
    <w:p>
      <w:r>
        <w:br/>
        <w:t>на чолі, як віск, пожовклому...</w:t>
      </w:r>
    </w:p>
    <w:p>
      <w:r>
        <w:br/>
        <w:t>Харкнув кров'ю та на слідчого</w:t>
      </w:r>
    </w:p>
    <w:p>
      <w:r>
        <w:br/>
        <w:t>і обляпав поли одягу,</w:t>
      </w:r>
    </w:p>
    <w:p>
      <w:r>
        <w:br/>
        <w:t>а сам, нею захлинаючись,</w:t>
      </w:r>
    </w:p>
    <w:p>
      <w:r>
        <w:br/>
        <w:t>на підлогу впав, задушливим</w:t>
      </w:r>
    </w:p>
    <w:p>
      <w:r>
        <w:br/>
        <w:t>кашлем землище сповняючи.</w:t>
      </w:r>
    </w:p>
    <w:p>
      <w:r>
        <w:br/>
        <w:t>Слідчий</w:t>
      </w:r>
    </w:p>
    <w:p>
      <w:r>
        <w:br/>
        <w:t>"Ах, зараза! .. Так ти викусив</w:t>
      </w:r>
    </w:p>
    <w:p>
      <w:r>
        <w:br/>
        <w:t>язика свого смердючого? ..</w:t>
      </w:r>
    </w:p>
    <w:p>
      <w:r>
        <w:br/>
        <w:t>На ж, проглинь за нього другого!" ...</w:t>
      </w:r>
    </w:p>
    <w:p>
      <w:r>
        <w:br/>
        <w:t>Та й ударив він лежачого</w:t>
      </w:r>
    </w:p>
    <w:p>
      <w:r>
        <w:br/>
        <w:t>револьвером в рот скривавлений</w:t>
      </w:r>
    </w:p>
    <w:p>
      <w:r>
        <w:br/>
        <w:t>й зуби виломив переднії,</w:t>
      </w:r>
    </w:p>
    <w:p>
      <w:r>
        <w:br/>
        <w:t>увігнавши зброю литую</w:t>
      </w:r>
    </w:p>
    <w:p>
      <w:r>
        <w:br/>
        <w:t>аж по ручку дерев'яную ...</w:t>
      </w:r>
    </w:p>
    <w:p>
      <w:r>
        <w:br/>
        <w:t>И глухо постріл в роті вибухнув ...</w:t>
      </w:r>
    </w:p>
    <w:p>
      <w:r>
        <w:br/>
        <w:t>Зінько руку махнув правую</w:t>
      </w:r>
    </w:p>
    <w:p>
      <w:r>
        <w:br/>
        <w:t>до обличчя до розбитого</w:t>
      </w:r>
    </w:p>
    <w:p>
      <w:r>
        <w:br/>
        <w:t>і навіки непоборений</w:t>
      </w:r>
    </w:p>
    <w:p>
      <w:r>
        <w:br/>
        <w:t>він затих в тюрмі, на камені...</w:t>
      </w:r>
    </w:p>
    <w:p>
      <w:r>
        <w:br/>
        <w:t>Місяць пливе над Черкасами,</w:t>
      </w:r>
    </w:p>
    <w:p>
      <w:r>
        <w:br/>
        <w:t>ліхтаря спустивши круглого</w:t>
      </w:r>
    </w:p>
    <w:p>
      <w:r>
        <w:br/>
        <w:t>на глибоке дно Дніпровеє:</w:t>
      </w:r>
    </w:p>
    <w:p>
      <w:r>
        <w:br/>
        <w:t>придивляється, що робиться,</w:t>
      </w:r>
    </w:p>
    <w:p>
      <w:r>
        <w:br/>
        <w:t>чого хвилі, ним освітлені,</w:t>
      </w:r>
    </w:p>
    <w:p>
      <w:r>
        <w:br/>
        <w:t>б'ють у двері степу сонного:</w:t>
      </w:r>
    </w:p>
    <w:p>
      <w:r>
        <w:br/>
        <w:t>"Одімкни нам двері вічнії,</w:t>
      </w:r>
    </w:p>
    <w:p>
      <w:r>
        <w:br/>
        <w:t>ми твої смутні возвісники</w:t>
      </w:r>
    </w:p>
    <w:p>
      <w:r>
        <w:br/>
        <w:t>й вісті несемо невтішнії:</w:t>
      </w:r>
    </w:p>
    <w:p>
      <w:r>
        <w:br/>
        <w:t>знов підземні прірви темнії</w:t>
      </w:r>
    </w:p>
    <w:p>
      <w:r>
        <w:br/>
        <w:t>лунами гудуть тюремними,</w:t>
      </w:r>
    </w:p>
    <w:p>
      <w:r>
        <w:br/>
        <w:t>під темницею у вземлищі</w:t>
      </w:r>
    </w:p>
    <w:p>
      <w:r>
        <w:br/>
        <w:t>сина знов твого скатовано,</w:t>
      </w:r>
    </w:p>
    <w:p>
      <w:r>
        <w:br/>
        <w:t>а його кінь із Чигринщини</w:t>
      </w:r>
    </w:p>
    <w:p>
      <w:r>
        <w:br/>
        <w:t>і розшорений, і втомлений</w:t>
      </w:r>
    </w:p>
    <w:p>
      <w:r>
        <w:br/>
        <w:t>все ірже до України сам,</w:t>
      </w:r>
    </w:p>
    <w:p>
      <w:r>
        <w:br/>
        <w:t>та йому не обзиваються</w:t>
      </w:r>
    </w:p>
    <w:p>
      <w:r>
        <w:br/>
        <w:t>із лісів братерським гомоном</w:t>
      </w:r>
    </w:p>
    <w:p>
      <w:r>
        <w:br/>
        <w:t>ні козацькі наприпонені,</w:t>
      </w:r>
    </w:p>
    <w:p>
      <w:r>
        <w:br/>
        <w:t>ні отаманські осідлані" 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Дума про Зінька Самгородського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