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Дума про княгиню-кобзаря</w:t>
      </w:r>
    </w:p>
    <w:p>
      <w:r>
        <w:br/>
        <w:t xml:space="preserve"> 1</w:t>
      </w:r>
    </w:p>
    <w:p>
      <w:r>
        <w:br/>
        <w:t>Ой то не білий туман землю скрізь покриває,&lt;br /&gt;</w:t>
        <w:br/>
        <w:t>А то князь молодий у похід виступає,&lt;br /&gt;</w:t>
        <w:br/>
        <w:t>З військом рушає&lt;br /&gt;</w:t>
        <w:br/>
        <w:t>Турчина воювати,&lt;br /&gt;</w:t>
        <w:br/>
        <w:t>Слави собі вояцької молодецької залучати,&lt;br /&gt;</w:t>
        <w:br/>
        <w:t>До своєї землі ще землі придбати...&lt;br /&gt;</w:t>
        <w:br/>
        <w:t>Ой то не сива зозуля гірко кувала,&lt;br /&gt;</w:t>
        <w:br/>
        <w:t>А то молода княгиня,&lt;br /&gt;</w:t>
        <w:br/>
        <w:t>Вірна дружина,&lt;br /&gt;</w:t>
        <w:br/>
        <w:t>З князем опрощення приймала[1],&lt;br /&gt;</w:t>
        <w:br/>
        <w:t>Обнімала,&lt;br /&gt;</w:t>
        <w:br/>
        <w:t>Од себе не пускала,&lt;br /&gt;</w:t>
        <w:br/>
        <w:t>Ридаючи руки до нього простягала...&lt;br /&gt;</w:t>
        <w:br/>
        <w:t>А вже князь з двору виступає,&lt;br /&gt;</w:t>
        <w:br/>
        <w:t>За ним військо рушає,&lt;br /&gt;</w:t>
        <w:br/>
        <w:t>Вигрімляє...&lt;br /&gt;</w:t>
        <w:br/>
        <w:t>І йдуть так не день, не два,&lt;br /&gt;</w:t>
        <w:br/>
        <w:t>І тільки навкруги їх трава степова,&lt;br /&gt;</w:t>
        <w:br/>
        <w:t>Де не глянь, розлягається,&lt;br /&gt;</w:t>
        <w:br/>
        <w:t>Аж військо в траві тій ховається.&lt;br /&gt;</w:t>
        <w:br/>
        <w:t>Отож, не день і не два минає,&lt;br /&gt;</w:t>
        <w:br/>
        <w:t>Князь у землю турецьку вступає&lt;br /&gt;</w:t>
        <w:br/>
        <w:t>І звелів землю турецьку воювати,&lt;br /&gt;</w:t>
        <w:br/>
        <w:t>Турецьке військо у пень рубати...&lt;br /&gt;</w:t>
        <w:br/>
        <w:t>Та не стало щастя князеві слугувати,&lt;br /&gt;</w:t>
        <w:br/>
        <w:t>Почали його вороги побивати,&lt;br /&gt;</w:t>
        <w:br/>
        <w:t>Військо турок до ноги, порубав,&lt;br /&gt;</w:t>
        <w:br/>
        <w:t>А которі недобитки по степу розпорошив-розігнав,&lt;br /&gt;</w:t>
        <w:br/>
        <w:t>Князя хороброго у бран, у неволю узяв...</w:t>
      </w:r>
    </w:p>
    <w:p>
      <w:r>
        <w:br/>
        <w:t>2</w:t>
      </w:r>
    </w:p>
    <w:p>
      <w:r>
        <w:br/>
        <w:t>Ой тяжко князеві у неволі пробувати,&lt;br /&gt;</w:t>
        <w:br/>
        <w:t>Заліза тягати.&lt;br /&gt;</w:t>
        <w:br/>
        <w:t>Кайдани-залізо ноги повривало,&lt;br /&gt;</w:t>
        <w:br/>
        <w:t>Біле тіло молодецькеє коло жовтої кості пошмугляло,&lt;br /&gt;</w:t>
        <w:br/>
        <w:t>А ще ж то уночі у темній темниці із іншими невольниками він пробував,&lt;br /&gt;</w:t>
        <w:br/>
        <w:t>А удень турчин до темниці приходжає,&lt;br /&gt;</w:t>
        <w:br/>
        <w:t>Двері одмикає&lt;br /&gt;</w:t>
        <w:br/>
        <w:t>І бідного невольника на тяжку роботу виводжає.&lt;br /&gt;</w:t>
        <w:br/>
        <w:t>А сам турчин коло невольників походжає,&lt;br /&gt;</w:t>
        <w:br/>
        <w:t>На їх поглядає,&lt;br /&gt;</w:t>
        <w:br/>
        <w:t>На слуги свої, на турки-яничари, зо зла гукає:&lt;br /&gt;</w:t>
        <w:br/>
        <w:t>"Кажу я вам, турки-яничари, добре ви дбайте,&lt;br /&gt;</w:t>
        <w:br/>
        <w:t>Із ряду до ряду заходжайте,&lt;br /&gt;</w:t>
        <w:br/>
        <w:t>По три пучки тернини й червоної таволги[2] набирайте,&lt;br /&gt;</w:t>
        <w:br/>
        <w:t>Та недбалого невольника по тричі в однім місці затинайте!"&lt;br /&gt;</w:t>
        <w:br/>
        <w:t>То ті слуги, турки-яничари, добре дбають,&lt;br /&gt;</w:t>
        <w:br/>
        <w:t>По три пучки тернини і червоної таволги у руки набирають,&lt;br /&gt;</w:t>
        <w:br/>
        <w:t>По тричі в однім місці бідного невольника затинають,&lt;br /&gt;</w:t>
        <w:br/>
        <w:t>Тіло біле коло жовтої кості обривають,&lt;br /&gt;</w:t>
        <w:br/>
        <w:t>Кров християнську неповинно проливають...&lt;br /&gt;</w:t>
        <w:br/>
        <w:t>Отак то у тяжкій неволі князь пробував,&lt;br /&gt;</w:t>
        <w:br/>
        <w:t>Три роки горе та біду приймає,&lt;br /&gt;</w:t>
        <w:br/>
        <w:t>А четвертого року випадком випало&lt;br /&gt;</w:t>
        <w:br/>
        <w:t>До любої дружини звістку подати,&lt;br /&gt;</w:t>
        <w:br/>
        <w:t>Словом переказати:&lt;br /&gt;</w:t>
        <w:br/>
        <w:t>"Нехай,— каже,— моя люба дружина добре дбає,&lt;br /&gt;</w:t>
        <w:br/>
        <w:t>Статки-маєтки збуває,&lt;br /&gt;</w:t>
        <w:br/>
        <w:t>Скарби збирає,&lt;br /&gt;</w:t>
        <w:br/>
        <w:t>Мене, князя, з тяжкої неволі викупає!"</w:t>
      </w:r>
    </w:p>
    <w:p>
      <w:r>
        <w:br/>
        <w:t>3</w:t>
      </w:r>
    </w:p>
    <w:p>
      <w:r>
        <w:br/>
        <w:t>То княгиня скоро тую звістку до рук дістала,&lt;br /&gt;</w:t>
        <w:br/>
        <w:t>Гірко заридала,&lt;br /&gt;</w:t>
        <w:br/>
        <w:t>Думала-гадала,&lt;br /&gt;</w:t>
        <w:br/>
        <w:t>Що: "Як мені своє миле подружжя з неволі визволяти,&lt;br /&gt;</w:t>
        <w:br/>
        <w:t>Що на той викуп ніяких статків-маєтків, великих скарбів не буде ставати,&lt;br /&gt;</w:t>
        <w:br/>
        <w:t>Бо ні за які скарби не буде його цар турецький випускати".&lt;br /&gt;</w:t>
        <w:br/>
        <w:t>І ну княгиня знову думати-гадати,&lt;br /&gt;</w:t>
        <w:br/>
        <w:t>Як своє подружжя з неволі визволяти:&lt;br /&gt;</w:t>
        <w:br/>
        <w:t>"Хоча й би я й статки-маєтки збувала,&lt;br /&gt;</w:t>
        <w:br/>
        <w:t>Скарби великі збирала,&lt;br /&gt;</w:t>
        <w:br/>
        <w:t>То не можна мені самій до царя турецького доступати,&lt;br /&gt;</w:t>
        <w:br/>
        <w:t>Бо буде мене цар турецький собі за жінку брати,&lt;br /&gt;</w:t>
        <w:br/>
        <w:t>А певних людей та небоязких нема кого послати".&lt;br /&gt;</w:t>
        <w:br/>
        <w:t>Думає-гадає,&lt;br /&gt;</w:t>
        <w:br/>
        <w:t>3 себе препишную князькую одіж скидає,&lt;br /&gt;</w:t>
        <w:br/>
        <w:t>Коси свої, довгі до п'ят, ножицями відтинає,&lt;br /&gt;</w:t>
        <w:br/>
        <w:t>Бере тоді на себе одіж просту чоловічую,&lt;br /&gt;</w:t>
        <w:br/>
        <w:t>Бере кобзу тридцятиструнную&lt;br /&gt;</w:t>
        <w:br/>
        <w:t>Та крадькома,&lt;br /&gt;</w:t>
        <w:br/>
        <w:t>Тишкома,&lt;br /&gt;</w:t>
        <w:br/>
        <w:t>Нічого нікому не оповіщає,&lt;br /&gt;</w:t>
        <w:br/>
        <w:t>У турецьку землю, у далеку дорогу страшну виходжає.</w:t>
      </w:r>
    </w:p>
    <w:p>
      <w:r>
        <w:br/>
        <w:t>4</w:t>
      </w:r>
    </w:p>
    <w:p>
      <w:r>
        <w:br/>
        <w:t>Ой далека то дорога: не день, не два її треба проходжати,&lt;br /&gt;</w:t>
        <w:br/>
        <w:t>Багато горя та муки зазнати!&lt;br /&gt;</w:t>
        <w:br/>
        <w:t>Ой усього зазнала княгиня бідолашна,&lt;br /&gt;</w:t>
        <w:br/>
        <w:t>Ніжки свої білії збила-натрудила,&lt;br /&gt;</w:t>
        <w:br/>
        <w:t>Ручки свої ніжнії тернами сколола,&lt;br /&gt;</w:t>
        <w:br/>
        <w:t>Личенько своє молоденькеє голодом стомила,&lt;br /&gt;</w:t>
        <w:br/>
        <w:t>Оченята свої карії слізьми стуманила,&lt;br /&gt;</w:t>
        <w:br/>
        <w:t>А таки дійшла вона до землі турецької,&lt;br /&gt;</w:t>
        <w:br/>
        <w:t>До віри бусурменської,&lt;br /&gt;</w:t>
        <w:br/>
        <w:t>І до царя турецького приходжає,&lt;br /&gt;</w:t>
        <w:br/>
        <w:t>Мов би то молодий кобзар на кобзу грає.&lt;br /&gt;</w:t>
        <w:br/>
        <w:t>Побачили слуги, турки-яничари, кобзаря молодого,&lt;br /&gt;</w:t>
        <w:br/>
        <w:t>Ведуть його у палац до царя турецького,&lt;br /&gt;</w:t>
        <w:br/>
        <w:t>Щоб він цареві заграв,&lt;br /&gt;</w:t>
        <w:br/>
        <w:t>Заспівав,&lt;br /&gt;</w:t>
        <w:br/>
        <w:t>Душу йому звеселив.&lt;br /&gt;</w:t>
        <w:br/>
        <w:t>То молодий кобзар-княгиня до палацу вступає,&lt;br /&gt;</w:t>
        <w:br/>
        <w:t>Царя турецького забачає,&lt;br /&gt;</w:t>
        <w:br/>
        <w:t>Струни торкає,&lt;br /&gt;</w:t>
        <w:br/>
        <w:t>Грає-співає,&lt;br /&gt;</w:t>
        <w:br/>
        <w:t>Піснею жалібною серце у царя виймає.&lt;br /&gt;</w:t>
        <w:br/>
        <w:t>Цар турецький жорстоке серце мав,&lt;br /&gt;</w:t>
        <w:br/>
        <w:t>А з тії пісні сльозами дрібними заплакав,&lt;br /&gt;</w:t>
        <w:br/>
        <w:t>І довго молодий кобзар-княгиня цареві грав —&lt;br /&gt;</w:t>
        <w:br/>
        <w:t>І день, і два, і три...&lt;br /&gt;</w:t>
        <w:br/>
        <w:t>І каже цар турецький&lt;br /&gt;</w:t>
        <w:br/>
        <w:t>Бусурменський:&lt;br /&gt;</w:t>
        <w:br/>
        <w:t>"Будеш ти у мене, кобзарю молодий, повік пробувати,&lt;br /&gt;</w:t>
        <w:br/>
        <w:t>Буду тебе за рідного брата мати,&lt;br /&gt;</w:t>
        <w:br/>
        <w:t>Незліченними скарбами наділяти".&lt;br /&gt;</w:t>
        <w:br/>
        <w:t>І каже кобзар молодий — княгиня:&lt;br /&gt;</w:t>
        <w:br/>
        <w:t>"Не можу я, царю, коло тебе пробувати,&lt;br /&gt;</w:t>
        <w:br/>
        <w:t>Єсть у мене батько й мати,&lt;br /&gt;</w:t>
        <w:br/>
        <w:t>Будуть вони, старенькії, по мені вельми тужити— сумувати".&lt;br /&gt;</w:t>
        <w:br/>
        <w:t>І говорить цар турецький&lt;br /&gt;</w:t>
        <w:br/>
        <w:t>Бусурманський:&lt;br /&gt;</w:t>
        <w:br/>
        <w:t>"Коли ж не хочеш у мене пробувати,&lt;br /&gt;</w:t>
        <w:br/>
        <w:t>То даю тобі волю — чого твоє серце бажає у мене прохати".&lt;br /&gt;</w:t>
        <w:br/>
        <w:t>Тоді молодий кобзар-княгиня промовляє:&lt;br /&gt;</w:t>
        <w:br/>
        <w:t>"Змалку я, царю, по світу блукаю,&lt;br /&gt;</w:t>
        <w:br/>
        <w:t>Сумно мені самому без товариша бувати,&lt;br /&gt;</w:t>
        <w:br/>
        <w:t>Дозволь мені, царю, в тебе якого невольника взяти,&lt;br /&gt;</w:t>
        <w:br/>
        <w:t>Буде мені хоч товариш у дорозі розмовляти",&lt;br /&gt;</w:t>
        <w:br/>
        <w:t>І звелів цар турецький темну темницю відмикати,&lt;br /&gt;</w:t>
        <w:br/>
        <w:t>Кобзареві молодому якого схоче невольника дати.&lt;br /&gt;</w:t>
        <w:br/>
        <w:t>То молодий кобзар-княгиня до темної темниці вступає,&lt;br /&gt;</w:t>
        <w:br/>
        <w:t>Усіх невольників оглядає,&lt;br /&gt;</w:t>
        <w:br/>
        <w:t>Подружжя своє, князя любого, вибирає,&lt;br /&gt;</w:t>
        <w:br/>
        <w:t>З темниці виводжає&lt;br /&gt;</w:t>
        <w:br/>
        <w:t>І з ним укупі з землі турецької рушає.</w:t>
      </w:r>
    </w:p>
    <w:p>
      <w:r>
        <w:br/>
        <w:t>5</w:t>
      </w:r>
    </w:p>
    <w:p>
      <w:r>
        <w:br/>
        <w:t>Пішли вони вкупі широкими степами,&lt;br /&gt;</w:t>
        <w:br/>
        <w:t>Байраками та ярами,&lt;br /&gt;</w:t>
        <w:br/>
        <w:t>І не міг князь своєї дружини вірної впізнати,&lt;br /&gt;</w:t>
        <w:br/>
        <w:t>А вона не схотіла йому про себе і навзнаки дати.&lt;br /&gt;</w:t>
        <w:br/>
        <w:t>І йшли вони так довго широкими степами,&lt;br /&gt;</w:t>
        <w:br/>
        <w:t>Байраками та ярами,&lt;br /&gt;</w:t>
        <w:br/>
        <w:t>А як почали до своєї землі доходжати,&lt;br /&gt;</w:t>
        <w:br/>
        <w:t>Почав князь до молодого кобзаря, до княгині промовляти:&lt;br /&gt;</w:t>
        <w:br/>
        <w:t>"Пусти мене, чоловіче добрий, на волю!&lt;br /&gt;</w:t>
        <w:br/>
        <w:t>Не просту дав мені бог на світі долю,&lt;br /&gt;</w:t>
        <w:br/>
        <w:t>У цій землі я князем князюю,&lt;br /&gt;</w:t>
        <w:br/>
        <w:t>Який хочеш, викуп за себе обітую[3]".&lt;br /&gt;</w:t>
        <w:br/>
        <w:t>Говорить молодий кобзар-княгиня:&lt;br /&gt;</w:t>
        <w:br/>
        <w:t>"Нічого я з тебе, князю, не бажаю,&lt;br /&gt;</w:t>
        <w:br/>
        <w:t>Іди, хай тобі бог помагає!"&lt;br /&gt;</w:t>
        <w:br/>
        <w:t>То князь радий, молодому кобзареві як і здякуваться не знає,&lt;br /&gt;</w:t>
        <w:br/>
        <w:t>До себе в гостину закликає.&lt;br /&gt;</w:t>
        <w:br/>
        <w:t>А молодий кобзар-княгиня відмовляє:&lt;br /&gt;</w:t>
        <w:br/>
        <w:t>"Не можу я, князю, зараз до тебе прибувати,&lt;br /&gt;</w:t>
        <w:br/>
        <w:t>Єсть у мене батько й мати,&lt;br /&gt;</w:t>
        <w:br/>
        <w:t>Будуть вони, старенькі, по мені вельми тужити-сумувати.&lt;br /&gt;</w:t>
        <w:br/>
        <w:t>А як дасть мені бог до батька та до матері завітати,&lt;br /&gt;</w:t>
        <w:br/>
        <w:t>Тоді буду до тебе в гостину прибувати".&lt;br /&gt;</w:t>
        <w:br/>
        <w:t>І тоді вони опрощення брали,&lt;br /&gt;</w:t>
        <w:br/>
        <w:t>Кожен своїм шляхом повертали.</w:t>
      </w:r>
    </w:p>
    <w:p>
      <w:r>
        <w:br/>
        <w:t>6</w:t>
      </w:r>
    </w:p>
    <w:p>
      <w:r>
        <w:br/>
        <w:t>То молода княгиня навпростець небитими стежками пробігала,&lt;br /&gt;</w:t>
        <w:br/>
        <w:t>Швидше од князя до господи прибувала,&lt;br /&gt;</w:t>
        <w:br/>
        <w:t>Препишную одіж князьку до себе брала,&lt;br /&gt;</w:t>
        <w:br/>
        <w:t>Чоловіка дожидала.&lt;br /&gt;</w:t>
        <w:br/>
        <w:t>Час-година минає,&lt;br /&gt;</w:t>
        <w:br/>
        <w:t>Ото уже й князь до господи прибуває.&lt;br /&gt;</w:t>
        <w:br/>
        <w:t>Усі його стрівають,&lt;br /&gt;</w:t>
        <w:br/>
        <w:t>Вітають.&lt;br /&gt;</w:t>
        <w:br/>
        <w:t>Княгиня його вітає,&lt;br /&gt;</w:t>
        <w:br/>
        <w:t>Приймає,&lt;br /&gt;</w:t>
        <w:br/>
        <w:t>Про здоров'я питається,&lt;br /&gt;</w:t>
        <w:br/>
        <w:t>А він зо всіма вітається,&lt;br /&gt;</w:t>
        <w:br/>
        <w:t>А коло неї й не стане,&lt;br /&gt;</w:t>
        <w:br/>
        <w:t>На неї оком не спогляне,&lt;br /&gt;</w:t>
        <w:br/>
        <w:t>До своїх райців[4] промовляє:&lt;br /&gt;</w:t>
        <w:br/>
        <w:t>"Бачите, як моя жінка добре дбає,&lt;br /&gt;</w:t>
        <w:br/>
        <w:t>Тепер цілує-вітає,&lt;br /&gt;</w:t>
        <w:br/>
        <w:t>А як я в тяжкій неволі пробував&lt;br /&gt;</w:t>
        <w:br/>
        <w:t>Та звістку подав,&lt;br /&gt;</w:t>
        <w:br/>
        <w:t>Щоб вона статки-маєтки збувала,&lt;br /&gt;</w:t>
        <w:br/>
        <w:t>Скарби збирала&lt;br /&gt;</w:t>
        <w:br/>
        <w:t>Та мене з неволі визволяла,&lt;br /&gt;</w:t>
        <w:br/>
        <w:t>Так тоді де вона бувала?"&lt;br /&gt;</w:t>
        <w:br/>
        <w:t>І говорять райці князькії:&lt;br /&gt;</w:t>
        <w:br/>
        <w:t>"Відколи, князю, твоя звістка прибула,&lt;br /&gt;</w:t>
        <w:br/>
        <w:t>3 того часу княгиня дома не жила,&lt;br /&gt;</w:t>
        <w:br/>
        <w:t>До сього часу десь пробувала,&lt;br /&gt;</w:t>
        <w:br/>
        <w:t>Оце тільки до господи завітала".&lt;br /&gt;</w:t>
        <w:br/>
        <w:t>І розпалився князь гнівом великим,&lt;br /&gt;</w:t>
        <w:br/>
        <w:t>Одвів княгиню до неї в кімнату,&lt;br /&gt;</w:t>
        <w:br/>
        <w:t>Звелів на ключ замикати,&lt;br /&gt;</w:t>
        <w:br/>
        <w:t>А сам до ради уступає,&lt;br /&gt;</w:t>
        <w:br/>
        <w:t>Промовляє:&lt;br /&gt;</w:t>
        <w:br/>
        <w:t>"Панове райці!&lt;br /&gt;</w:t>
        <w:br/>
        <w:t>Судіть мою жінку невірну як треба по-правді!&lt;br /&gt;</w:t>
        <w:br/>
        <w:t>Якби не молодий кобзар мене обрятував,&lt;br /&gt;</w:t>
        <w:br/>
        <w:t>То й досі б я турецькі кайдани тягав".</w:t>
      </w:r>
    </w:p>
    <w:p>
      <w:r>
        <w:br/>
        <w:t>7</w:t>
      </w:r>
    </w:p>
    <w:p>
      <w:r>
        <w:br/>
        <w:t>І ото починає рада суд судити,&lt;br /&gt;</w:t>
        <w:br/>
        <w:t>І присудили княгиню горлом скарати,&lt;br /&gt;</w:t>
        <w:br/>
        <w:t>Смерть їй завдати.&lt;br /&gt;</w:t>
        <w:br/>
        <w:t>І князь на той присуд сам пристав,&lt;br /&gt;</w:t>
        <w:br/>
        <w:t>З райцями до княгині уступав,&lt;br /&gt;</w:t>
        <w:br/>
        <w:t>Щоб узяти,&lt;br /&gt;</w:t>
        <w:br/>
        <w:t>На смерть її віддати.&lt;br /&gt;</w:t>
        <w:br/>
        <w:t>Підійшов, двері одмикав&lt;br /&gt;</w:t>
        <w:br/>
        <w:t>Та й скам'янів там, де стояв:&lt;br /&gt;</w:t>
        <w:br/>
        <w:t>Світлиця порожня, немає княгині у ній,&lt;br /&gt;</w:t>
        <w:br/>
        <w:t>А стоїть там кобзар молодий...&lt;br /&gt;</w:t>
        <w:br/>
        <w:t>І говорить молодий кобзар-княгиня:&lt;br /&gt;</w:t>
        <w:br/>
        <w:t>"Ой який же тепер світ настав,&lt;br /&gt;</w:t>
        <w:br/>
        <w:t>Що чоловік своєї жінки не пізнав".&lt;br /&gt;</w:t>
        <w:br/>
        <w:t>І тоді кобзар з себе одіж просту скидав,&lt;br /&gt;</w:t>
        <w:br/>
        <w:t>Кожен княгиню пізнав.&lt;br /&gt;</w:t>
        <w:br/>
        <w:t>І тоді князь радістю радіє&lt;br /&gt;</w:t>
        <w:br/>
        <w:t>І сльозами ридає,&lt;br /&gt;</w:t>
        <w:br/>
        <w:t>У своєї жінки вірної прощення благає...&lt;br /&gt;</w:t>
        <w:br/>
        <w:t>І тоді князь великий бенкет зчиняє,&lt;br /&gt;</w:t>
        <w:br/>
        <w:t>Увесь народ на нього скликає,&lt;br /&gt;</w:t>
        <w:br/>
        <w:t>З радощів бенкетує-гуляє,&lt;br /&gt;</w:t>
        <w:br/>
        <w:t>Своє любе подружжя, княгиню, уславляє...&lt;br /&gt;</w:t>
        <w:br/>
        <w:t>[1] Опрощення приймати — прощатися.&lt;br /&gt;</w:t>
        <w:br/>
        <w:t>[2] Таволга — степова колюча рослина.&lt;br /&gt;</w:t>
        <w:br/>
        <w:t>[3] Обітувати — обіцяти.&lt;br /&gt;</w:t>
        <w:br/>
        <w:t>[4] Райці — міські урядники; тут — княжі дорадники.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про княгиню-кобзаря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