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братів Неазовських</w:t>
      </w:r>
    </w:p>
    <w:p>
      <w:r>
        <w:br/>
        <w:t xml:space="preserve"> Драматична поема,&lt;br /&gt;</w:t>
        <w:br/>
        <w:t>старовинний лейтмотив якої&lt;br /&gt;</w:t>
        <w:br/>
        <w:t>звучить то тихше, то голосніше,&lt;br /&gt;</w:t>
        <w:br/>
        <w:t>залежно од вітрів історії</w:t>
      </w:r>
    </w:p>
    <w:p>
      <w:r>
        <w:br/>
        <w:t>ДІЙОВІ ОСОБИ</w:t>
      </w:r>
    </w:p>
    <w:p>
      <w:r>
        <w:br/>
        <w:t>Павлюк&lt;br /&gt;</w:t>
        <w:br/>
        <w:t>Томиленко&lt;br /&gt;</w:t>
        <w:br/>
        <w:t>Сахно Черняк&lt;br /&gt;</w:t>
        <w:br/>
        <w:t>І все, і всі,&lt;br /&gt;</w:t>
        <w:br/>
        <w:t>що їм по дорозі&lt;br /&gt;</w:t>
        <w:br/>
        <w:t>стрічаються</w:t>
      </w:r>
    </w:p>
    <w:p>
      <w:r>
        <w:br/>
        <w:t>На місці їде віз, і все з ним розминається —&lt;br /&gt;</w:t>
        <w:br/>
        <w:t>дерева, люди, обрії, зірки.&lt;br /&gt;</w:t>
        <w:br/>
        <w:t>На возі двоє спиною до спини, вони сидять,&lt;br /&gt;</w:t>
        <w:br/>
        <w:t>закуті у кайдани, — Павлюк, молодший,&lt;br /&gt;</w:t>
        <w:br/>
        <w:t>і старий Томиленко. Козацький гетьман&lt;br /&gt;</w:t>
        <w:br/>
        <w:t>та його споборник. А третій — руки скручені сирицею —&lt;br /&gt;</w:t>
        <w:br/>
        <w:t>Сахно Черняк, ще зовсім молодий.</w:t>
      </w:r>
    </w:p>
    <w:p>
      <w:r>
        <w:br/>
        <w:t>Павлюк&lt;br /&gt;</w:t>
        <w:br/>
        <w:t>Ми проїжджаєм повз твоє село.&lt;br /&gt;</w:t>
        <w:br/>
        <w:t>Возів багато, ми в кінці обозу.&lt;br /&gt;</w:t>
        <w:br/>
        <w:t>Стрибай у рів! До ночі перележиш,&lt;br /&gt;</w:t>
        <w:br/>
        <w:t>а там і гайда — навпрошки додому.</w:t>
      </w:r>
    </w:p>
    <w:p>
      <w:r>
        <w:br/>
        <w:t>Сахно Черняк&lt;br /&gt;</w:t>
        <w:br/>
        <w:t>А ви?</w:t>
      </w:r>
    </w:p>
    <w:p>
      <w:r>
        <w:br/>
        <w:t>Павлюк&lt;br /&gt;</w:t>
        <w:br/>
        <w:t>А ми. Ми — в'язні, ми приречені.&lt;br /&gt;</w:t>
        <w:br/>
        <w:t>У нас із ним дорога вже остання.&lt;br /&gt;</w:t>
        <w:br/>
        <w:t>Уже десь тешуть дошки для помосту&lt;br /&gt;</w:t>
        <w:br/>
        <w:t>і ставлять колесо, щоб нас четвертувати.</w:t>
      </w:r>
    </w:p>
    <w:p>
      <w:r>
        <w:br/>
        <w:t>Томиленко&lt;br /&gt;</w:t>
        <w:br/>
        <w:t>Ти звідки знаєш? Може, нас повісять,&lt;br /&gt;</w:t>
        <w:br/>
        <w:t>Або зітнуть. Усе ж таки це легше.</w:t>
      </w:r>
    </w:p>
    <w:p>
      <w:r>
        <w:br/>
        <w:t>Павлюк&lt;br /&gt;</w:t>
        <w:br/>
        <w:t>На легшу смерть, даремно, не надійся.&lt;br /&gt;</w:t>
        <w:br/>
        <w:t>Ми в них на смерть козацьку заробили.</w:t>
      </w:r>
    </w:p>
    <w:p>
      <w:r>
        <w:br/>
        <w:t>Сахно Черняк&lt;br /&gt;</w:t>
        <w:br/>
        <w:t>Ну, а хреста ж над нами хоч поставлять?</w:t>
      </w:r>
    </w:p>
    <w:p>
      <w:r>
        <w:br/>
        <w:t>Павлюк&lt;br /&gt;</w:t>
        <w:br/>
        <w:t>Чого схотів! Ще добре, як не спалять&lt;br /&gt;</w:t>
        <w:br/>
        <w:t>на сизий попіл в мідному бику.&lt;br /&gt;</w:t>
        <w:br/>
        <w:t>Мені учора снився Наливайко,&lt;br /&gt;</w:t>
        <w:br/>
        <w:t>дак він казав, що в пеклі защитають&lt;br /&gt;</w:t>
        <w:br/>
        <w:t>ці наші муки. Швидше в рай потрапим.</w:t>
      </w:r>
    </w:p>
    <w:p>
      <w:r>
        <w:br/>
        <w:t>Томиленко (тихо)&lt;br /&gt;</w:t>
        <w:br/>
        <w:t>Ти не жартуй так. Бачиш, він боїться.</w:t>
      </w:r>
    </w:p>
    <w:p>
      <w:r>
        <w:br/>
        <w:t>Павлюк&lt;br /&gt;</w:t>
        <w:br/>
        <w:t>Боїться? Він? Чого ж він учепився?&lt;br /&gt;</w:t>
        <w:br/>
        <w:t>Кажу: тікай! Ми їдемо, бо мусим.&lt;br /&gt;</w:t>
        <w:br/>
        <w:t>Бо нас везуть. Нас видали свої.&lt;br /&gt;</w:t>
        <w:br/>
        <w:t>Легким хотіли коштом відкупитись —&lt;br /&gt;</w:t>
        <w:br/>
        <w:t>скрутили двох, мовляв, це винуватці.&lt;br /&gt;</w:t>
        <w:br/>
        <w:t>Ось гетьман наш, а це його поплічник, —&lt;br /&gt;</w:t>
        <w:br/>
        <w:t>а нам простіть, ми будемо сумирні.</w:t>
      </w:r>
    </w:p>
    <w:p>
      <w:r>
        <w:br/>
        <w:t>Сахно Черняк&lt;br /&gt;</w:t>
        <w:br/>
        <w:t>Так це ж не всі. Все військо і не знало.&lt;br /&gt;</w:t>
        <w:br/>
        <w:t>Та ще й вночі. Це купка тих старшин.</w:t>
      </w:r>
    </w:p>
    <w:p>
      <w:r>
        <w:br/>
        <w:t>Павлюк&lt;br /&gt;</w:t>
        <w:br/>
        <w:t>Там купка, там. Вже ціле гнойовище.&lt;br /&gt;</w:t>
        <w:br/>
        <w:t>І Наливайка ж видали свої.&lt;br /&gt;</w:t>
        <w:br/>
        <w:t>Такі орли, один орліший іншого.&lt;br /&gt;</w:t>
        <w:br/>
        <w:t>Лицарство, честь! А дійдеться до діла —&lt;br /&gt;</w:t>
        <w:br/>
        <w:t>рятує шкуру, видає своїх.</w:t>
      </w:r>
    </w:p>
    <w:p>
      <w:r>
        <w:br/>
        <w:t>Томиленко&lt;br /&gt;</w:t>
        <w:br/>
        <w:t>І ти скажи, де є тому коріння?&lt;br /&gt;</w:t>
        <w:br/>
        <w:t>У чому річ, бо це ж не первина.&lt;br /&gt;</w:t>
        <w:br/>
        <w:t>Це що, на всіх поділене сумління?</w:t>
      </w:r>
    </w:p>
    <w:p>
      <w:r>
        <w:br/>
        <w:t>Сахно Черняк&lt;br /&gt;</w:t>
        <w:br/>
        <w:t>Ні, це на всіх помножена вина.</w:t>
      </w:r>
    </w:p>
    <w:p>
      <w:r>
        <w:br/>
        <w:t>Павлюк&lt;br /&gt;</w:t>
        <w:br/>
        <w:t>Чудний ти хлопець. Коли нас в'язали —&lt;br /&gt;</w:t>
        <w:br/>
        <w:t>чого прибіг? Напився б собі й спав.&lt;br /&gt;</w:t>
        <w:br/>
        <w:t>Як інші спали. Напились — і спали.&lt;br /&gt;</w:t>
        <w:br/>
        <w:t>Аж гай шумів, так солодко хропли!</w:t>
      </w:r>
    </w:p>
    <w:p>
      <w:r>
        <w:br/>
        <w:t>Сахно Черняк&lt;br /&gt;</w:t>
        <w:br/>
        <w:t>Не всі хропли. Шість тисяч було вбито.&lt;br /&gt;</w:t>
        <w:br/>
        <w:t>Шість тисяч спали непробудним сном.</w:t>
      </w:r>
    </w:p>
    <w:p>
      <w:r>
        <w:br/>
        <w:t>(Тяжке мовчання, їде віз на місці —&lt;br /&gt;</w:t>
        <w:br/>
        <w:t>повз нього пропливають чорні верби.&lt;br /&gt;</w:t>
        <w:br/>
        <w:t>На чорних вербах — скрижанілий сніг).</w:t>
      </w:r>
    </w:p>
    <w:p>
      <w:r>
        <w:br/>
        <w:t>Томиленко&lt;br /&gt;</w:t>
        <w:br/>
        <w:t>Як вороння кричить несамовито!&lt;br /&gt;</w:t>
        <w:br/>
        <w:t>Вже стільки їдем, а воно кричить.</w:t>
      </w:r>
    </w:p>
    <w:p>
      <w:r>
        <w:br/>
        <w:t>Павлюк (ледь чутно, ніби сам до себе)&lt;br /&gt;</w:t>
        <w:br/>
        <w:t>Не всі хропли. Шість тисяч було вбито.&lt;br /&gt;</w:t>
        <w:br/>
        <w:t>Шість тисяч спали непробудним сном...</w:t>
      </w:r>
    </w:p>
    <w:p>
      <w:r>
        <w:br/>
        <w:t>Томиленко&lt;br /&gt;</w:t>
        <w:br/>
        <w:t>Ти щось сказав?</w:t>
      </w:r>
    </w:p>
    <w:p>
      <w:r>
        <w:br/>
        <w:t>Павлюк&lt;br /&gt;</w:t>
        <w:br/>
        <w:t>Ява страшна поразка!&lt;br /&gt;</w:t>
        <w:br/>
        <w:t>Шість тисяч під Кумейками лягло.</w:t>
      </w:r>
    </w:p>
    <w:p>
      <w:r>
        <w:br/>
        <w:t>Томиленко&lt;br /&gt;</w:t>
        <w:br/>
        <w:t>Якби нам зброя, нас би не розбили.&lt;br /&gt;</w:t>
        <w:br/>
        <w:t>А то ні яке в нас військо? Збіраниця.&lt;br /&gt;</w:t>
        <w:br/>
        <w:t>Із косами, із дрюччям, із ціпами —&lt;br /&gt;</w:t>
        <w:br/>
        <w:t>прийшли панів за кривду молотить.</w:t>
      </w:r>
    </w:p>
    <w:p>
      <w:r>
        <w:br/>
        <w:t>Сахно Черняк&lt;br /&gt;</w:t>
        <w:br/>
        <w:t>А ти мене тоді і не примітив.&lt;br /&gt;</w:t>
        <w:br/>
        <w:t>А в мене й шабля батькова була!</w:t>
      </w:r>
    </w:p>
    <w:p>
      <w:r>
        <w:br/>
        <w:t>(Очима показав на Павлюка).&lt;br /&gt;</w:t>
        <w:br/>
        <w:t>Та я ж до нього у повстанське військо&lt;br /&gt;</w:t>
        <w:br/>
        <w:t>через усю Вкраїну тоді йшов!</w:t>
      </w:r>
    </w:p>
    <w:p>
      <w:r>
        <w:br/>
        <w:t>Томиленко&lt;br /&gt;</w:t>
        <w:br/>
        <w:t>Тепер ти з ним через усю Вкраїну&lt;br /&gt;</w:t>
        <w:br/>
        <w:t>на страту їдеш. І шабель нема.</w:t>
      </w:r>
    </w:p>
    <w:p>
      <w:r>
        <w:br/>
        <w:t>Сахно Черняк&lt;br /&gt;</w:t>
        <w:br/>
        <w:t>(на вухо йому, пошепки)&lt;br /&gt;</w:t>
        <w:br/>
        <w:t>А може, все й обійдеться. А може,&lt;br /&gt;</w:t>
        <w:br/>
        <w:t>іще Господь зласкавиться над нами,&lt;br /&gt;</w:t>
        <w:br/>
        <w:t>і нас із ним помилують. Його ж&lt;br /&gt;</w:t>
        <w:br/>
        <w:t>позаторік помилував король.&lt;br /&gt;</w:t>
        <w:br/>
        <w:t>В останню мить помилував, в останню!&lt;br /&gt;</w:t>
        <w:br/>
        <w:t>А кат уже й сокиру був підняв.</w:t>
      </w:r>
    </w:p>
    <w:p>
      <w:r>
        <w:br/>
        <w:t>Томилемко&lt;br /&gt;</w:t>
        <w:br/>
        <w:t>Король залюбувався. Каже: лицар.&lt;br /&gt;</w:t>
        <w:br/>
        <w:t>Хоч ворог, хоч і хлоп, а таки лицар.&lt;br /&gt;</w:t>
        <w:br/>
        <w:t>Такому шкода голову стинати,-&lt;br /&gt;</w:t>
        <w:br/>
        <w:t>яка ж бо гарна й горда голова!</w:t>
      </w:r>
    </w:p>
    <w:p>
      <w:r>
        <w:br/>
        <w:t>Нехай відчує королівську милість.</w:t>
      </w:r>
    </w:p>
    <w:p>
      <w:r>
        <w:br/>
        <w:t>Нехай іде до короля служити.&lt;br /&gt;</w:t>
        <w:br/>
        <w:t>А він — на Січ, та й знов зібрав голоту.&lt;br /&gt;</w:t>
        <w:br/>
        <w:t>Гармату відібрав у реєстровців&lt;br /&gt;</w:t>
        <w:br/>
        <w:t>та як ударив знов із Запоріжжя!..&lt;br /&gt;</w:t>
        <w:br/>
        <w:t>Тепер вже не помилують.&lt;br /&gt;</w:t>
        <w:br/>
        <w:t>Тікай.&lt;br /&gt;</w:t>
        <w:br/>
        <w:t>Кажу тобі, тікай, поки не пізно.</w:t>
      </w:r>
    </w:p>
    <w:p>
      <w:r>
        <w:br/>
        <w:t>Сахно Черняк&lt;br /&gt;</w:t>
        <w:br/>
        <w:t>А вас оце отак і повезуть?!</w:t>
      </w:r>
    </w:p>
    <w:p>
      <w:r>
        <w:br/>
        <w:t>Павлюк&lt;br /&gt;</w:t>
        <w:br/>
        <w:t>Отак і повезуть. І привезуть. І стратять.&lt;br /&gt;</w:t>
        <w:br/>
        <w:t>Цим шляхом я вже їхав раз. Тоді&lt;br /&gt;</w:t>
        <w:br/>
        <w:t>мене везли з Іваном Судимою.&lt;br /&gt;</w:t>
        <w:br/>
        <w:t>Іван усю дорогу жартував.&lt;br /&gt;</w:t>
        <w:br/>
        <w:t>Ми їм тоді фортецю зруйнували,&lt;br /&gt;</w:t>
        <w:br/>
        <w:t>вертаючи з турецького походу, —&lt;br /&gt;</w:t>
        <w:br/>
        <w:t>отой Кодак, на скелі, неприступний,&lt;br /&gt;</w:t>
        <w:br/>
        <w:t>камінний кліщ, що вп'явся в нашу землю,&lt;br /&gt;</w:t>
        <w:br/>
        <w:t>а ми його шаблями узяли!&lt;br /&gt;</w:t>
        <w:br/>
        <w:t>То він як пригадає тих драгунів,&lt;br /&gt;</w:t>
        <w:br/>
        <w:t>котрі од нас урозтіч дременули,&lt;br /&gt;</w:t>
        <w:br/>
        <w:t>та що як скаже! — двиготять кайдани&lt;br /&gt;</w:t>
        <w:br/>
        <w:t>од реготу. На ешафоті кат&lt;br /&gt;</w:t>
        <w:br/>
        <w:t>його боявся. Турки полотніли,&lt;br /&gt;</w:t>
        <w:br/>
        <w:t>коли він тяжко піднімав брову.&lt;br /&gt;</w:t>
        <w:br/>
        <w:t>Ти знаєш, що сказав він перед смертю?&lt;br /&gt;</w:t>
        <w:br/>
        <w:t>Нічого, каже, і на тому світі&lt;br /&gt;</w:t>
        <w:br/>
        <w:t>душа козацьким сміхом засміється,&lt;br /&gt;</w:t>
        <w:br/>
        <w:t>а вороги хай думають, що грім!&lt;br /&gt;</w:t>
        <w:br/>
        <w:t>Але одного разу й він заплакав...&lt;br /&gt;</w:t>
        <w:br/>
        <w:t>Адже й тоді нас видали свої.</w:t>
      </w:r>
    </w:p>
    <w:p>
      <w:r>
        <w:br/>
        <w:t>Томиленко&lt;br /&gt;</w:t>
        <w:br/>
        <w:t>Ну, він як ти, він — гетьман самовільний.&lt;br /&gt;</w:t>
        <w:br/>
        <w:t>А ті були, напевно, реєстровці.&lt;br /&gt;</w:t>
        <w:br/>
        <w:t>Служили, то й вислужувались.</w:t>
      </w:r>
    </w:p>
    <w:p>
      <w:r>
        <w:br/>
        <w:t>Павлюк&lt;br /&gt;</w:t>
        <w:br/>
        <w:t>Страшно,&lt;br /&gt;</w:t>
        <w:br/>
        <w:t>що і на цей раз видали свої!</w:t>
      </w:r>
    </w:p>
    <w:p>
      <w:r>
        <w:br/>
        <w:t>Томиленко&lt;br /&gt;</w:t>
        <w:br/>
        <w:t>Про тих не думай. Думай ось про цього.&lt;br /&gt;</w:t>
        <w:br/>
        <w:t>Цей нас не видав. Це вартніш за все.</w:t>
      </w:r>
    </w:p>
    <w:p>
      <w:r>
        <w:br/>
        <w:t>Павлюк&lt;br /&gt;</w:t>
        <w:br/>
        <w:t>Умов його, нехай він нас облишить.&lt;br /&gt;</w:t>
        <w:br/>
        <w:t>Він теж мені — як камінь на душі.&lt;br /&gt;</w:t>
        <w:br/>
        <w:t>Ось верховий проскаче — і прощайтесь,&lt;br /&gt;</w:t>
        <w:br/>
        <w:t>поки ще їдем по своїй землі.</w:t>
      </w:r>
    </w:p>
    <w:p>
      <w:r>
        <w:br/>
        <w:t>Томиленко&lt;br /&gt;</w:t>
        <w:br/>
        <w:t>Не слухає. Уперся, мов не чує.&lt;br /&gt;</w:t>
        <w:br/>
        <w:t>Учора покрай лісу зупинились,&lt;br /&gt;</w:t>
        <w:br/>
        <w:t>кажу: тікай! Тут сосни, тут яри.&lt;br /&gt;</w:t>
        <w:br/>
        <w:t>А він сміється: що я тобі, заєць?</w:t>
      </w:r>
    </w:p>
    <w:p>
      <w:r>
        <w:br/>
        <w:t>Сахно Черняк&lt;br /&gt;</w:t>
        <w:br/>
        <w:t>(ногою б'є об ногу, щоб зігрітись)&lt;br /&gt;</w:t>
        <w:br/>
        <w:t>Гей, тупцю-роступцю!</w:t>
      </w:r>
    </w:p>
    <w:p>
      <w:r>
        <w:br/>
        <w:t>Павлюк&lt;br /&gt;</w:t>
        <w:br/>
        <w:t>В таких взувачках тільки й танцювати.&lt;br /&gt;</w:t>
        <w:br/>
        <w:t>Уже, мабуть, і зашпори зайшли?</w:t>
      </w:r>
    </w:p>
    <w:p>
      <w:r>
        <w:br/>
        <w:t>Томиленко&lt;br /&gt;</w:t>
        <w:br/>
        <w:t>Весна предивна. Як не сніг, то хляпа.&lt;br /&gt;</w:t>
        <w:br/>
        <w:t>В таку погоду страшно журавлю.&lt;br /&gt;</w:t>
        <w:br/>
        <w:t>Оце ж летять — і в небі обмерзають,&lt;br /&gt;</w:t>
        <w:br/>
        <w:t>і падають, і все-таки летять!</w:t>
      </w:r>
    </w:p>
    <w:p>
      <w:r>
        <w:br/>
        <w:t>Сахно Черняк&lt;br /&gt;</w:t>
        <w:br/>
        <w:t>Я попліч вас зігріюся, дарма що&lt;br /&gt;</w:t>
        <w:br/>
        <w:t>подерлись ваші сукна й адамашки&lt;br /&gt;</w:t>
        <w:br/>
        <w:t>і кулями спробиваний кожух.&lt;br /&gt;</w:t>
        <w:br/>
        <w:t>Усе ж таки — людина при людині.&lt;br /&gt;</w:t>
        <w:br/>
        <w:t>А що погода — може, воно й краще.&lt;br /&gt;</w:t>
        <w:br/>
        <w:t>Який хосен тепер нам поспішати?&lt;br /&gt;</w:t>
        <w:br/>
        <w:t>Ми ж їдем не на ярмарок в Прилуки.</w:t>
      </w:r>
    </w:p>
    <w:p>
      <w:r>
        <w:br/>
        <w:t>Павлюк (тихо до Томиленка)&lt;br /&gt;</w:t>
        <w:br/>
        <w:t>У нього ж губи, глянь, посіверіли.&lt;br /&gt;</w:t>
        <w:br/>
        <w:t>На йому опанчипа рогозова.&lt;br /&gt;</w:t>
        <w:br/>
        <w:t>Він не доїде, змерзне, пропаде.</w:t>
      </w:r>
    </w:p>
    <w:p>
      <w:r>
        <w:br/>
        <w:t>Томиленко (до Сахна)&lt;br /&gt;</w:t>
        <w:br/>
        <w:t>Диви, димок за пагорбом! Напевно,&lt;br /&gt;</w:t>
        <w:br/>
        <w:t>отам уже і є твоє село?</w:t>
      </w:r>
    </w:p>
    <w:p>
      <w:r>
        <w:br/>
        <w:t>Сахно Черняк</w:t>
      </w:r>
    </w:p>
    <w:p>
      <w:r>
        <w:br/>
        <w:t>Еге ж, отам. Вечерю люди варять.&lt;br /&gt;</w:t>
        <w:br/>
        <w:t>У мене хата на краю села.&lt;br /&gt;</w:t>
        <w:br/>
        <w:t>Так що простіть, панове-товариство,&lt;br /&gt;</w:t>
        <w:br/>
        <w:t>не можу вас в гостину запросить.</w:t>
      </w:r>
    </w:p>
    <w:p>
      <w:r>
        <w:br/>
        <w:t>Томиленко&lt;br /&gt;</w:t>
        <w:br/>
        <w:t>А що, пішли б, погрілися з дороги.</w:t>
      </w:r>
    </w:p>
    <w:p>
      <w:r>
        <w:br/>
        <w:t>Сахно Черняк&lt;br /&gt;</w:t>
        <w:br/>
        <w:t>Це б нам із клуні сіна унесли,&lt;br /&gt;</w:t>
        <w:br/>
        <w:t>ряденця ткані рівно постелили.</w:t>
      </w:r>
    </w:p>
    <w:p>
      <w:r>
        <w:br/>
        <w:t>Томиленко&lt;br /&gt;</w:t>
        <w:br/>
        <w:t>Чогось би, може, й випити дали.</w:t>
      </w:r>
    </w:p>
    <w:p>
      <w:r>
        <w:br/>
        <w:t>Сахно Черняк&lt;br /&gt;</w:t>
        <w:br/>
        <w:t>А не без того. Гетьмана — на покуті.&lt;br /&gt;</w:t>
        <w:br/>
        <w:t>Такенна миска страви на столі.&lt;br /&gt;</w:t>
        <w:br/>
        <w:t>І риба, й мед. Усе своє, напохваті.&lt;br /&gt;</w:t>
        <w:br/>
        <w:t>У нас гостинні люди у селі.&lt;br /&gt;</w:t>
        <w:br/>
        <w:t>Хоч нині й скрутно на харчі й одежу, —&lt;br /&gt;</w:t>
        <w:br/>
        <w:t>вороже військо ласе до добра.&lt;br /&gt;</w:t>
        <w:br/>
        <w:t>Ото як прийде па зимову лежу,&lt;br /&gt;</w:t>
        <w:br/>
        <w:t>геть-чисто все в людей поодбира!&lt;br /&gt;</w:t>
        <w:br/>
        <w:t>А то ж було — ну рай тобі, та й годі.&lt;br /&gt;</w:t>
        <w:br/>
        <w:t>Пшениця в полі, маки па городі.&lt;br /&gt;</w:t>
        <w:br/>
        <w:t>Було, як мати хліба напечуть, —&lt;br /&gt;</w:t>
        <w:br/>
        <w:t>на лаві покладуть під образами,&lt;br /&gt;</w:t>
        <w:br/>
        <w:t>ще й рушником вишиваним прикриють.&lt;br /&gt;</w:t>
        <w:br/>
        <w:t>А я все цілюсь одломить шкоринку.</w:t>
      </w:r>
    </w:p>
    <w:p>
      <w:r>
        <w:br/>
        <w:t>Томиленко&lt;br /&gt;</w:t>
        <w:br/>
        <w:t>А знаєш, ще що добре? Пироги —&lt;br /&gt;</w:t>
        <w:br/>
        <w:t>із гарбузом печеним і пасльоном.&lt;br /&gt;</w:t>
        <w:br/>
        <w:t>Ото в печі як висмажать гарбуз,&lt;br /&gt;</w:t>
        <w:br/>
        <w:t>вже аж червоний, перемнуть з пасльоном.</w:t>
      </w:r>
    </w:p>
    <w:p>
      <w:r>
        <w:br/>
        <w:t>Сахно Черняк&lt;br /&gt;</w:t>
        <w:br/>
        <w:t>У нас печуть з квасолею і з маком.&lt;br /&gt;</w:t>
        <w:br/>
        <w:t>І креплики з капустою. Й коржі.</w:t>
      </w:r>
    </w:p>
    <w:p>
      <w:r>
        <w:br/>
        <w:t>Томиленко&lt;br /&gt;</w:t>
        <w:br/>
        <w:t>А диню сушать?</w:t>
      </w:r>
    </w:p>
    <w:p>
      <w:r>
        <w:br/>
        <w:t>Сахно Черняк&lt;br /&gt;</w:t>
        <w:br/>
        <w:t>Ні, ти ж степовик.&lt;br /&gt;</w:t>
        <w:br/>
        <w:t>У нас гриби і яблука сушені.</w:t>
      </w:r>
    </w:p>
    <w:p>
      <w:r>
        <w:br/>
        <w:t>Томиленко&lt;br /&gt;</w:t>
        <w:br/>
        <w:t>А галушки, ото ще царська їжа!&lt;br /&gt;</w:t>
        <w:br/>
        <w:t>У нас гречані, а у вас які?</w:t>
      </w:r>
    </w:p>
    <w:p>
      <w:r>
        <w:br/>
        <w:t>(Віз їде, проминаючи тополю,&lt;br /&gt;</w:t>
        <w:br/>
        <w:t>високу й почорнілу на вітрах).</w:t>
      </w:r>
    </w:p>
    <w:p>
      <w:r>
        <w:br/>
        <w:t>Сахно Черняк&lt;br /&gt;</w:t>
        <w:br/>
        <w:t>Оцю тополю батько посадили.&lt;br /&gt;</w:t>
        <w:br/>
        <w:t>Крізь неї небо світиться. Прощай.</w:t>
      </w:r>
    </w:p>
    <w:p>
      <w:r>
        <w:br/>
        <w:t>Павлюк&lt;br /&gt;</w:t>
        <w:br/>
        <w:t>Присунься ближче. Я тобі зубами&lt;br /&gt;</w:t>
        <w:br/>
        <w:t>твої ремінні пута розгризу.&lt;br /&gt;</w:t>
        <w:br/>
        <w:t>Бо нам із ним додому вже не світить.&lt;br /&gt;</w:t>
        <w:br/>
        <w:t>А ти, тобі за віщо пропадати?&lt;br /&gt;</w:t>
        <w:br/>
        <w:t>Ти молодий, ти вдатний до роботи.&lt;br /&gt;</w:t>
        <w:br/>
        <w:t>У тебе й мати, певно, ще жива.</w:t>
      </w:r>
    </w:p>
    <w:p>
      <w:r>
        <w:br/>
        <w:t>(І проминає мати край дороги, сумна і чорна, —&lt;br /&gt;</w:t>
        <w:br/>
        <w:t>теж, як та тополя. Услід їм дивиться і тихо проминав.&lt;br /&gt;</w:t>
        <w:br/>
        <w:t>Сахно Черняк похнюпився, мовчить).</w:t>
      </w:r>
    </w:p>
    <w:p>
      <w:r>
        <w:br/>
        <w:t>Павлюк&lt;br /&gt;</w:t>
        <w:br/>
        <w:t>Якби жонатий, може б, ще й подумав.</w:t>
      </w:r>
    </w:p>
    <w:p>
      <w:r>
        <w:br/>
        <w:t>(І жінка проминає, прихистивши&lt;br /&gt;</w:t>
        <w:br/>
        <w:t>до себе двійко діточок руками).</w:t>
      </w:r>
    </w:p>
    <w:p>
      <w:r>
        <w:br/>
        <w:t>Павлюк&lt;br /&gt;</w:t>
        <w:br/>
        <w:t>Що?! Ти жонатий? В тебе й діти є?&lt;br /&gt;</w:t>
        <w:br/>
        <w:t>Ану злізай, щоб я тебе не бачив!&lt;br /&gt;</w:t>
        <w:br/>
        <w:t>Злізай, кажу!</w:t>
      </w:r>
    </w:p>
    <w:p>
      <w:r>
        <w:br/>
        <w:t>(У люті, до Томиленка)&lt;br /&gt;</w:t>
        <w:br/>
        <w:t>Штовхни його, ти ближче.&lt;br /&gt;</w:t>
        <w:br/>
        <w:t>Бо я його кайданами вперіщу!&lt;br /&gt;</w:t>
        <w:br/>
        <w:t>(Силкується підняти скуті руки).&lt;br /&gt;</w:t>
        <w:br/>
        <w:t>Очуняєш — додому доповзеш!</w:t>
      </w:r>
    </w:p>
    <w:p>
      <w:r>
        <w:br/>
        <w:t>Сахно Черняк&lt;br /&gt;</w:t>
        <w:br/>
        <w:t>Ти не кричи. Ти вже ж мені не гетьман.&lt;br /&gt;</w:t>
        <w:br/>
        <w:t>Чи я у тебе воза пересидів, —&lt;br /&gt;</w:t>
        <w:br/>
        <w:t>яким же правом ти мене зганяєш?</w:t>
      </w:r>
    </w:p>
    <w:p>
      <w:r>
        <w:br/>
        <w:t>Павлюк&lt;br /&gt;</w:t>
        <w:br/>
        <w:t>І правом старшого. І волею стратенця.&lt;br /&gt;</w:t>
        <w:br/>
        <w:t>Ти мусиш вволить передсмертну волю.&lt;br /&gt;</w:t>
        <w:br/>
        <w:t>Це мій наказ. Кажу тобі: іди!</w:t>
      </w:r>
    </w:p>
    <w:p>
      <w:r>
        <w:br/>
        <w:t>Сахно Черняк&lt;br /&gt;</w:t>
        <w:br/>
        <w:t>А я кажу, що ти уже не гетьман,&lt;br /&gt;</w:t>
        <w:br/>
        <w:t>і я тобі тепер не підлягаю.&lt;br /&gt;</w:t>
        <w:br/>
        <w:t>Схотів і їду.</w:t>
      </w:r>
    </w:p>
    <w:p>
      <w:r>
        <w:br/>
        <w:t>Павлюк&lt;br /&gt;</w:t>
        <w:br/>
        <w:t>Знову за своє.&lt;br /&gt;</w:t>
        <w:br/>
        <w:t>Та зрозумій же, пентюху упертий, —&lt;br /&gt;</w:t>
        <w:br/>
        <w:t>ми тут по ділу, нас везуть на страту.&lt;br /&gt;</w:t>
        <w:br/>
        <w:t>А ти тут хто? Приший кобилі хвіст.&lt;br /&gt;</w:t>
        <w:br/>
        <w:t>Тобі он навіть ноги не зв'язали.&lt;br /&gt;</w:t>
        <w:br/>
        <w:t>Тебе не дуже й кинуться шукати.&lt;br /&gt;</w:t>
        <w:br/>
        <w:t>Я — гетьман. Він — Томиленко. А ти?&lt;br /&gt;</w:t>
        <w:br/>
        <w:t>Ніхто про тебе й словом не згадає.</w:t>
      </w:r>
    </w:p>
    <w:p>
      <w:r>
        <w:br/>
        <w:t>Сахно Черняк&lt;br /&gt;</w:t>
        <w:br/>
        <w:t>Я їду з вами не по честь і славу.&lt;br /&gt;</w:t>
        <w:br/>
        <w:t>Я їду з вами, бо мені так легше.</w:t>
      </w:r>
    </w:p>
    <w:p>
      <w:r>
        <w:br/>
        <w:t>Павлюк&lt;br /&gt;</w:t>
        <w:br/>
        <w:t>Мені не треба милості твоєї.&lt;br /&gt;</w:t>
        <w:br/>
        <w:t>Я сам багатий, я живу вже вдруге.&lt;br /&gt;</w:t>
        <w:br/>
        <w:t>Я вже один раз був на ешафоті.&lt;br /&gt;</w:t>
        <w:br/>
        <w:t>Мені тоді життя подарували,&lt;br /&gt;</w:t>
        <w:br/>
        <w:t>так що воно дароване — не жаль!</w:t>
      </w:r>
    </w:p>
    <w:p>
      <w:r>
        <w:br/>
        <w:t>Сахно Черняк&lt;br /&gt;</w:t>
        <w:br/>
        <w:t>Ти дуже гордий. Ти кричиш від люті.</w:t>
      </w:r>
    </w:p>
    <w:p>
      <w:r>
        <w:br/>
        <w:t>Томиленко&lt;br /&gt;</w:t>
        <w:br/>
        <w:t>Нестерпно бути зрадженим. Болить.</w:t>
      </w:r>
    </w:p>
    <w:p>
      <w:r>
        <w:br/>
        <w:t>Сахно Черняк&lt;br /&gt;</w:t>
        <w:br/>
        <w:t>А стерпно бути заодно із тими,&lt;br /&gt;</w:t>
        <w:br/>
        <w:t>хто перемовчав, коли вас в'язали?&lt;br /&gt;</w:t>
        <w:br/>
        <w:t>Та все життя отак про себе й знати,&lt;br /&gt;</w:t>
        <w:br/>
        <w:t>що ти не зрадник, ні, ти не відступник,&lt;br /&gt;</w:t>
        <w:br/>
        <w:t>ти, Боже збав, не видавав нікого,&lt;br /&gt;</w:t>
        <w:br/>
        <w:t>ти просто вчасно очі опустив!&lt;br /&gt;</w:t>
        <w:br/>
        <w:t>І після цього зватися людиною...&lt;br /&gt;</w:t>
        <w:br/>
        <w:t>Не через вас я їду, а для себе.</w:t>
      </w:r>
    </w:p>
    <w:p>
      <w:r>
        <w:br/>
        <w:t>Павлюк&lt;br /&gt;</w:t>
        <w:br/>
        <w:t>Послухай, брате, думаєш, це легко —&lt;br /&gt;</w:t>
        <w:br/>
        <w:t>прийнять, що хтось за тебе погибає?&lt;br /&gt;</w:t>
        <w:br/>
        <w:t>В мені болить і набрякає совість&lt;br /&gt;</w:t>
        <w:br/>
        <w:t>слізьми дітей і матері твоєї!</w:t>
      </w:r>
    </w:p>
    <w:p>
      <w:r>
        <w:br/>
        <w:t>(Минають при дорозі драбиняк&lt;br /&gt;</w:t>
        <w:br/>
        <w:t>і двох дядьків, у сіряку й кожусі.&lt;br /&gt;</w:t>
        <w:br/>
        <w:t>Один тримає воза, як домкрат, а другий&lt;br /&gt;</w:t>
        <w:br/>
        <w:t>дьогтем змащує колеса).</w:t>
      </w:r>
    </w:p>
    <w:p>
      <w:r>
        <w:br/>
        <w:t>У сіряку&lt;br /&gt;</w:t>
        <w:br/>
        <w:t>(зняв шапку й поклонився)&lt;br /&gt;</w:t>
        <w:br/>
        <w:t>Яким же треба бути чоловіком,&lt;br /&gt;</w:t>
        <w:br/>
        <w:t>щоб так на страту за своїх піти!</w:t>
      </w:r>
    </w:p>
    <w:p>
      <w:r>
        <w:br/>
        <w:t>З мазницею&lt;br /&gt;</w:t>
        <w:br/>
        <w:t>(показує квачем)&lt;br /&gt;</w:t>
        <w:br/>
        <w:t>Та чи не тю? Мабуть, він просто дурень.&lt;br /&gt;</w:t>
        <w:br/>
        <w:t>Щоб так за когось голову покласти?!&lt;br /&gt;</w:t>
        <w:br/>
        <w:t>Мав поля шмат, і хату, і корову,&lt;br /&gt;</w:t>
        <w:br/>
        <w:t>і жінку гарну, — що йому іще?</w:t>
      </w:r>
    </w:p>
    <w:p>
      <w:r>
        <w:br/>
        <w:t>(Вітряк проплив. Не конче він реальний, —&lt;br /&gt;</w:t>
        <w:br/>
        <w:t>це може бути й силует з фанери. Проткнувши списом&lt;br /&gt;</w:t>
        <w:br/>
        <w:t>латане крило, застряв у ньому Дон Кіхот&lt;br /&gt;</w:t>
        <w:br/>
        <w:t>Ламанчський).</w:t>
      </w:r>
    </w:p>
    <w:p>
      <w:r>
        <w:br/>
        <w:t>І відчайдушний голос Дон Кіхота:&lt;br /&gt;</w:t>
        <w:br/>
        <w:t>Собрате мій! Дай знати Дульсінеї,&lt;br /&gt;</w:t>
        <w:br/>
        <w:t>що я погиб у вашім вітряку!</w:t>
      </w:r>
    </w:p>
    <w:p>
      <w:r>
        <w:br/>
        <w:t>В поривах вітру чути дзвін бандури.&lt;br /&gt;</w:t>
        <w:br/>
        <w:t>Він досі часом був як лейтмотив. Тепер посилився —&lt;br /&gt;</w:t>
        <w:br/>
        <w:t>до впізнавання слова. Це — старовинна ДУМА&lt;br /&gt;</w:t>
        <w:br/>
        <w:t>ПРО БРАТІВ, КОТРІ ТІКАЛИ 3 ГОРОДА АЗОВА.</w:t>
      </w:r>
    </w:p>
    <w:p>
      <w:r>
        <w:br/>
        <w:t>"Із города Азова не великії тумани вставали,&lt;br /&gt;</w:t>
        <w:br/>
        <w:t>Три брати рідненькі із города Азова,&lt;br /&gt;</w:t>
        <w:br/>
        <w:t>із тяжкої неволі утікали.&lt;br /&gt;</w:t>
        <w:br/>
        <w:t>Два брати кінних, третій піший-пішаниця,&lt;br /&gt;</w:t>
        <w:br/>
        <w:t>За кінними братами поспішає,&lt;br /&gt;</w:t>
        <w:br/>
        <w:t>За стременечка хватає,&lt;br /&gt;</w:t>
        <w:br/>
        <w:t>Словами промовляє:&lt;br /&gt;</w:t>
        <w:br/>
        <w:t>— Братики мої ріднесенькі,&lt;br /&gt;</w:t>
        <w:br/>
        <w:t>Як голубоньки сивесенькі!&lt;br /&gt;</w:t>
        <w:br/>
        <w:t>Станьте ви, коней попасіте,&lt;br /&gt;</w:t>
        <w:br/>
        <w:t>Мене, найменшого брата, пішого-пішаницю,&lt;br /&gt;</w:t>
        <w:br/>
        <w:t>підождіте,&lt;br /&gt;</w:t>
        <w:br/>
        <w:t>Да хоч між коней візьміте,&lt;br /&gt;</w:t>
        <w:br/>
        <w:t>Та до отця-матері підвезіте!"</w:t>
      </w:r>
    </w:p>
    <w:p>
      <w:r>
        <w:br/>
        <w:t>Стратенці проминають кобзаря.&lt;br /&gt;</w:t>
        <w:br/>
        <w:t>А може, це кобзар їх проминає.&lt;br /&gt;</w:t>
        <w:br/>
        <w:t>Конвейєр часу — тільки врізнобіч —&lt;br /&gt;</w:t>
        <w:br/>
        <w:t>один в минуле, другий у майбутнє.&lt;br /&gt;</w:t>
        <w:br/>
        <w:t>Отак всі й розминаються навік.</w:t>
      </w:r>
    </w:p>
    <w:p>
      <w:r>
        <w:br/>
        <w:t>Кобзар співає. Може, він такий — як Перебендя&lt;br /&gt;</w:t>
        <w:br/>
        <w:t>пензля Їжакевича. Або живий, з капели бандуристів,&lt;br /&gt;</w:t>
        <w:br/>
        <w:t>котрий співає саме в цю хвилину. Чи кам'яний,&lt;br /&gt;</w:t>
        <w:br/>
        <w:t>що вже співає вічно.</w:t>
      </w:r>
    </w:p>
    <w:p>
      <w:r>
        <w:br/>
        <w:t>"Старший брат теє зачуває,&lt;br /&gt;</w:t>
        <w:br/>
        <w:t>До найменшого брата словами промовляє:&lt;br /&gt;</w:t>
        <w:br/>
        <w:t>— Раді б ми тебе між коні узяти, —&lt;br /&gt;</w:t>
        <w:br/>
        <w:t>Буде озовська орда доганяти,&lt;br /&gt;</w:t>
        <w:br/>
        <w:t>Буде упень сікти-рубати,&lt;br /&gt;</w:t>
        <w:br/>
        <w:t>Назад у Озов-город завертати,&lt;br /&gt;</w:t>
        <w:br/>
        <w:t>Ніяк нам буде утікати.&lt;br /&gt;</w:t>
        <w:br/>
        <w:t>Ми ж і самі не втечем, і тебе, брате, не вивезем.&lt;br /&gt;</w:t>
        <w:br/>
        <w:t>А як ти жив-здоров будеш,&lt;br /&gt;</w:t>
        <w:br/>
        <w:t>Ти і сам у землю християнську дійдеш!"</w:t>
      </w:r>
    </w:p>
    <w:p>
      <w:r>
        <w:br/>
        <w:t>На місці їде віз. Кобзар співає думу.&lt;br /&gt;</w:t>
        <w:br/>
        <w:t>Аж наче перестали розминатись. І кожен думу слухає&lt;br /&gt;</w:t>
        <w:br/>
        <w:t>по-своєму. Павлюк — обличчям вгору просто неба.&lt;br /&gt;</w:t>
        <w:br/>
        <w:t>Томиленко — утупившися в землю.&lt;br /&gt;</w:t>
        <w:br/>
        <w:t>Сахно Черняк — увесь до кобзаря.</w:t>
      </w:r>
    </w:p>
    <w:p>
      <w:r>
        <w:br/>
        <w:t>"То найменший брат теє зачуває,&lt;br /&gt;</w:t>
        <w:br/>
        <w:t>Він білим лицем до сирої землі упадає,&lt;br /&gt;</w:t>
        <w:br/>
        <w:t>Та до своїх братів рідненьких словами промовляє:&lt;br /&gt;</w:t>
        <w:br/>
        <w:t>— Браття любе, браття миле,&lt;br /&gt;</w:t>
        <w:br/>
        <w:t>Хоч один же ви милосердіє майте,&lt;br /&gt;</w:t>
        <w:br/>
        <w:t>Назад коней завертайте,&lt;br /&gt;</w:t>
        <w:br/>
        <w:t>З піхов шаблі виймайте,&lt;br /&gt;</w:t>
        <w:br/>
        <w:t>Мені, пішому-пішаниці, з пліч голову здіймайте,&lt;br /&gt;</w:t>
        <w:br/>
        <w:t>У чистому полі поховайте,&lt;br /&gt;</w:t>
        <w:br/>
        <w:t>Звіру-птиці на поталу не дайте!"</w:t>
      </w:r>
    </w:p>
    <w:p>
      <w:r>
        <w:br/>
        <w:t>Сахно Черняк&lt;br /&gt;</w:t>
        <w:br/>
        <w:t>(вжахнувшись, до Томиленка)&lt;br /&gt;</w:t>
        <w:br/>
        <w:t>Ну, а вони, невже так і зробили?!</w:t>
      </w:r>
    </w:p>
    <w:p>
      <w:r>
        <w:br/>
        <w:t>Томиленко&lt;br /&gt;</w:t>
        <w:br/>
        <w:t>У вас хіба цю думу не співають?</w:t>
      </w:r>
    </w:p>
    <w:p>
      <w:r>
        <w:br/>
        <w:t>Старечий голос кобзаря&lt;br /&gt;</w:t>
        <w:br/>
        <w:t>(у сильному пориві вітру)&lt;br /&gt;</w:t>
        <w:br/>
        <w:t>"То середульший брат теє зачуває&lt;br /&gt;</w:t>
        <w:br/>
        <w:t>Та до найменшого брата словами промовляє:&lt;br /&gt;</w:t>
        <w:br/>
        <w:t>— Сього, брате, зроду ніде не чували,&lt;br /&gt;</w:t>
        <w:br/>
        <w:t>Щоб рідною кров'ю шаблі обмивали!&lt;br /&gt;</w:t>
        <w:br/>
        <w:t>І рука не воздойметься,&lt;br /&gt;</w:t>
        <w:br/>
        <w:t>І серце не осмілиться,&lt;br /&gt;</w:t>
        <w:br/>
        <w:t>І душа гріха до смерті не скупиться!&lt;br /&gt;</w:t>
        <w:br/>
        <w:t>А старший брат ріднесенький,&lt;br /&gt;</w:t>
        <w:br/>
        <w:t>Сокіл яснесенький,&lt;br /&gt;</w:t>
        <w:br/>
        <w:t>Теє зачуває,&lt;br /&gt;</w:t>
        <w:br/>
        <w:t>Коня свого молодецького нагайкою поганяє,&lt;br /&gt;</w:t>
        <w:br/>
        <w:t>Од брата меншого, пішого-пішаниці, утікає!"</w:t>
      </w:r>
    </w:p>
    <w:p>
      <w:r>
        <w:br/>
        <w:t>Сахно Черняк&lt;br /&gt;</w:t>
        <w:br/>
        <w:t>Невже таке було?</w:t>
      </w:r>
    </w:p>
    <w:p>
      <w:r>
        <w:br/>
        <w:t>Томиленко&lt;br /&gt;</w:t>
        <w:br/>
        <w:t>Та начеб не повинно.&lt;br /&gt;</w:t>
        <w:br/>
        <w:t>Однак співають. То, мабуть, було.</w:t>
      </w:r>
    </w:p>
    <w:p>
      <w:r>
        <w:br/>
        <w:t>Павлюк&lt;br /&gt;</w:t>
        <w:br/>
        <w:t>Мабуть, таки було. Бо дума — це не казка.&lt;br /&gt;</w:t>
        <w:br/>
        <w:t>Хтось бачив, хтось почув, а хтось і думу склав.</w:t>
      </w:r>
    </w:p>
    <w:p>
      <w:r>
        <w:br/>
        <w:t>Сахно Черняк&lt;br /&gt;</w:t>
        <w:br/>
        <w:t>І нащо про таке було складати думу?</w:t>
      </w:r>
    </w:p>
    <w:p>
      <w:r>
        <w:br/>
        <w:t>Павлюк&lt;br /&gt;</w:t>
        <w:br/>
        <w:t>Щоб люди знали.</w:t>
      </w:r>
    </w:p>
    <w:p>
      <w:r>
        <w:br/>
        <w:t>Сахно Черняк&lt;br /&gt;</w:t>
        <w:br/>
        <w:t>Е, щоб люди знали!&lt;br /&gt;</w:t>
        <w:br/>
        <w:t>Он як про тебе і про Сулиму,&lt;br /&gt;</w:t>
        <w:br/>
        <w:t>як ви Кодак-фортецю зруйнували,&lt;br /&gt;</w:t>
        <w:br/>
        <w:t>а потім як на страту вас везли,&lt;br /&gt;</w:t>
        <w:br/>
        <w:t>і як ти чудом жив-здоров лишився,&lt;br /&gt;</w:t>
        <w:br/>
        <w:t>та й знов на Січ подався Низову, —&lt;br /&gt;</w:t>
        <w:br/>
        <w:t>от про таке у нас в селі співали!&lt;br /&gt;</w:t>
        <w:br/>
        <w:t>І люди плакали. Але ж то й сльози інші.&lt;br /&gt;</w:t>
        <w:br/>
        <w:t>Я по таких сльозах — за шаблю та й до тебе!&lt;br /&gt;</w:t>
        <w:br/>
        <w:t>А тут... щоб так тікать... щоб аж покинуть брата?!</w:t>
      </w:r>
    </w:p>
    <w:p>
      <w:r>
        <w:br/>
        <w:t>(Їжачиться порубана тернина. Тріпоче шмат&lt;br /&gt;</w:t>
        <w:br/>
        <w:t>червоної китайки. Ще далі шмат, і далі, й далі,&lt;br /&gt;</w:t>
        <w:br/>
        <w:t>й далі...)</w:t>
      </w:r>
    </w:p>
    <w:p>
      <w:r>
        <w:br/>
        <w:t>І даленіє голос кобзаря&lt;br /&gt;</w:t>
        <w:br/>
        <w:t>"То середульший брат милосердіє мав,&lt;br /&gt;</w:t>
        <w:br/>
        <w:t>Терновії віття верхи істинає,&lt;br /&gt;</w:t>
        <w:br/>
        <w:t>Меншому брату приміту покидає.&lt;br /&gt;</w:t>
        <w:br/>
        <w:t>А як стали на Муравський шлях виїжджати,&lt;br /&gt;</w:t>
        <w:br/>
        <w:t>Не стало тернів та байраків рубати,&lt;br /&gt;</w:t>
        <w:br/>
        <w:t>То він червону китайку із свого жупана видирає,&lt;br /&gt;</w:t>
        <w:br/>
        <w:t>Меншому брату на прикмету покидає..."</w:t>
      </w:r>
    </w:p>
    <w:p>
      <w:r>
        <w:br/>
        <w:t>Сахно Черняк&lt;br /&gt;</w:t>
        <w:br/>
        <w:t>А старший?</w:t>
      </w:r>
    </w:p>
    <w:p>
      <w:r>
        <w:br/>
        <w:t>Томиленко&lt;br /&gt;</w:t>
        <w:br/>
        <w:t>Старший пожалів жупана.</w:t>
      </w:r>
    </w:p>
    <w:p>
      <w:r>
        <w:br/>
        <w:t>Павлюк&lt;br /&gt;</w:t>
        <w:br/>
        <w:t>Мабуть, в жупані мав себе за пана.</w:t>
      </w:r>
    </w:p>
    <w:p>
      <w:r>
        <w:br/>
        <w:t>Томиленко&lt;br /&gt;</w:t>
        <w:br/>
        <w:t>Так і сказав, співається у думі:&lt;br /&gt;</w:t>
        <w:br/>
        <w:t>"Щоб я своє добро дороге&lt;br /&gt;</w:t>
        <w:br/>
        <w:t>марно по шляхах розкидав?&lt;br /&gt;</w:t>
        <w:br/>
        <w:t>Буду я до отця-матері приїжджати,&lt;br /&gt;</w:t>
        <w:br/>
        <w:t>Будуть мене ближні почитати, поважати,&lt;br /&gt;</w:t>
        <w:br/>
        <w:t>Будуть проти мене шапки знімати".</w:t>
      </w:r>
    </w:p>
    <w:p>
      <w:r>
        <w:br/>
        <w:t>А ще сказав падлюка, не повіриш:&lt;br /&gt;</w:t>
        <w:br/>
        <w:t>"Як будуть батько-мати помирати,&lt;br /&gt;</w:t>
        <w:br/>
        <w:t>Будем грунта-худобу на дві часті паювати.&lt;br /&gt;</w:t>
        <w:br/>
        <w:t>Ніхто третій нам не буде мішати".</w:t>
      </w:r>
    </w:p>
    <w:p>
      <w:r>
        <w:br/>
        <w:t>Сахно Черняк&lt;br /&gt;</w:t>
        <w:br/>
        <w:t>Оце такі і Наливайка видали.&lt;br /&gt;</w:t>
        <w:br/>
        <w:t>І вас під Боровицею вони ж.&lt;br /&gt;</w:t>
        <w:br/>
        <w:t>Ще, певно, там когось і підкупили —&lt;br /&gt;</w:t>
        <w:br/>
        <w:t>у табір кілька бочок укотив,&lt;br /&gt;</w:t>
        <w:br/>
        <w:t>щоб всі понапивалися і спали.&lt;br /&gt;</w:t>
        <w:br/>
        <w:t>Я непитущий, дак ото й почув.</w:t>
      </w:r>
    </w:p>
    <w:p>
      <w:r>
        <w:br/>
        <w:t>Томиленко&lt;br /&gt;</w:t>
        <w:br/>
        <w:t>В неслушний час прибіг, як оглашенний.&lt;br /&gt;</w:t>
        <w:br/>
        <w:t>Вони тебе й не думали в'язати,&lt;br /&gt;</w:t>
        <w:br/>
        <w:t>так ти ж на них із шаблею своєю.&lt;br /&gt;</w:t>
        <w:br/>
        <w:t>Ну, то вже що ж, зв'язали, повезли...</w:t>
      </w:r>
    </w:p>
    <w:p>
      <w:r>
        <w:br/>
        <w:t>(На місці їде віз із в'язнями в кайданах.&lt;br /&gt;</w:t>
        <w:br/>
        <w:t>І пропливає, на старій могилі, триніг з дашком —&lt;br /&gt;</w:t>
        <w:br/>
        <w:t>сторожова фігура. Осунувсь очеретяний&lt;br /&gt;</w:t>
        <w:br/>
        <w:t>дашок. Смолисті бочки в землю повмерзали.&lt;br /&gt;</w:t>
        <w:br/>
        <w:t>І тільки кінь у пам'яті заржав).</w:t>
      </w:r>
    </w:p>
    <w:p>
      <w:r>
        <w:br/>
        <w:t>Павлюк&lt;br /&gt;</w:t>
        <w:br/>
        <w:t>Нема сторожі. Не дай Бог орда —&lt;br /&gt;</w:t>
        <w:br/>
        <w:t>уже ніхто ті бочки не підпалить&lt;br /&gt;</w:t>
        <w:br/>
        <w:t>і про біду людей не сповістить.</w:t>
      </w:r>
    </w:p>
    <w:p>
      <w:r>
        <w:br/>
        <w:t>Томиленко&lt;br /&gt;</w:t>
        <w:br/>
        <w:t>Та вже кого й про що тут сповіщати?</w:t>
      </w:r>
    </w:p>
    <w:p>
      <w:r>
        <w:br/>
        <w:t>(Порожній хутір... Обгоріла хата... З віконця хати&lt;br /&gt;</w:t>
        <w:br/>
        <w:t>виглянула смерть.&lt;br /&gt;</w:t>
        <w:br/>
        <w:t>Все наче намальоване вуглиною з уже давно&lt;br /&gt;</w:t>
        <w:br/>
        <w:t>схололих попелищ).</w:t>
      </w:r>
    </w:p>
    <w:p>
      <w:r>
        <w:br/>
        <w:t>Павлюк&lt;br /&gt;</w:t>
        <w:br/>
        <w:t>Заглада, пустка... й ми не обороним&lt;br /&gt;</w:t>
        <w:br/>
        <w:t>вже цих людей, ці села, цей народ...</w:t>
      </w:r>
    </w:p>
    <w:p>
      <w:r>
        <w:br/>
        <w:t>(Капличка... Хрест... Рушник, уже аж сірий&lt;br /&gt;</w:t>
        <w:br/>
        <w:t>і вицвілий, на вітрі лопотить).</w:t>
      </w:r>
    </w:p>
    <w:p>
      <w:r>
        <w:br/>
        <w:t>Сахно Черняк&lt;br /&gt;</w:t>
        <w:br/>
        <w:t>Уже й села нема, а цвинтар залишився.&lt;br /&gt;</w:t>
        <w:br/>
        <w:t>І хто живий, той прийде на гробки.&lt;br /&gt;</w:t>
        <w:br/>
        <w:t>І пом'яне, і пасочку розкришить,&lt;br /&gt;</w:t>
        <w:br/>
        <w:t>щоб на могилі птиці розклювали.&lt;br /&gt;</w:t>
        <w:br/>
        <w:t>Все як годиться між людей. А нас&lt;br /&gt;</w:t>
        <w:br/>
        <w:t>зі світу згладять, і гробків не буде.</w:t>
      </w:r>
    </w:p>
    <w:p>
      <w:r>
        <w:br/>
        <w:t>Павлюк&lt;br /&gt;</w:t>
        <w:br/>
        <w:t>Чого ж ти їдеш на одчай душі?</w:t>
      </w:r>
    </w:p>
    <w:p>
      <w:r>
        <w:br/>
        <w:t>Сахно Черняк&lt;br /&gt;</w:t>
        <w:br/>
        <w:t>Як не поїду, буду їхать вічно.&lt;br /&gt;</w:t>
        <w:br/>
        <w:t>Нічим не відпокутуюсь, нічим!</w:t>
      </w:r>
    </w:p>
    <w:p>
      <w:r>
        <w:br/>
        <w:t>Павлюк&lt;br /&gt;</w:t>
        <w:br/>
        <w:t>Це ж гріх не твій, чого ж твоя покута?</w:t>
      </w:r>
    </w:p>
    <w:p>
      <w:r>
        <w:br/>
        <w:t>Сахно Черняк&lt;br /&gt;</w:t>
        <w:br/>
        <w:t>А ти ж за всіх був. А за тебе хто?</w:t>
      </w:r>
    </w:p>
    <w:p>
      <w:r>
        <w:br/>
        <w:t>(Павлюк, як завжди, дивиться у небо.&lt;br /&gt;</w:t>
        <w:br/>
        <w:t>Томиленко утупився у землю. Віз двиготить&lt;br /&gt;</w:t>
        <w:br/>
        <w:t>на крижаних вибоях).</w:t>
      </w:r>
    </w:p>
    <w:p>
      <w:r>
        <w:br/>
        <w:t>Томиленко&lt;br /&gt;</w:t>
        <w:br/>
        <w:t>Біда цей шлях напровесні. Калюжі.&lt;br /&gt;</w:t>
        <w:br/>
        <w:t>Хрумтить льодок. Пронизливі вітри.&lt;br /&gt;</w:t>
        <w:br/>
        <w:t>А то як вдарить ожеледь, ще гірше.&lt;br /&gt;</w:t>
        <w:br/>
        <w:t>У нас в степах я так ловив дрохву.&lt;br /&gt;</w:t>
        <w:br/>
        <w:t>Вона ж, дрохва, як гуска. Щоб злетіти,&lt;br /&gt;</w:t>
        <w:br/>
        <w:t>їй ще й розбігтись треба, бо важка.&lt;br /&gt;</w:t>
        <w:br/>
        <w:t>А голий лід — ніяк не розбіжиться.&lt;br /&gt;</w:t>
        <w:br/>
        <w:t>Ковзь-ковзь... Руками брали дичину.</w:t>
      </w:r>
    </w:p>
    <w:p>
      <w:r>
        <w:br/>
        <w:t>Павлюк&lt;br /&gt;</w:t>
        <w:br/>
        <w:t>Назавтра буде ожеледь. Пришерхло.</w:t>
      </w:r>
    </w:p>
    <w:p>
      <w:r>
        <w:br/>
        <w:t>Томиленко&lt;br /&gt;</w:t>
        <w:br/>
        <w:t>Що ж, довше будем їхати у смерть.</w:t>
      </w:r>
    </w:p>
    <w:p>
      <w:r>
        <w:br/>
        <w:t>(Над ними ніч. І чорна сфера не&amp;а —&lt;br /&gt;</w:t>
        <w:br/>
        <w:t>зірки... Волосожар... Великий Віз...)</w:t>
      </w:r>
    </w:p>
    <w:p>
      <w:r>
        <w:br/>
        <w:t>Павлюк&lt;br /&gt;</w:t>
        <w:br/>
        <w:t>А зорі які, Господи! Отак&lt;br /&gt;</w:t>
        <w:br/>
        <w:t>дивився б і дивився.</w:t>
      </w:r>
    </w:p>
    <w:p>
      <w:r>
        <w:br/>
        <w:t>Томиленко&lt;br /&gt;</w:t>
        <w:br/>
        <w:t>Я не дивлюсь. Моя вже зірка згасла.</w:t>
      </w:r>
    </w:p>
    <w:p>
      <w:r>
        <w:br/>
        <w:t>Сахно Черняк&lt;br /&gt;</w:t>
        <w:br/>
        <w:t>Великий Віз... А там оно Малий...&lt;br /&gt;</w:t>
        <w:br/>
        <w:t>Он срібний шлях чумацької гризоти...&lt;br /&gt;</w:t>
        <w:br/>
        <w:t>І що воно, — коли ще нас взяли,&lt;br /&gt;</w:t>
        <w:br/>
        <w:t>давно везуть, вже тижнів, певно, зо три,&lt;br /&gt;</w:t>
        <w:br/>
        <w:t>все їдем, їдем, ідем по землі,&lt;br /&gt;</w:t>
        <w:br/>
        <w:t>а мов на місці — під тим самим Возом.</w:t>
      </w:r>
    </w:p>
    <w:p>
      <w:r>
        <w:br/>
        <w:t>Павлюк&lt;br /&gt;</w:t>
        <w:br/>
        <w:t>Велике небо.</w:t>
      </w:r>
    </w:p>
    <w:p>
      <w:r>
        <w:br/>
        <w:t>Томиленко&lt;br /&gt;</w:t>
        <w:br/>
        <w:t>Або ми малі.</w:t>
      </w:r>
    </w:p>
    <w:p>
      <w:r>
        <w:br/>
        <w:t>Сахно Черняк&lt;br /&gt;</w:t>
        <w:br/>
        <w:t>Вночі везуть. І не стають обозом.</w:t>
      </w:r>
    </w:p>
    <w:p>
      <w:r>
        <w:br/>
        <w:t>Томиленко&lt;br /&gt;</w:t>
        <w:br/>
        <w:t>Щоб люди не виходили на шлях.&lt;br /&gt;</w:t>
        <w:br/>
        <w:t>По селах щоб жінки не голосили.</w:t>
      </w:r>
    </w:p>
    <w:p>
      <w:r>
        <w:br/>
        <w:t>Сахно Черняк&lt;br /&gt;</w:t>
        <w:br/>
        <w:t>Та, може, воно й краще... кому як...&lt;br /&gt;</w:t>
        <w:br/>
        <w:t>бо от мені не вистачило б сили.&lt;br /&gt;</w:t>
        <w:br/>
        <w:t>У мене жінка... я її жалів...&lt;br /&gt;</w:t>
        <w:br/>
        <w:t>Нехай таке їй і вві сні не сниться.</w:t>
      </w:r>
    </w:p>
    <w:p>
      <w:r>
        <w:br/>
        <w:t>Павлюк&lt;br /&gt;</w:t>
        <w:br/>
        <w:t>(піддав плечем, спихає його з воза)&lt;br /&gt;</w:t>
        <w:br/>
        <w:t>Я що сказав? Ану тікай у ніч!</w:t>
      </w:r>
    </w:p>
    <w:p>
      <w:r>
        <w:br/>
        <w:t>Сахно Черняк (мов не почувши)&lt;br /&gt;</w:t>
        <w:br/>
        <w:t>А далі ж як той піший-пішаниця?</w:t>
      </w:r>
    </w:p>
    <w:p>
      <w:r>
        <w:br/>
        <w:t>Томиленко&lt;br /&gt;</w:t>
        <w:br/>
        <w:t>Та як, ішов. Як сказано у думі:&lt;br /&gt;</w:t>
        <w:br/>
        <w:t>"І побило його в полі три недолі,&lt;br /&gt;</w:t>
        <w:br/>
        <w:t>Одно — безвіддя,&lt;br /&gt;</w:t>
        <w:br/>
        <w:t>Друге — безхліб'я,&lt;br /&gt;</w:t>
        <w:br/>
        <w:t>Третє — бездоріжжя".&lt;br /&gt;</w:t>
        <w:br/>
        <w:t>Вийшов він на Савур-могилу,&lt;br /&gt;</w:t>
        <w:br/>
        <w:t>Думав, хоч куряву за братами побачить.&lt;br /&gt;</w:t>
        <w:br/>
        <w:t>А їх уже й сліду нема!&lt;br /&gt;</w:t>
        <w:br/>
        <w:t>Ліг він на Савур-могилі —&lt;br /&gt;</w:t>
        <w:br/>
        <w:t>"І на очі не гляне,&lt;br /&gt;</w:t>
        <w:br/>
        <w:t>І на ноги не встане,&lt;br /&gt;</w:t>
        <w:br/>
        <w:t>І головка на плач знемагала".</w:t>
      </w:r>
    </w:p>
    <w:p>
      <w:r>
        <w:br/>
        <w:t>Сахно Черняк&lt;br /&gt;</w:t>
        <w:br/>
        <w:t>"І головка на плач знемагала"...&lt;br /&gt;</w:t>
        <w:br/>
        <w:t>Молоденький,видно,був.</w:t>
      </w:r>
    </w:p>
    <w:p>
      <w:r>
        <w:br/>
        <w:t>(І долинають десь віддалеки лише уривки&lt;br /&gt;</w:t>
        <w:br/>
        <w:t>того стогону, що зветься&lt;br /&gt;</w:t>
        <w:br/>
        <w:t>ДУМОЮ ПРО ТРЬОХ БРАТІВ АЗОВСЬКИХ).</w:t>
      </w:r>
    </w:p>
    <w:p>
      <w:r>
        <w:br/>
        <w:t>"А вже орли-чорнокрильці налітають,&lt;br /&gt;</w:t>
        <w:br/>
        <w:t>У головах козацьких сідають,&lt;br /&gt;</w:t>
        <w:br/>
        <w:t>На чорні кучері наступають..."&lt;br /&gt;</w:t>
        <w:br/>
        <w:t>"Та він їх забачає,&lt;br /&gt;</w:t>
        <w:br/>
        <w:t>Та словами промовляє:&lt;br /&gt;</w:t>
        <w:br/>
        <w:t>— Гей, вовки-сіроманці та орли-чорнокрильці,&lt;br /&gt;</w:t>
        <w:br/>
        <w:t>Та ви хоч трохи підождіте,&lt;br /&gt;</w:t>
        <w:br/>
        <w:t>Темний похорон не справляйте,&lt;br /&gt;</w:t>
        <w:br/>
        <w:t>Поки душа козацька з тілом розлучиться!"</w:t>
      </w:r>
    </w:p>
    <w:p>
      <w:r>
        <w:br/>
        <w:t>"Вовки-сіроманці набігали,&lt;br /&gt;</w:t>
        <w:br/>
        <w:t>Тіло козацькеє рвали,&lt;br /&gt;</w:t>
        <w:br/>
        <w:t>По тернах, по байраках жовту кость жвакували.&lt;br /&gt;</w:t>
        <w:br/>
        <w:t>Сива зозуленька прилітала,&lt;br /&gt;</w:t>
        <w:br/>
        <w:t>Жалібненько закувала..."</w:t>
      </w:r>
    </w:p>
    <w:p>
      <w:r>
        <w:br/>
        <w:t>Сахно Черняк&lt;br /&gt;</w:t>
        <w:br/>
        <w:t>А ті ж то двоє все-таки добрались?&lt;br /&gt;</w:t>
        <w:br/>
        <w:t>І що ж вони сказали батьку-матері?</w:t>
      </w:r>
    </w:p>
    <w:p>
      <w:r>
        <w:br/>
        <w:t>Томиленко&lt;br /&gt;</w:t>
        <w:br/>
        <w:t>Збрехали, звісно. Що були не разом,&lt;br /&gt;</w:t>
        <w:br/>
        <w:t>що тільки вдвох тікали із неволі,&lt;br /&gt;</w:t>
        <w:br/>
        <w:t>а меншого й у вічі не видали.&lt;br /&gt;</w:t>
        <w:br/>
        <w:t>Чи що вночі тікали та будили,&lt;br /&gt;</w:t>
        <w:br/>
        <w:t>а він, мовляв, не захотів вставати,&lt;br /&gt;</w:t>
        <w:br/>
        <w:t>то так там і залишився в Азові.&lt;br /&gt;</w:t>
        <w:br/>
        <w:t>Це — старший брат. Одначе середульший&lt;br /&gt;</w:t>
        <w:br/>
        <w:t>не видержав, покаявся, признався.&lt;br /&gt;</w:t>
        <w:br/>
        <w:t>Ну, то йому старі батьки простили.&lt;br /&gt;</w:t>
        <w:br/>
        <w:t>А старшого прогнали й прокляли.</w:t>
      </w:r>
    </w:p>
    <w:p>
      <w:r>
        <w:br/>
        <w:t>Під дзвін бандури голос кобзаря&lt;br /&gt;</w:t>
        <w:br/>
        <w:t>(врочистим і піднесеним акордом)</w:t>
      </w:r>
    </w:p>
    <w:p>
      <w:r>
        <w:br/>
        <w:t>"А слава не вмре, не поляже&lt;br /&gt;</w:t>
        <w:br/>
        <w:t>Однині й довіку!"</w:t>
      </w:r>
    </w:p>
    <w:p>
      <w:r>
        <w:br/>
        <w:t>(Павлюк розреготався несподівано&lt;br /&gt;</w:t>
        <w:br/>
        <w:t>гірким і моторошним сміхом).</w:t>
      </w:r>
    </w:p>
    <w:p>
      <w:r>
        <w:br/>
        <w:t>Сахно Черняк&lt;br /&gt;</w:t>
        <w:br/>
        <w:t>(тихенько до Томиленка)&lt;br /&gt;</w:t>
        <w:br/>
        <w:t>Але яка ж це слава, як вони&lt;br /&gt;</w:t>
        <w:br/>
        <w:t>в такій біді од брата відступилися?</w:t>
      </w:r>
    </w:p>
    <w:p>
      <w:r>
        <w:br/>
        <w:t>Томиленко (теж пошепки)&lt;br /&gt;</w:t>
        <w:br/>
        <w:t>Отож він і сміється, аж поблід.&lt;br /&gt;</w:t>
        <w:br/>
        <w:t>Либонь, це слава з іншої десь думи&lt;br /&gt;</w:t>
        <w:br/>
        <w:t>до цих братів азовських заблудилась.</w:t>
      </w:r>
    </w:p>
    <w:p>
      <w:r>
        <w:br/>
        <w:t>Сахно Черняк&lt;br /&gt;</w:t>
        <w:br/>
        <w:t>Це ось його — не вмре і не поляже&lt;br /&gt;</w:t>
        <w:br/>
        <w:t>козацька слава. І твоя. Дарма,&lt;br /&gt;</w:t>
        <w:br/>
        <w:t>що вас розбито і узято зрадою.&lt;br /&gt;</w:t>
        <w:br/>
        <w:t>І тих шість тисяч, що в бою лягло,-&lt;br /&gt;</w:t>
        <w:br/>
        <w:t>це їхня слава справді не поляже!</w:t>
      </w:r>
    </w:p>
    <w:p>
      <w:r>
        <w:br/>
        <w:t>Томиленко&lt;br /&gt;</w:t>
        <w:br/>
        <w:t>Поки й світ сонця, не розбили б нас,&lt;br /&gt;</w:t>
        <w:br/>
        <w:t>якби ж хоч трохи краще ми узброєні.</w:t>
      </w:r>
    </w:p>
    <w:p>
      <w:r>
        <w:br/>
        <w:t>Сахно Черняк&lt;br /&gt;</w:t>
        <w:br/>
        <w:t>Або хоч вітер був не у наш бік!&lt;br /&gt;</w:t>
        <w:br/>
        <w:t>А то ж вони ще й порох підпалили,&lt;br /&gt;</w:t>
        <w:br/>
        <w:t>а сіно па возах і зайнялося, —&lt;br /&gt;</w:t>
        <w:br/>
        <w:t>весь дим на нас. Ми тричі їх відбили.&lt;br /&gt;</w:t>
        <w:br/>
        <w:t>Вони ж усі у панцирах, ми — в свитах.&lt;br /&gt;</w:t>
        <w:br/>
        <w:t>Вони — з гармат, а ми у кого що.</w:t>
      </w:r>
    </w:p>
    <w:p>
      <w:r>
        <w:br/>
        <w:t>Томиленко&lt;br /&gt;</w:t>
        <w:br/>
        <w:t>Ти думав, що тебе я не примітив?&lt;br /&gt;</w:t>
        <w:br/>
        <w:t>А я тебе давно уже примітив,&lt;br /&gt;</w:t>
        <w:br/>
        <w:t>як ти тоді у тому димовищі&lt;br /&gt;</w:t>
        <w:br/>
        <w:t>на ціле військо з шаблею ішов!</w:t>
      </w:r>
    </w:p>
    <w:p>
      <w:r>
        <w:br/>
        <w:t>Сахно Черняк&lt;br /&gt;</w:t>
        <w:br/>
        <w:t>А він мене іще й спихає з воза!&lt;br /&gt;</w:t>
        <w:br/>
        <w:t>Я що, за вами пішки буду бігти&lt;br /&gt;</w:t>
        <w:br/>
        <w:t>по цій дорозі, як той менший брат?</w:t>
      </w:r>
    </w:p>
    <w:p>
      <w:r>
        <w:br/>
        <w:t>Томиленко&lt;br /&gt;</w:t>
        <w:br/>
        <w:t>(тепер уже і він розреготався)&lt;br /&gt;</w:t>
        <w:br/>
        <w:t>Оце сказав! Ми ж не брати азовські.&lt;br /&gt;</w:t>
        <w:br/>
        <w:t>Якби ми із неволі утікали,&lt;br /&gt;</w:t>
        <w:br/>
        <w:t>то я тебе на плечах би поніс!&lt;br /&gt;</w:t>
        <w:br/>
        <w:t>А ми ж не із неволі, ми — у смерть.&lt;br /&gt;</w:t>
        <w:br/>
        <w:t>То ми й не хочем брать тебе з собою.</w:t>
      </w:r>
    </w:p>
    <w:p>
      <w:r>
        <w:br/>
        <w:t>Розвиднюється. Тихо проминає&lt;br /&gt;</w:t>
        <w:br/>
        <w:t>у паморозі маковичка церкви.</w:t>
      </w:r>
    </w:p>
    <w:p>
      <w:r>
        <w:br/>
        <w:t>Далеко десь, у сірому ще небі, курликають&lt;br /&gt;</w:t>
        <w:br/>
        <w:t>промерзлі журавлі.</w:t>
      </w:r>
    </w:p>
    <w:p>
      <w:r>
        <w:br/>
        <w:t>І проминає давній літописець —&lt;br /&gt;</w:t>
        <w:br/>
        <w:t>нахиленим при свічці силуетом — і пише, й пише&lt;br /&gt;</w:t>
        <w:br/>
        <w:t>гусячим пером, і стиха надиктовує собі:&lt;br /&gt;</w:t>
        <w:br/>
        <w:t>"Року 1638... о середопостю... потратили козаків старших,&lt;br /&gt;</w:t>
        <w:br/>
        <w:t>що їх козаки видали, того то Павлюка, і Василя Томашика,&lt;br /&gt;</w:t>
        <w:br/>
        <w:t>і Сахна Черняка, которий ся, їх ужаловавши, сам&lt;br /&gt;</w:t>
        <w:br/>
        <w:t>поїхав з ними добровольно".&lt;br /&gt;</w:t>
        <w:br/>
        <w:t>І свічка гасне па вітрах історії.&lt;br /&gt;</w:t>
        <w:br/>
        <w:t>І пропливають вишки й терикони,&lt;br /&gt;</w:t>
        <w:br/>
        <w:t>ковші і крани, труби і лебідки.&lt;br /&gt;</w:t>
        <w:br/>
        <w:t>Ряхтить вогнями промислове місто.&lt;br /&gt;</w:t>
        <w:br/>
        <w:t>Гніздо лелека мостить на стовпі.&lt;br /&gt;</w:t>
        <w:br/>
        <w:t>Сучасна жінка, в скверику на лаві, похитує&lt;br /&gt;</w:t>
        <w:br/>
        <w:t>коляску па ресорах, щось конспектує з книжки, мимоволі&lt;br /&gt;</w:t>
        <w:br/>
        <w:t>півголосом повторює слова:&lt;br /&gt;</w:t>
        <w:br/>
        <w:t>"ЛІТОПИС ЛЬВІВСЬКИЙ"... "НАУКОВА ДУМКА"...&lt;br /&gt;</w:t>
        <w:br/>
        <w:t>САХНО ЧЕРНЯК... ПОЇХАВ ДОБРОВІЛЬНО...&lt;br /&gt;</w:t>
        <w:br/>
        <w:t>І, вражено провівши віз очима:&lt;br /&gt;</w:t>
        <w:br/>
        <w:t>ПОЇХАВ 3 НИМИ... ДОБРОВІЛЬНО... САМ!&lt;br /&gt;</w:t>
        <w:br/>
        <w:t>І вже комп'ютер електронним голосом&lt;br /&gt;</w:t>
        <w:br/>
        <w:t>повторює закладену програму: САХНО ЧЕРНЯК...&lt;br /&gt;</w:t>
        <w:br/>
        <w:t>ПРОЕКЦІЯ В МИНУЛЕ... ПОЇХАВ 3 НИМИ...&lt;br /&gt;</w:t>
        <w:br/>
        <w:t>ДОБРОВІЛЬНО САМ...</w:t>
      </w:r>
    </w:p>
    <w:p>
      <w:r>
        <w:br/>
        <w:t>Перший програміст&lt;br /&gt;</w:t>
        <w:br/>
        <w:t>(людина вже наступного століття,&lt;br /&gt;</w:t>
        <w:br/>
        <w:t>при пульті регулюючи реле)&lt;br /&gt;</w:t>
        <w:br/>
        <w:t>Не може бути. Чому ж в такому разі він залишився зовсім&lt;br /&gt;</w:t>
        <w:br/>
        <w:t>невідомою постаттю в історії? Якась побіжна&lt;br /&gt;</w:t>
        <w:br/>
        <w:t>згадка у "Львівському літописі" — і все. Виходячи&lt;br /&gt;</w:t>
        <w:br/>
        <w:t>з художнього потенціалу народу, саме його мав би&lt;br /&gt;</w:t>
        <w:br/>
        <w:t>оспівати народ. Про братів азовських складено думу,&lt;br /&gt;</w:t>
        <w:br/>
        <w:t>а про нього ні?!</w:t>
      </w:r>
    </w:p>
    <w:p>
      <w:r>
        <w:br/>
        <w:t>(Світлові імпульси переміщуються, від чого в темряві&lt;br /&gt;</w:t>
        <w:br/>
        <w:t>зникає віз).</w:t>
      </w:r>
    </w:p>
    <w:p>
      <w:r>
        <w:br/>
        <w:t>Другий програміст&lt;br /&gt;</w:t>
        <w:br/>
        <w:t>Можливо, у старовину поодинокі випадки порушення&lt;br /&gt;</w:t>
        <w:br/>
        <w:t>суспільної етики давали більший коефіцієнт&lt;br /&gt;</w:t>
        <w:br/>
        <w:t>громадського резонансу, а гіперфункція героїзму&lt;br /&gt;</w:t>
        <w:br/>
        <w:t>набувала характеру ширших епічних уніфікацій.</w:t>
      </w:r>
    </w:p>
    <w:p>
      <w:r>
        <w:br/>
        <w:t>Перший програміст&lt;br /&gt;</w:t>
        <w:br/>
        <w:t>Але як поети могли прогледіти таку постать у віках?&lt;br /&gt;</w:t>
        <w:br/>
        <w:t>Подиву гідна велич ніким не оціненого подвигу могла б&lt;br /&gt;</w:t>
        <w:br/>
        <w:t>стати об'єктом соціально-психологічного дослідження&lt;br /&gt;</w:t>
        <w:br/>
        <w:t>цілого комплексу езотеричне закодованих рис нації.</w:t>
      </w:r>
    </w:p>
    <w:p>
      <w:r>
        <w:br/>
        <w:t>Другий програміст&lt;br /&gt;</w:t>
        <w:br/>
        <w:t>Це навіть не подвиг, це швидше відноситься&lt;br /&gt;</w:t>
        <w:br/>
        <w:t>до категорії подвижництва. Момент жертовності як&lt;br /&gt;</w:t>
        <w:br/>
        <w:t>катарсис спокути, моральна підзвітність самому собі.</w:t>
      </w:r>
    </w:p>
    <w:p>
      <w:r>
        <w:br/>
        <w:t>Перший програміст&lt;br /&gt;</w:t>
        <w:br/>
        <w:t>Слово "підзвітність" в даному контексті вимагав&lt;br /&gt;</w:t>
        <w:br/>
        <w:t>коректив чисто термінологічних і свідчить про&lt;br /&gt;</w:t>
        <w:br/>
        <w:t>сугестивну інерційність стереотипізації мислення.&lt;br /&gt;</w:t>
        <w:br/>
        <w:t>Можливо, це просто генетично усвідомлена потреба&lt;br /&gt;</w:t>
        <w:br/>
        <w:t>утримати духовний баланс в життєво перспективній&lt;br /&gt;</w:t>
        <w:br/>
        <w:t>позиції. Один тепер уже невідомий філософ колись&lt;br /&gt;</w:t>
        <w:br/>
        <w:t>висунув своєрідну гіпотезу морально-психологічної&lt;br /&gt;</w:t>
        <w:br/>
        <w:t>компенсації за умов фізичної анігіляції як іманентного&lt;br /&gt;</w:t>
        <w:br/>
        <w:t>стимулу екстремально неординарних людських вчинків,&lt;br /&gt;</w:t>
        <w:br/>
        <w:t>неадекватного для різного типу індивідуальностей,</w:t>
      </w:r>
    </w:p>
    <w:p>
      <w:r>
        <w:br/>
        <w:t>(Все поринає в пітьму).</w:t>
      </w:r>
    </w:p>
    <w:p>
      <w:r>
        <w:br/>
        <w:t>Другий програміст&lt;br /&gt;</w:t>
        <w:br/>
        <w:t>(в суцільній темряві лиш голос)&lt;br /&gt;</w:t>
        <w:br/>
        <w:t>Трансформатор перегорів. Порушена когерентність.&lt;br /&gt;</w:t>
        <w:br/>
        <w:t>Узгоджене протікання в часі кількох процесів&lt;br /&gt;</w:t>
        <w:br/>
        <w:t>не допускав різкої зміни фаз.</w:t>
      </w:r>
    </w:p>
    <w:p>
      <w:r>
        <w:br/>
        <w:t>Перший програміст&lt;br /&gt;</w:t>
        <w:br/>
        <w:t>Але нічого. Стеж за індикатором. Увага! Тиша.&lt;br /&gt;</w:t>
        <w:br/>
        <w:t>Натискаю. Є!&lt;br /&gt;</w:t>
        <w:br/>
        <w:t>І знову з пітьми проявився віз. На ньому троє,&lt;br /&gt;</w:t>
        <w:br/>
        <w:t>вв'язані, закуті.</w:t>
      </w:r>
    </w:p>
    <w:p>
      <w:r>
        <w:br/>
        <w:t>Павлюк — обличчя звернуте до неба.&lt;br /&gt;</w:t>
        <w:br/>
        <w:t>Томиленко — утупившися в землю. Сахно Черняк,&lt;br /&gt;</w:t>
        <w:br/>
        <w:t>той навіть і дрімав, похитуючись звично на вибоях.&lt;br /&gt;</w:t>
        <w:br/>
        <w:t>Сахно Черняк (ні з того і ні з сього)&lt;br /&gt;</w:t>
        <w:br/>
        <w:t>Тьху,гидомире!&lt;br /&gt;</w:t>
        <w:br/>
        <w:t>Томиленко&lt;br /&gt;</w:t>
        <w:br/>
        <w:t>Ти чого?</w:t>
      </w:r>
    </w:p>
    <w:p>
      <w:r>
        <w:br/>
        <w:t>Сахно Черняк&lt;br /&gt;</w:t>
        <w:br/>
        <w:t>Сказитись!&lt;br /&gt;</w:t>
        <w:br/>
        <w:t>Приснивсь Іуда. Ходить, придивляється,&lt;br /&gt;</w:t>
        <w:br/>
        <w:t>кого б поцілувать, щоб не сахнувся.&lt;br /&gt;</w:t>
        <w:br/>
        <w:t>Я ж, каже, зрадив тільки раз, однісінький, —&lt;br /&gt;</w:t>
        <w:br/>
        <w:t>і щоб ото буть проклятим навіки?!&lt;br /&gt;</w:t>
        <w:br/>
        <w:t>Людської ласки хочу. Одроблю.&lt;br /&gt;</w:t>
        <w:br/>
        <w:t>Та цмок мене отут десь коло вуха.&lt;br /&gt;</w:t>
        <w:br/>
        <w:t>Тьху, гидомире! Як жалом лизнув.</w:t>
      </w:r>
    </w:p>
    <w:p>
      <w:r>
        <w:br/>
        <w:t>Павлюк&lt;br /&gt;</w:t>
        <w:br/>
        <w:t>Таке і на печі не приверзеться.</w:t>
      </w:r>
    </w:p>
    <w:p>
      <w:r>
        <w:br/>
        <w:t>(На місці їде віз. Поблимують на пульті&lt;br /&gt;</w:t>
        <w:br/>
        <w:t>сигнальні індикатори. Табло).</w:t>
      </w:r>
    </w:p>
    <w:p>
      <w:r>
        <w:br/>
        <w:t>Томиленко&lt;br /&gt;</w:t>
        <w:br/>
        <w:t>Диви, на землю скільки птиці впало.&lt;br /&gt;</w:t>
        <w:br/>
        <w:t>Така холодна провесінь. З полів&lt;br /&gt;</w:t>
        <w:br/>
        <w:t>сніг не зійшов. А вчора накрапало.&lt;br /&gt;</w:t>
        <w:br/>
        <w:t>Саме окидь на журавлів.&lt;br /&gt;</w:t>
        <w:br/>
        <w:t>Оце ж летять іздалеку ключами.&lt;br /&gt;</w:t>
        <w:br/>
        <w:t>Ти чув учора, як вони кричали?&lt;br /&gt;</w:t>
        <w:br/>
        <w:t>Ой, скільки ж їх, обмерзлих журавлів!</w:t>
      </w:r>
    </w:p>
    <w:p>
      <w:r>
        <w:br/>
        <w:t>Сахно Черняк&lt;br /&gt;</w:t>
        <w:br/>
        <w:t>А я колись такого одігрів.</w:t>
      </w:r>
    </w:p>
    <w:p>
      <w:r>
        <w:br/>
        <w:t>(Ногою б'є об ногу і, вибиваючи зубами третяка,&lt;br /&gt;</w:t>
        <w:br/>
        <w:t>наспівує).</w:t>
      </w:r>
    </w:p>
    <w:p>
      <w:r>
        <w:br/>
        <w:t>"Ой, ту-дду-ду-ду!&lt;br /&gt;</w:t>
        <w:br/>
        <w:t>Як я буд-ду&lt;br /&gt;</w:t>
        <w:br/>
        <w:t>Дівчину любити!.."</w:t>
      </w:r>
    </w:p>
    <w:p>
      <w:r>
        <w:br/>
        <w:t>Перший програміст&lt;br /&gt;</w:t>
        <w:br/>
        <w:t>Звичайна інтерференція при збуренні когерентних&lt;br /&gt;</w:t>
        <w:br/>
        <w:t>хвиль. Заклади програму в комп'ютер, хай створить&lt;br /&gt;</w:t>
        <w:br/>
        <w:t>думу про Сахна Черняка.&lt;br /&gt;</w:t>
        <w:br/>
        <w:t>Роблять якісь записи, підрахунки, закладають&lt;br /&gt;</w:t>
        <w:br/>
        <w:t>в комп'ютер. У комп'ютері щось гарчить, кашляє,&lt;br /&gt;</w:t>
        <w:br/>
        <w:t>чутно камертональний звук настроюваного апарата.&lt;br /&gt;</w:t>
        <w:br/>
        <w:t>Сахно Черняк дивиться на цих людей, вони&lt;br /&gt;</w:t>
        <w:br/>
        <w:t>на нього,— і так вони розминаються у віках.</w:t>
      </w:r>
    </w:p>
    <w:p>
      <w:r>
        <w:br/>
        <w:t>Павлюк (люто кричить)&lt;br /&gt;</w:t>
        <w:br/>
        <w:t>Негайно злазь! Кажу тобі, негайно!&lt;br /&gt;</w:t>
        <w:br/>
        <w:t>Ну, хай вже ми. А ти куди, а ти?!&lt;br /&gt;</w:t>
        <w:br/>
        <w:t>Ніхто про тебе й словом не згадає,&lt;br /&gt;</w:t>
        <w:br/>
        <w:t>ані в піснях про тебе заридає!&lt;br /&gt;</w:t>
        <w:br/>
        <w:t>(Руками задубілими в кайданах напружився і все-таки&lt;br /&gt;</w:t>
        <w:br/>
        <w:t>зіпхнув).</w:t>
      </w:r>
    </w:p>
    <w:p>
      <w:r>
        <w:br/>
        <w:t>Сахно Черняк спіткнувся, доганяє...&lt;br /&gt;</w:t>
        <w:br/>
        <w:t>Мигтять на пульті електронні зорі.&lt;br /&gt;</w:t>
        <w:br/>
        <w:t>З комп'ютера чутно якесь потріскування.&lt;br /&gt;</w:t>
        <w:br/>
        <w:t>Крізь технічні шуми і потік інформації проривається&lt;br /&gt;</w:t>
        <w:br/>
        <w:t>трагічний речитатив думи:&lt;br /&gt;</w:t>
        <w:br/>
        <w:t>"Із города Боровиці (Черкаська область) то не тумани&lt;br /&gt;</w:t>
        <w:br/>
        <w:t>великі вставали,&lt;br /&gt;</w:t>
        <w:br/>
        <w:t>То Павлюка (гетьман нереєстрового козацтва)&lt;br /&gt;</w:t>
        <w:br/>
        <w:t>із Томиленком (початок XVII століття)&lt;br /&gt;</w:t>
        <w:br/>
        <w:t>уночі безоружних ізв'язали...&lt;br /&gt;</w:t>
        <w:br/>
        <w:t>Два брати кінних, а третій піший-пішаниця,&lt;br /&gt;</w:t>
        <w:br/>
        <w:t>За кінними братами поспішає,&lt;br /&gt;</w:t>
        <w:br/>
        <w:t>За стременечка хватає..."</w:t>
      </w:r>
    </w:p>
    <w:p>
      <w:r>
        <w:br/>
        <w:t>Сахно Черняк, задихаючись, біжить па місці,&lt;br /&gt;</w:t>
        <w:br/>
        <w:t>спотикається об крижані вибої дороги. Йому тим тяжче,&lt;br /&gt;</w:t>
        <w:br/>
        <w:t>що руки скручені за спиною.</w:t>
      </w:r>
    </w:p>
    <w:p>
      <w:r>
        <w:br/>
        <w:t>Сахно Черняк&lt;br /&gt;</w:t>
        <w:br/>
        <w:t>(кричить навздогін Павлюку і Томиленку)&lt;br /&gt;</w:t>
        <w:br/>
        <w:t>Я все одно вас дожену... Це ж вам не у степу верхи...&lt;br /&gt;</w:t>
        <w:br/>
        <w:t>Так той же тих... за стремена хапав...&lt;br /&gt;</w:t>
        <w:br/>
        <w:t>А мені вас що... за кайдани хапати?..&lt;br /&gt;</w:t>
        <w:br/>
        <w:t>Що ж ви мене... покинули... як обмерзлого журавля&lt;br /&gt;</w:t>
        <w:br/>
        <w:t>на дорозі...&lt;br /&gt;</w:t>
        <w:br/>
        <w:t>Мені ж там... з вами... тепліше...</w:t>
      </w:r>
    </w:p>
    <w:p>
      <w:r>
        <w:br/>
        <w:t>Повз нього пролітають стовпи високовольтної&lt;br /&gt;</w:t>
        <w:br/>
        <w:t>мережі — як скелети зачаклованих лицарів.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братів Неазовських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