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</w:t>
      </w:r>
    </w:p>
    <w:p>
      <w:r>
        <w:br/>
        <w:t xml:space="preserve"> Ріс у зеленому лісі дуб велетенський високий;&lt;br /&gt;</w:t>
        <w:br/>
        <w:t>Віти розкинувши пишно рясно-густі і широкі,&lt;br /&gt;</w:t>
        <w:br/>
        <w:t>Гордо стояв між усіми, стиха шепочучи листом;&lt;br /&gt;</w:t>
        <w:br/>
        <w:t>Кращий за всіх він здавався силою дужою й хистом;&lt;br /&gt;</w:t>
        <w:br/>
        <w:t>На світі бурі ніякі зроду б його не, зламали,&lt;br /&gt;</w:t>
        <w:br/>
        <w:t>Віти ж, простягшись, од вітру й інші дерева ховали.&lt;br /&gt;</w:t>
        <w:br/>
        <w:t>А у землі плазувала сила гробацтва гидкого,&lt;br /&gt;</w:t>
        <w:br/>
        <w:t>Нишком вони і потроху корінь під'їли у його...&lt;br /&gt;</w:t>
        <w:br/>
        <w:t>От і пов'яли, посохли цівка й могутнії віти,&lt;br /&gt;</w:t>
        <w:br/>
        <w:t>Листя пожовкле змогла вже буря й маленька оббити;&lt;br /&gt;</w:t>
        <w:br/>
        <w:t>Пишне убрання розвіяв вітер по світу; зостались&lt;br /&gt;</w:t>
        <w:br/>
        <w:t>Мертві гілки, де недавно шати зелені пишались...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