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Дружба навиворіт</w:t>
      </w:r>
    </w:p>
    <w:p>
      <w:r>
        <w:br/>
        <w:t xml:space="preserve"> &lt;blockquote&gt;&lt;p&gt;Я — українець, a ти — росіяночка —</w:t>
      </w:r>
    </w:p>
    <w:p>
      <w:r>
        <w:br/>
        <w:t>Дружба в нас.</w:t>
      </w:r>
    </w:p>
    <w:p>
      <w:r>
        <w:br/>
        <w:t>П. Тичина</w:t>
      </w:r>
    </w:p>
    <w:p>
      <w:r>
        <w:br/>
      </w:r>
    </w:p>
    <w:p>
      <w:r>
        <w:br/>
        <w:t>1. Наприкінці 50-х років мій син ходив ще до дитячого садка. Якось улітку, коли надвечір він повернувся з мамою додому, син попросив мене повести його до парку, що насупроти нашого дому. Я теж щойно повернувся з редакції і не встиг переодягтися в домашнє. Прихопивши з собою свіжі газети, я взяв малого за руку, перейшов вулицю, і ось ми вже на першій бічній алеї парку, де назустріч нам іде поважна людина пенсійного віку. Мій малий тягне мене за руку вперед, поспішаючи до майданчика з гойдалками, гігантськими кроками та іншими дитячими розвагами, не забуваючи засипати мене безнастанними запитаннями: "що?", "для чого?", "чому?", на які я ледве встигаю відповідати стомленим, тихим голосом.</w:t>
      </w:r>
    </w:p>
    <w:p>
      <w:r>
        <w:br/>
        <w:t>Почувши здалека, що моя дитина лепече по-українському, пенсіонер став уважно дивитися на нас. Сиве волосся на моїй голові видало йому мене за діда, а не батька, і пенсіонер подумав, мабуть, що дід не звертає уваги, а невістка чи зять псують дитину.</w:t>
      </w:r>
    </w:p>
    <w:p>
      <w:r>
        <w:br/>
        <w:t>Порівнявшись з нами, він спинився й співчутливо каже до мене:</w:t>
      </w:r>
    </w:p>
    <w:p>
      <w:r>
        <w:br/>
        <w:t>— Зачем вы разрешаете калечить ребенка? Кому этот язык нужен?</w:t>
      </w:r>
    </w:p>
    <w:p>
      <w:r>
        <w:br/>
        <w:t>Я подивився на нього з жалем і, зраджуючи свою звичку говорити на вулиці по-українському, відповів теж запитанням:</w:t>
      </w:r>
    </w:p>
    <w:p>
      <w:r>
        <w:br/>
        <w:t>— Скажите, почему вы не лечитесь?</w:t>
      </w:r>
    </w:p>
    <w:p>
      <w:r>
        <w:br/>
        <w:t>Почуваючи себе при доброму здоров’ї, пенсіонер здивовано вивалив на мене очі.</w:t>
      </w:r>
    </w:p>
    <w:p>
      <w:r>
        <w:br/>
        <w:t>— Ведь вы же — сумасшедший, — м’яко пояснив я йому, взяв малого знову за руку й пішов. Не оглядаючись назад, я відчував, що старий усе ще стоїть і, дивлячись мені вслід, думає: "Нет, уж если из нас двух кто и сумасшедший, то не я, а этот дед, который, по-видимому, даже потворствует такой глупости. Виданное ли дело — учить мальчика говорить по-украински? И где — в Киеве!"</w:t>
      </w:r>
    </w:p>
    <w:p>
      <w:r>
        <w:br/>
        <w:t>2. В автобусі, що курсує між заводом "Більшовик" і автовокзалом, я пройшов наперед, до водія, і прошу його спинити машину на зупинці, де автобус спиняється тільки на вимогу:</w:t>
      </w:r>
    </w:p>
    <w:p>
      <w:r>
        <w:br/>
        <w:t>— Товаришу водію, спиніть, будь ласка, автобус на Народній — мені треба там вийти.</w:t>
      </w:r>
    </w:p>
    <w:p>
      <w:r>
        <w:br/>
        <w:t>Водій кивнув головою, але молодик, на вигляд технік, а може, й інженер, стоячи поруч водія, каже мені:</w:t>
      </w:r>
    </w:p>
    <w:p>
      <w:r>
        <w:br/>
        <w:t>— А почему бы это не сказать по-русски: "Товарищ водитель, остановите, пожалуйста, на Народной автобус — мне нужно там выйти"?</w:t>
      </w:r>
    </w:p>
    <w:p>
      <w:r>
        <w:br/>
        <w:t>— А чого це я маю казати в столищ України не по-своєму: я вдома, а не в гостях.</w:t>
      </w:r>
    </w:p>
    <w:p>
      <w:r>
        <w:br/>
        <w:t>— А если водитель не поймет по-украински — ведь он может быть и русским, а не украинцем? — не вгамовується молодик.</w:t>
      </w:r>
    </w:p>
    <w:p>
      <w:r>
        <w:br/>
        <w:t>— Тоді йому треба навчитися хоч розуміти по-українському, якщо вже не говорити, як то годилось би, — сказав я.</w:t>
      </w:r>
    </w:p>
    <w:p>
      <w:r>
        <w:br/>
        <w:t>Молодик іронічно посміхнувся й по паузі каже, зухвало дивлячись на мене:</w:t>
      </w:r>
    </w:p>
    <w:p>
      <w:r>
        <w:br/>
        <w:t>— А не пахнет ли это украинским буржуазным национализмом?</w:t>
      </w:r>
    </w:p>
    <w:p>
      <w:r>
        <w:br/>
        <w:t>— Ні, — відповідаю я, — говорити своєю мовою і поважати мови інших народів — це інтернаціоналізм, а не націоналізм, через що комуністи в Москві говорять російською мовою, в Парижі — французькою, у Варшаві — польською…</w:t>
      </w:r>
    </w:p>
    <w:p>
      <w:r>
        <w:br/>
        <w:t>— Но ведь здесь же — Киев! — перебиває мене молодик.</w:t>
      </w:r>
    </w:p>
    <w:p>
      <w:r>
        <w:br/>
        <w:t>— А в Києві — повинні українською.</w:t>
      </w:r>
    </w:p>
    <w:p>
      <w:r>
        <w:br/>
        <w:t>— Да-а? — чи то здивувався, чи обурився молодик.</w:t>
      </w:r>
    </w:p>
    <w:p>
      <w:r>
        <w:br/>
        <w:t>— Так! — ствердив я і додав: — А от від ваших запитань не то що пахне, а тхне фашизмом.</w:t>
      </w:r>
    </w:p>
    <w:p>
      <w:r>
        <w:br/>
        <w:t>— То есть, как это? — тепер уже виразно обурився мій випадковий співбесідник і обернувся до публіки, шукаючи підтримки. Публіка мовчки стежила за нашим словесним двобоєм, одні, можливо, нишком співчуваючи мені, інші, спантеличені моїм категоричним тоном, вагаючись устрявати в суперечку, надто коли я пояснив: — Фашизм починається не з Бухбнвальда, Освєнціма й Бабиного яру, а з непошани до іншого народу, накидання йому своєї мови, звичаїв, порядків…</w:t>
      </w:r>
    </w:p>
    <w:p>
      <w:r>
        <w:br/>
        <w:t>Тут автобус підійшов до моєї зупинки, розчинилися двері, і я вийшов, побажавши своєму опонентові завжди й скрізь бути людиною. А він замовк, спантеличено дивлячись на мене: а ну ж згори спустили директиву, щоб у Києві говорити по-українському, а він її прогавив, — що тоді буде? Адже на світі всяко буває!..</w:t>
      </w:r>
    </w:p>
    <w:p>
      <w:r>
        <w:br/>
        <w:t>3. Якось в останні дні перед Новим роком мені забракувало листівок для новорічних привітань, і я, вийшовши з дому, підійшов на вулиці Леніна в Києві до газетного кіоска купити їх. Кіоскер охоче розклав передо мною кілька зразків, пропонуючи вибрати, але всі листівки були з російським текстом привітання.</w:t>
      </w:r>
    </w:p>
    <w:p>
      <w:r>
        <w:br/>
        <w:t>— Мені треба — з українським текстом, — сказав я, але таких не було жоднрї. — Як же це так — у столиці України ви не продаєте новорічних листівок українською мовою?</w:t>
      </w:r>
    </w:p>
    <w:p>
      <w:r>
        <w:br/>
        <w:t>— Було їх трохи, але враз розхапали люди, — байдуже відповів єврей-кіоскер.</w:t>
      </w:r>
    </w:p>
    <w:p>
      <w:r>
        <w:br/>
        <w:t>— Значить, треба зробити так, щоб таких листівок було не трохи, а багато.</w:t>
      </w:r>
    </w:p>
    <w:p>
      <w:r>
        <w:br/>
        <w:t>— А що я зроблю, хіба це від мене залежить? — знизує плечима кіоскер. — У мене хоч і мало, та були все ж, а от зайдіть на пошту — там їх зовсім ніколи не буває…</w:t>
      </w:r>
    </w:p>
    <w:p>
      <w:r>
        <w:br/>
        <w:t>Це я і без нього знаю і тому не повертаюся до поштового філіалу, що майже насупроти кіоску, а думаю, відходячи, куди б мені ще піти — спробувати дістати листівок з українським текстом. Кіоскер навздогін радить мені:</w:t>
      </w:r>
    </w:p>
    <w:p>
      <w:r>
        <w:br/>
        <w:t>— А ви спитайте ще в метро: там інколи бувають вони…</w:t>
      </w:r>
    </w:p>
    <w:p>
      <w:r>
        <w:br/>
        <w:t>Але кіоскера перебиває роздратований голос огрядної жінки з чорнобуркою на плечах. Їй треба свіжий журнал мод, а я затримав її своєю балаканиною про листівки, і вона не може приховати свого обурення:</w:t>
      </w:r>
    </w:p>
    <w:p>
      <w:r>
        <w:br/>
        <w:t>— Ему нужно непременно на украинском языке, как будто не одинаково, на русском ли, на украинском! Просто куражится от нечего делать! Ну и тип!..</w:t>
      </w:r>
    </w:p>
    <w:p>
      <w:r>
        <w:br/>
        <w:t>4. Я пробирався в переповненому київському трамваї до виходу й питаю чоловіка, що стоїть мені на заваді:</w:t>
      </w:r>
    </w:p>
    <w:p>
      <w:r>
        <w:br/>
        <w:t>— Ви зараз виходите?</w:t>
      </w:r>
    </w:p>
    <w:p>
      <w:r>
        <w:br/>
        <w:t>Літній чолов’яга, на вигляд завмаг або експедитор, обернувся й, побачивши мене в капелюсі й зимовому пальті, людину явно міського типу, питає, утрируючи українську мову, якою я до нього звернувся:</w:t>
      </w:r>
    </w:p>
    <w:p>
      <w:r>
        <w:br/>
        <w:t>— А куди це ви, дядьку, спішите в городі?</w:t>
      </w:r>
    </w:p>
    <w:p>
      <w:r>
        <w:br/>
        <w:t>Стримуючи своє обурення, я відповідаю:</w:t>
      </w:r>
    </w:p>
    <w:p>
      <w:r>
        <w:br/>
        <w:t>— Куди я поспішаю — це моє діло, а вас, щоб не полетіли сторчака від мене, коли виходитиму, поки що тільки питаю.</w:t>
      </w:r>
    </w:p>
    <w:p>
      <w:r>
        <w:br/>
        <w:t>— Виходжу, — коротко сказав він, діставши відсіч і побачивши, Що тут не покепкуєш з мови, яка йому чомусь не до смаку. Коли ми вийшли на вулицю, я спинив його і сказав:</w:t>
      </w:r>
    </w:p>
    <w:p>
      <w:r>
        <w:br/>
        <w:t>— Таких, як ви, я нещадно карав би в інтересах вашого ж народу! Ви не можете образити мій народ безглуздим знущанням з його мови, але через поведінку таких суб’єктів, як ви, мій народ складає хибну думку про всіх людей вашої національності!</w:t>
      </w:r>
    </w:p>
    <w:p>
      <w:r>
        <w:br/>
        <w:t>Він зблід і, поки я не одійшов, стояв і кліпав зніяковілими очима. Може, зараз він уперше в житті замислився, де він живе й з кого намагається кепкувати…</w:t>
      </w:r>
    </w:p>
    <w:p>
      <w:r>
        <w:br/>
        <w:t>5. Я зайшов до одної з київських бібліотек і попросив дати мені "Анти-Дюринґ" Енгельса. Бібліотекарка пошукала на полицях і чемно каже мені:</w:t>
      </w:r>
    </w:p>
    <w:p>
      <w:r>
        <w:br/>
        <w:t>— К сожалению, нет сейчас "Анти-Дюринга".</w:t>
      </w:r>
    </w:p>
    <w:p>
      <w:r>
        <w:br/>
        <w:t>— Та невже "Анти-Дюринг" у вас — тільки в одному примірнику? — здивувався я.</w:t>
      </w:r>
    </w:p>
    <w:p>
      <w:r>
        <w:br/>
        <w:t>— Нет, почему же — имеется несколько экземпляров, но все они на руках; осталось только два, но они на украинском языке…</w:t>
      </w:r>
    </w:p>
    <w:p>
      <w:r>
        <w:br/>
        <w:t>— Так мені саме й треба — в українському перекладі.</w:t>
      </w:r>
    </w:p>
    <w:p>
      <w:r>
        <w:br/>
        <w:t>— Вот как? Пожаалуйста!</w:t>
      </w:r>
    </w:p>
    <w:p>
      <w:r>
        <w:br/>
        <w:t>І бібліотекарка подала мені новісінький примірник "Анти-Дюринга", все ще не ймучи віри, що я серйозно взяв його для читання. Такого дива вона, очевидно, ще не бачила в Києві…</w:t>
      </w:r>
    </w:p>
    <w:p>
      <w:r>
        <w:br/>
        <w:t>6. В універмазі на Хрещатику я попросив продавця, гарненьку, чепурно одягнену дівчину, показати потрібну мені річ. Звернувся до неї, як звичайно, по-українському. Хоч людей коло прилавка було небагато і я нікого не випередив чергою, продавець не поспішала обслужити мене. За хвилину я повторив своє прохання, але продавець, як і перше, обминала мене своєю увагою і обслуговувала тих, хто прийшов після мене, але говорив до неї російською мовою. Догадуючись, що спричиняє неуважність продавця до мене, я обурився й зажадав книгу скарг.</w:t>
      </w:r>
    </w:p>
    <w:p>
      <w:r>
        <w:br/>
        <w:t>— Я не понимаю, что вам, наконец, от меня нужно?! — відповіла, обурюючись і собі, продавець, але не дала ні потрібної мені речі, ні книги скарг.</w:t>
      </w:r>
    </w:p>
    <w:p>
      <w:r>
        <w:br/>
        <w:t>— Покличте, хто у вас тут старший! — категорично сказав я, але нашу розмову на високих тонах уже почула друга, старша віком продавець, яка, перепросивши й намагаючись зі мною сяк-так говорити по-українському, швидко задовольнила мої нескладні вимоги. Я подякував їй і, не вимагаючи більше книги скарг, поволі одійшов убік оглянути виставлений напоказ крам. Старша продавець пошепки картала свою нерозважну подругу:</w:t>
      </w:r>
    </w:p>
    <w:p>
      <w:r>
        <w:br/>
        <w:t>— Ты думаешь, если он говорит по-украински, так это обязательно с колхоза приехал. А если он из ЦК или Совета Министров — ведь там тоже такие бывают, — или, еще хуже, из Канады, а то из США? Ты подумала, что может получиться? То-то же!..</w:t>
      </w:r>
    </w:p>
    <w:p>
      <w:r>
        <w:br/>
        <w:t>Не знаю, чи подумала далі про це гарненька продавець, але я задумався: а що, коли б справді побачив ці сцени хтось із ЦК КПУ чи Ради Міністрів УРСР — що тоді було б?..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Дружба навиворіт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