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Довкола жовтий вечір ліг...</w:t>
      </w:r>
    </w:p>
    <w:p>
      <w:r>
        <w:br/>
        <w:t xml:space="preserve"> ДОВКОЛА ЖОВТИЙ ВЕЧІР ЛІГ...</w:t>
      </w:r>
    </w:p>
    <w:p>
      <w:r>
        <w:br/>
        <w:t>Перекладач: С.Жолоб</w:t>
      </w:r>
    </w:p>
    <w:p>
      <w:r>
        <w:br/>
        <w:t>Довкола жовтий вечір ліг,&lt;br /&gt;</w:t>
        <w:br/>
        <w:t>Тремтить квітнева прохолода.&lt;br /&gt;</w:t>
        <w:br/>
        <w:t>Ти запізнивсь на стільки літ,&lt;br /&gt;</w:t>
        <w:br/>
        <w:t>Та радість буде там, де згода.&lt;br /&gt;</w:t>
        <w:br/>
        <w:t>Присядь до мене ближче ти,&lt;br /&gt;</w:t>
        <w:br/>
        <w:t>I подивись веселим оком:&lt;br /&gt;</w:t>
        <w:br/>
        <w:t>Блакитні зошита листки —&lt;br /&gt;</w:t>
        <w:br/>
        <w:t>Віршів моїх дитячі спроби.&lt;br /&gt;</w:t>
        <w:br/>
        <w:t>Пробач, що сумно так жила&lt;br /&gt;</w:t>
        <w:br/>
        <w:t>I сонце бачила несміло.&lt;br /&gt;</w:t>
        <w:br/>
        <w:t>Пробач, пробач, що багатьма&lt;br /&gt;</w:t>
        <w:br/>
        <w:t>Я багатьма переболіла.</w:t>
      </w:r>
    </w:p>
    <w:p>
      <w:r>
        <w:br/>
        <w:t>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Довкола жовтий вечір ліг...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