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Довбанюк</w:t>
      </w:r>
    </w:p>
    <w:p>
      <w:r>
        <w:br/>
        <w:t xml:space="preserve"> &lt;blockquote&gt;&lt;p&gt; Присвячую Степанові Ковалеву</w:t>
      </w:r>
    </w:p>
    <w:p>
      <w:r>
        <w:br/>
      </w:r>
    </w:p>
    <w:p>
      <w:r>
        <w:br/>
        <w:t>Та його властиво так тілько прозвали Довбанюком, за те, що все ходив у тих шляхетських, незбираних, як то кажуть, вибачте, "довбаних" штанах. А звався він властиво Городиський. Шляхціц був,— правда, що з тих ходачкових, але фуми шляхетської стілько, що хоч і графові не стид би. Іде тото, бувало, вулицею, обшарпане, в полотнянці, два роки непраній, заталапаній по коліна,— хто би його не знав, то би йому кусник хліба дав, як дідові, а зустрінеться з хлопом, то надується, як той індик, ніс догори, ніби зорі лічить, та й просто насупротив, не вважає ні на що. I най-но би поважився чоловік не обминути його або підтокою за полотнянку зачепити, то так зганьбить, що й о світі не стямишся!</w:t>
      </w:r>
    </w:p>
    <w:p>
      <w:r>
        <w:br/>
        <w:t>— А ти, мудю! А ти, хлопє! А ти, опришку! Чи не бачиш, що я йду, не можеш уступитися?</w:t>
      </w:r>
    </w:p>
    <w:p>
      <w:r>
        <w:br/>
        <w:t>Свої люди вже знали тоту його фудулію, то тілько всміхнеться, бувало, чоловік та й скаже:</w:t>
      </w:r>
    </w:p>
    <w:p>
      <w:r>
        <w:br/>
        <w:t>— Ну, ну, пане Городиський (якби не сказав "пане", то, крий мати божа, образиться на смерть!), вибачайте за сей раз, я не хотячи!</w:t>
      </w:r>
    </w:p>
    <w:p>
      <w:r>
        <w:br/>
        <w:t>I Городиський гордо кивне головою на знак, що перемінив гнів на милість, і почалапкає собі дальше вулицею. А коли се лучилося з незнайомим, чужосільним чоловіком, то такий не раз стане, слухає-слухає Довбанюкової ганьби, а тут видить, що чоловік зовсім ледащо, та й почне кпити собі з нього.</w:t>
      </w:r>
    </w:p>
    <w:p>
      <w:r>
        <w:br/>
        <w:t>— Ба, а чому ж то пан у кариті четвернею не їдуть, а тілько пішки по болоті чвалають?</w:t>
      </w:r>
    </w:p>
    <w:p>
      <w:r>
        <w:br/>
        <w:t>— Чекай-но ти, чекай,— скрикне на те Довбанюк,— прийде ще такий час, що ми, шляхта, будемо вами, хамами, їздити!</w:t>
      </w:r>
    </w:p>
    <w:p>
      <w:r>
        <w:br/>
        <w:t>— А бодай-то бог о тім не довідався!— сміється чоловік, а Довбанюк іще дужче лютує.</w:t>
      </w:r>
    </w:p>
    <w:p>
      <w:r>
        <w:br/>
        <w:t>— Орати будемо вами, так! А вашими бабами волочити, щоб ти знав! Ти гадаєш, що я жартую? Чекай тілько, за два роки Польща буде, побачиш!</w:t>
      </w:r>
    </w:p>
    <w:p>
      <w:r>
        <w:br/>
        <w:t>Почувши таку бесіду, чоловік швидко перестає сміятися, з якомось острахом позирне на Довбанюка, далі сплюне щосили та й мовчки рушає дальше в свою путь. А Довбанюк також сплюне та й воркоче собі під носом:</w:t>
      </w:r>
    </w:p>
    <w:p>
      <w:r>
        <w:br/>
        <w:t>— От хами! Як собі розібрали. Забули вже дисципліну, зовсім забули! Але чекайте лишень, прийде ще на вас криска, пізнаєте ви, що що шляхтич, то не хлоп. Най-но тілько нам Польща вернеся!</w:t>
      </w:r>
    </w:p>
    <w:p>
      <w:r>
        <w:br/>
        <w:t>Дуже часто він, бідолаха, тоту небіжечку Польщу згадував. Та й бог його знає, як йому здавалося: чи тоді грушки на вербах рости будуть, чи колачова туча спаде, чи що? Те тілько видавалось йому певним, що тоді й найгіршому шляхтичеві щодень буде пущанє. А тут у нього, бідолахи, щодень велика п’ятниця. Робити, бачите, не хочеться так тяжко, як хлопові, своїх достатків хіба стілько, що на хребті, ну, а їсти треба. От так де саду пильнувати, в пасіці роїв доглянути (хоч бджіл дуже боявся і на пасічництві не розумівся), під час толоки коло женців постояти або зимою скіпок наколоти та збіжжя на млинку провіяти — стілько його й роботи було. А не кличе, бувало, й до такої ніхто, то він літом у ліс на губи плентається, набере голубінок, гіркань, сироїжок, накладе де-будь огник та й пече-пече й їсть. А зимою, то так-таки голіруч з хати до хати волочиться, посидить, посопе, побалакає, коли що дадуть, то перекусить, а як ні, то далі плентаєсь.</w:t>
      </w:r>
    </w:p>
    <w:p>
      <w:r>
        <w:br/>
        <w:t>Було в нашім селі кілька багатих шляхтичів, ще й тезки Довбанюкові, все Городиські, хоч і не свояки. То ті вже зглядь мали на нього. Літом до роботи запрошують, а й зимою не забувають. Не знаю, чи там змова між ними була, чи що, досить, що коли Довбанюк у них не сидів і не стравувався, давали йому "лігурально"* щотижня по гарцеві ячмінної муки. Ми, діти, бувало, сміху маємо!.. Скоро тілько субота-вечір, мій Довбанюк, нічого нікому не кажучи, бере мішочок за ремінь та й у село. А ми, також нічого не кажучи, та й за ним.</w:t>
      </w:r>
    </w:p>
    <w:p>
      <w:r>
        <w:br/>
        <w:t>— А ви куди, колодачики? (Всі діти у нього звалися "колодачики".)</w:t>
      </w:r>
    </w:p>
    <w:p>
      <w:r>
        <w:br/>
        <w:t>— Та так собі! Біжимо послухати, відки пси гавкають.</w:t>
      </w:r>
    </w:p>
    <w:p>
      <w:r>
        <w:br/>
        <w:t>— Дам я вам псів!</w:t>
      </w:r>
    </w:p>
    <w:p>
      <w:r>
        <w:br/>
        <w:t>I він грозив нам пальцем. Дуже, бачите, не любив, коли хто за ним заглядав, що він робить або куди ходить. А нам тілько того й треба. Нам хоч би й у конець села пробігатися, аби тілько Довбанюка подражнити. I як то вже він ізвивався, через плоти скакав, у кукурудзи та в колопні ховався, коби тільки змилити нас, аби ми не знали, в котру хату він заходить. Та куди тобі сховатися перед чотирма парами всевидющих дитячих очей! Куди він, туди й ми за ним, а все кричимо:</w:t>
      </w:r>
    </w:p>
    <w:p>
      <w:r>
        <w:br/>
        <w:t>— Пане Городиський, геп-геп! Пане Городиський, геп— геп!</w:t>
      </w:r>
    </w:p>
    <w:p>
      <w:r>
        <w:br/>
        <w:t>— Ну, ну,— воркоче він із колопень,— гепну я тебе одного з другим, лиш ти не йди мені з очей!</w:t>
      </w:r>
    </w:p>
    <w:p>
      <w:r>
        <w:br/>
        <w:t>А коли вже дістане свій гарчик муки, з хати виходить та й просто на вулицю. Тоді вже ані гадки поза плоти скакати. Самою серединою дороги суне, і борони господи до нього підступити! Та й просто до нашої хати. З моїм татом він якийсь давній знайомий був, ну, та й пасіка у нас, сад; досить, що він усе любив пересиджувати у нас, коли деінде діла не мав. "Тут моє припиновище,— каже, бувало,— поки не проженете". I скринька його зо шматтям у нас у коморі стояла. Навіть горнець свій і залізну ложку в тій самій скриньці мав. Та то він у тім горшку щодня собі у нас лемішку варив із тої муки. Зварить, бувало, водою розпустить та й сьорбає. Мама не втерплять, капнуть йому молока до тої бевки, а він відвернеться, ніби не бачить, аби не потребував дякувати. Не любив, бачите, виду показувати, що хтось йому ласку робить, а вже попросити в кого чого — радше з голоду згине! "Що то, — кажуть, бувало, мама,— "шляхетська манерія"!" Та й байдуже собі, привикли до старого Довбанюка.</w:t>
      </w:r>
    </w:p>
    <w:p>
      <w:r>
        <w:br/>
        <w:t>Так, отже, послухайте, яка то старої голови на старість дурниця вчепилася! Неділя була, десь так перед Петром, саме того року, як то тота польська рухавка в Варшаві зчинилася. Газет у нас тоді ніяких не було, а так тілько глухі вісті поміж народом ходили, що "поляки прийдуть, хлопів різати будуть" або щонайменше "панщину завернуть". Хлопи дуже похнюпились, а шляхтичі мов на дріжджах росли. А село наше, бачите, мішане: більша половина хлопів, а менша шляхти. А що вже наш Довбанюк, так сей не раз і крізь сон кричав: "Чекайте-но ви, хами, скоро Польща буде! Ми вам!"</w:t>
      </w:r>
    </w:p>
    <w:p>
      <w:r>
        <w:br/>
        <w:t>Від самої весни ходив як загорілий. До роботи ніякої, хоч його ріж, то не піде, а хоч би й пішов, то що з нього за робота! Нехай там собі рої летять, куди їх бог провадить, нехай костогризи та сорокопуди черешні об’їдають, нехай каня всі гусята поб’є — він ані не бачить, ані не чує нічого! Адже швидко Польща буде! То й не дивниця, що поки що до чого, а наш Довбанюк таки порядно з голоду млів. На його лихо, й губи того року не зародили, і риба не ловилася. Якби не той гарчик ячмінної муки, що йому щосуботи тезки давали, то був би Довбанюк, таки не дочекавши Польщі, з голоду загиб. Мама прогодувати його не могли, бо у них і своїх дітей було досить, а передновок випав тяжкий. Але Довбанюк байдуже собі! Чим тісніше коло нього, тим дужче він за своєю Польщею вбивається.</w:t>
      </w:r>
    </w:p>
    <w:p>
      <w:r>
        <w:br/>
        <w:t>Сидимо ми отак на приспі з полудня: тато, ще кілька сусідів і ми, діти, а Довбанюк на сінешнім порозі лемішку їсть, таки з горшка, нерозпущену. Пожурилися наші газди передновинком, а далі на повстання зійшли, розповідають, що хто на ярмарці чув або від чужосільних.</w:t>
      </w:r>
    </w:p>
    <w:p>
      <w:r>
        <w:br/>
        <w:t>— Кажуть, що щось маскаль замагає,— бовкнув один.</w:t>
      </w:r>
    </w:p>
    <w:p>
      <w:r>
        <w:br/>
        <w:t>— Хто то каже? Хто сміє казати? — аж скрикнув Довбанюк, зірвавшися з порога і кинувши до горшка своєю залізною ложкою.</w:t>
      </w:r>
    </w:p>
    <w:p>
      <w:r>
        <w:br/>
        <w:t>— Ой, пане Городиський, круто з вашою Польщею! Там, повідають, маскаль повстанців, як риби в саку, ловить, а котрих зловить, то з тими таке робить, що був-був когут, а по тому зістав каплуном!</w:t>
      </w:r>
    </w:p>
    <w:p>
      <w:r>
        <w:br/>
        <w:t>— Дурні повідають, а ще більші дурні слухають!</w:t>
      </w:r>
    </w:p>
    <w:p>
      <w:r>
        <w:br/>
        <w:t>— Ну, та ми, власне, потихо собі шептали, щоб ви не потребували слухати.</w:t>
      </w:r>
    </w:p>
    <w:p>
      <w:r>
        <w:br/>
        <w:t>Загальний регіт. Довбанюк аж почервонів зо злості, але не сказав нічого, тілько сів назад на поріг і взявся знов до свого горшка з лемішкою.</w:t>
      </w:r>
    </w:p>
    <w:p>
      <w:r>
        <w:br/>
        <w:t>— От дармо-сьте пана розгнівали,— передражнює один газда. — Хто знає, може, он завтра Польща буде! То-то будете в ярмі ходити, що аж гей!</w:t>
      </w:r>
    </w:p>
    <w:p>
      <w:r>
        <w:br/>
        <w:t>— Га, як у ярмі, то в ярмі,— відмовляє другий. — Але я гадаю, що пан Городиський не будуть такі, покажуть свою велику ласку для нас, дурних хлопів.</w:t>
      </w:r>
    </w:p>
    <w:p>
      <w:r>
        <w:br/>
        <w:t>А Городиський нічого, тілько сопе та ячмінну лемішку уплітає. Коли втім собаки загавкали, а з сусіднього закаулка залунав, немов цапиний бек, тонкий, голосок:</w:t>
      </w:r>
    </w:p>
    <w:p>
      <w:r>
        <w:br/>
        <w:t>— Го&amp;#769;ршки друтова&amp;#769;ць, мамо&amp;#769;-о-о!</w:t>
      </w:r>
    </w:p>
    <w:p>
      <w:r>
        <w:br/>
        <w:t>— Агій, сказився та в неділю горшки дротує? — загомоніли газди.</w:t>
      </w:r>
    </w:p>
    <w:p>
      <w:r>
        <w:br/>
        <w:t>— Препрашам, я сем завтра по&amp;#769;дротую, а нині тілько шукам, де сем пре&amp;#769;ночую! — відізвався з-за плота такий самий цапиний голос дротаря.</w:t>
      </w:r>
    </w:p>
    <w:p>
      <w:r>
        <w:br/>
        <w:t>— Чи бач, який хитрий! Ну, ходи сюда, ходи! — сказали тато і вказали дротареві перелаз.</w:t>
      </w:r>
    </w:p>
    <w:p>
      <w:r>
        <w:br/>
        <w:t>Дротарів у нас у ту пору дуже радо приймали, бо дротар усе одно, що газета, про всяку всячину розкаже. Бувало, повна хата людей найде, як на комашню*, а він собі на лаві засяде та "сем" та "лем" — і плете, що йому слина на язик наверне, а люди аж роти порознімають та тілько ахають. Та й волочилося тих дротарів багато, що кілька день усе якийсь новий. Чутка йшла навіть, що їх навмисне підсилано. Одні казали, що їх пани підсилають, аби хлопів бунтували, а другі казали, що уряд підсилає, аби пантрували, чи хлопи справді не бунтуються.</w:t>
      </w:r>
    </w:p>
    <w:p>
      <w:r>
        <w:br/>
        <w:t>Так і сей дротар. Переліз на подвір’я, привітався з газдами та й сів на приспі. Спочиває. Газди його розпитують то про се, то про те, а він нічого. Слово-дві скаже та й далі сопе. За невеличку хвилю вже відкись по селу чутка пробігла, що дротар об’явився. Ого, зараз півподвір’я людей насходилося — новин послухати. Тоді мій дротар як не розбалакаєсь! Зразу затинав і "сем" і "лем", плів щось таке, що мара знає що, а далі почав чисто по-польськи, та й уже не про що, як тілько про повстання. Почав розповідати, як то повстанці б’ють москаля, як француз і англік ось-ось уже полякам на поміч виступлять, як і наш цісар нічого против того не має, щоб москалеві "курти скроїти", як то деінде й хлопи до повстання йдуть, а пани хлопам не лиш панщину, але й усі ліси й пасовиська дарують.</w:t>
      </w:r>
    </w:p>
    <w:p>
      <w:r>
        <w:br/>
        <w:t>— P&amp;#243;jd&amp;#378;cie, ludzie, p&amp;#243;jd&amp;#378;cie! — говорив він.—Ojczyzna wo&amp;#322;a! S&amp;#322;uchajcie piosneczki!*</w:t>
      </w:r>
    </w:p>
    <w:p>
      <w:r>
        <w:br/>
        <w:t>Та й затягнув своїм цапиним голоском:</w:t>
      </w:r>
    </w:p>
    <w:p>
      <w:r>
        <w:br/>
        <w:t>St&amp;#243;j, wrogu, st&amp;#243;j,</w:t>
      </w:r>
    </w:p>
    <w:p>
      <w:r>
        <w:br/>
        <w:t>Bo nie usta&amp;#322; b&amp;#243;j!*</w:t>
      </w:r>
    </w:p>
    <w:p>
      <w:r>
        <w:br/>
        <w:t>Співаючи, він підскакував, крутився на одній нозі, помахував у одній руці звоєм дроту, а в другій тим шилом, що горшки править. Люди слухали, дивилися, як на комедію, деякі сміялися, жінки хрестилися. А коли дротар закінчив свою пісню страшними словами:</w:t>
      </w:r>
    </w:p>
    <w:p>
      <w:r>
        <w:br/>
        <w:t>Powiesimy was po parze,</w:t>
      </w:r>
    </w:p>
    <w:p>
      <w:r>
        <w:br/>
        <w:t>Czynowniki, dygnitarze!* —</w:t>
      </w:r>
    </w:p>
    <w:p>
      <w:r>
        <w:br/>
        <w:t>то всі вибухнули голосним реготом, так кумедно вертівся та перекривлювався дротар.</w:t>
      </w:r>
    </w:p>
    <w:p>
      <w:r>
        <w:br/>
        <w:t>— P&amp;#243;jd&amp;#378;cie, ludzie, p&amp;#243;jd&amp;#378;cie! — проговорював він дальше. — Poka&amp;#380;cie, &amp;#380;e wy wierne polskie dzieci!*</w:t>
      </w:r>
    </w:p>
    <w:p>
      <w:r>
        <w:br/>
        <w:t>— Та брешеш, козячий сину! —сказав на те з добродушним притиском один газда .— Бо ми ані не діти, ані не польські!</w:t>
      </w:r>
    </w:p>
    <w:p>
      <w:r>
        <w:br/>
        <w:t>— Дротарю, я йду з тобою! — залунав нараз різкий могучий голос. Усі озирнулися й ахнули. На порозі сінешніх дверей стояв Довбанюк з горшком недоїденої лемішки в одній а залізною ложкою в другій руці і, не зводячи очей із дротаря, грозив, бачилось, цілому світові.</w:t>
      </w:r>
    </w:p>
    <w:p>
      <w:r>
        <w:br/>
        <w:t>— Я йду з тобою, чуєш, дротарю! — повторив він іще раз. — А їх не клич, се хлопство нічого не розуміє.</w:t>
      </w:r>
    </w:p>
    <w:p>
      <w:r>
        <w:br/>
        <w:t>— Довбанюку! — скрикнув йому мій тато, забувши навіть утитулувати його паном,— Чи ти стікся, чи тобі що такого?</w:t>
      </w:r>
    </w:p>
    <w:p>
      <w:r>
        <w:br/>
        <w:t>— Мовчи, хаме! — гримнув Довбанюк, кинувши на тата таким неописано згірдним поглядом, якого я зроду не бачив і бачити не буду. І, не кажучи більше нічого, він обернувся, пішов до комори, відмок свою скриньку, вложив до неї горнець, до половини повний лемішки, положив-таки необтерту ложку, замо&amp;#769;к скриньку, сховав ключ у сінях під ступу і, взявши в руку палицю, вийшов на подвір’є.</w:t>
      </w:r>
    </w:p>
    <w:p>
      <w:r>
        <w:br/>
        <w:t>— Гурра! — повітали його люди грімким окликом,</w:t>
      </w:r>
    </w:p>
    <w:p>
      <w:r>
        <w:br/>
        <w:t>— От козак, раз козак!</w:t>
      </w:r>
    </w:p>
    <w:p>
      <w:r>
        <w:br/>
        <w:t>— Оперезався, зовсім зібрався.</w:t>
      </w:r>
    </w:p>
    <w:p>
      <w:r>
        <w:br/>
        <w:t>— Хоч до повстання, хоч у просо воробців пуджати!</w:t>
      </w:r>
    </w:p>
    <w:p>
      <w:r>
        <w:br/>
        <w:t>Мов град, сипалися насміхи на Довбанюкову голову.</w:t>
      </w:r>
    </w:p>
    <w:p>
      <w:r>
        <w:br/>
        <w:t>А він нічого собі. Взяв дротаря запідруку, навіть не поклонився нікому, та й пішли.</w:t>
      </w:r>
    </w:p>
    <w:p>
      <w:r>
        <w:br/>
        <w:t>— Гей, музики військової! З парадою провести пана капітана!— крикнув хтось, і за хвилю де не взялась юрба хлопців з цебриками, нецьками, скіпцями, другі попри них з патиками, та й луп-цуп, трах-тарах, тарабанять щосили! Я й сам, тямлю як нині, лупив поцебрику, щотроха дно не вибив. Крик, гвалт, гармидер! А за бандою друга купа йде — парубки, газди, та ревуть-ревуть:</w:t>
      </w:r>
    </w:p>
    <w:p>
      <w:r>
        <w:br/>
        <w:t>Пристань, Юрку, до вербунку,</w:t>
      </w:r>
    </w:p>
    <w:p>
      <w:r>
        <w:br/>
        <w:t>Будеш їсти з маслом курку!</w:t>
      </w:r>
    </w:p>
    <w:p>
      <w:r>
        <w:br/>
        <w:t>Будеш їсти, будеш пити,</w:t>
      </w:r>
    </w:p>
    <w:p>
      <w:r>
        <w:br/>
        <w:t>Довбеньками воші бити.</w:t>
      </w:r>
    </w:p>
    <w:p>
      <w:r>
        <w:br/>
        <w:t>Ну, вже, одно слово, зі славною парадою проводили ми Довбанюка аж за село. А він нічого, пішов, навіть не подякував.</w:t>
      </w:r>
    </w:p>
    <w:p>
      <w:r>
        <w:br/>
        <w:t>Минули жнива — за Довбанюком і слухи загули. Мов у воду канув. Уже люди й сміятися перестали. Аж ось на першої матки знов якось так випало, що у нас на приспі народу зібралося чимало. Сидять, балакають. Коли нараз глядимо: лізе щось улицею, обдерте, згорблене, скулене, ледве ноги за собою тягне. Та й ноги лепські: подряпані, покровавлені по самі коліна, бо якраз тілько до колін останки штанів досягали. Лізе просто на наше подвір’є, наближається, знімає з голови щось ніби лопушшя, ликом пов’язане... Господи, та се ж він сам, се Довбанюк!</w:t>
      </w:r>
    </w:p>
    <w:p>
      <w:r>
        <w:br/>
        <w:t>— Юрку! Пане Городиський! Чи то ви? — скрикнуло разом до нього кільканадцять голосів. Але в жаднім голосі й тіні насмішки не було.</w:t>
      </w:r>
    </w:p>
    <w:p>
      <w:r>
        <w:br/>
        <w:t>— Я! — відповів коротко Довбанюк і, здавалося, з крайнім напруженням усіх сил випростувався і гордо пройшов крізь товпу згуртованих біля нього людей. Усі до нього з запитами: а що? а як? а де? а куди? а коли? — а він ані слова. До сіней, та під ступу, та до комори, та до своєї скриньки. Відмок і першим ділом хап за горнець з лемішкою та за залізну ложку. Горнець був повний і ложка була повна, але пліснятини. Йому байдуже! Немов нічого й не бувало, сів на той самий сінешній поріг, здряпав плісень, та як почне їсти, як почне!.. Люди обступили його довкола і постовпіли.</w:t>
      </w:r>
    </w:p>
    <w:p>
      <w:r>
        <w:br/>
        <w:t>— Бідний чоловік! Два місяці нічого не їв!</w:t>
      </w:r>
    </w:p>
    <w:p>
      <w:r>
        <w:br/>
        <w:t>Насилу мама вирвали йому з рук запліснілу лемішку та дали теплого борщу, пирога, молока. Насилу попоїв і прийшов до себе. Насилу розговорився.</w:t>
      </w:r>
    </w:p>
    <w:p>
      <w:r>
        <w:br/>
        <w:t>— Та де ж ви були?</w:t>
      </w:r>
    </w:p>
    <w:p>
      <w:r>
        <w:br/>
        <w:t>— А дідько знає! Десь на границі.</w:t>
      </w:r>
    </w:p>
    <w:p>
      <w:r>
        <w:br/>
        <w:t>— Та що ж ви робили?</w:t>
      </w:r>
    </w:p>
    <w:p>
      <w:r>
        <w:br/>
        <w:t>— А дідько знає! Якісь дуби тягав. Було нас дванацять, таких самих старих дурнів, як я. Завели нас до якогось пана та й там казали ждати на розкази. Ждали ми, ждали, розумієся, в лісі. Далі пану навкучилося, та й каже нам: "От не маєте тут що робити, тягайте оті дуби з того боку границі на сей бік". А то вам через ліси та нетрі такі, що крий боже! "Се,— каже,— потрібно буде для войовання, коли сюди війна прийде". Тягати каже швидко, а їсти дає щораз то скупіше. Тягали ми, тягали,— адіть, як обтягалися! — а далі взяли та й утекли.</w:t>
      </w:r>
    </w:p>
    <w:p>
      <w:r>
        <w:br/>
        <w:t>— Та куди ж ви ходили такі довгі часи?</w:t>
      </w:r>
    </w:p>
    <w:p>
      <w:r>
        <w:br/>
        <w:t>— А дідько знає! Найбільше лісами.</w:t>
      </w:r>
    </w:p>
    <w:p>
      <w:r>
        <w:br/>
        <w:t>— I ніхто вам нічого не казав?</w:t>
      </w:r>
    </w:p>
    <w:p>
      <w:r>
        <w:br/>
        <w:t>— Ні, ніхто. Я гадав, що хоть арештують та цюпасом до села відішлють,— отже, не хотіли. Прийшлося самому, голому й голодному, паляндрувати. Господи, що я назнався, що я назнався!!...</w:t>
      </w:r>
    </w:p>
    <w:p>
      <w:r>
        <w:br/>
        <w:t>— Ну, а в повстанні ви були?</w:t>
      </w:r>
    </w:p>
    <w:p>
      <w:r>
        <w:br/>
        <w:t>— А дідько знає! Здається, не був.</w:t>
      </w:r>
    </w:p>
    <w:p>
      <w:r>
        <w:br/>
        <w:t>— Ну, а Польща буде? — вирвалось у когось знехотя з уст.</w:t>
      </w:r>
    </w:p>
    <w:p>
      <w:r>
        <w:br/>
        <w:t>Довбанюк тілько голову понурив. Мовчав, мовчав, а далі зірвався, тупнув покаліченою ногою до землі, махнув залізною ложкою по повітрі в якімось неозначенім напрямі та на ціле горло як не крикне:</w:t>
      </w:r>
    </w:p>
    <w:p>
      <w:r>
        <w:br/>
        <w:t>— А нехай їм там усім тристенний дідько матір мучить!</w:t>
      </w:r>
    </w:p>
    <w:p>
      <w:r>
        <w:br/>
        <w:t>Львів, у лютім 1886 р.</w:t>
      </w:r>
    </w:p>
    <w:p>
      <w:r>
        <w:br/>
        <w:t>_______________</w:t>
      </w:r>
    </w:p>
    <w:p>
      <w:r>
        <w:br/>
        <w:t>* Регулярно.</w:t>
      </w:r>
    </w:p>
    <w:p>
      <w:r>
        <w:br/>
        <w:t>* Комашня — гостина за померлі душі.</w:t>
      </w:r>
    </w:p>
    <w:p>
      <w:r>
        <w:br/>
        <w:t>* Йдіть, люди, йдіть. Батьківщина кличе. Слухайте пісні! (польськ.) — Ред.</w:t>
      </w:r>
    </w:p>
    <w:p>
      <w:r>
        <w:br/>
        <w:t>* Стій, враже, стій, ще не скінчився бій! (польськ.) — Ред.</w:t>
      </w:r>
    </w:p>
    <w:p>
      <w:r>
        <w:br/>
        <w:t>* Повісимо вас по парі, чиновники, достойники! (польськ.) — Ред.</w:t>
      </w:r>
    </w:p>
    <w:p>
      <w:r>
        <w:br/>
        <w:t>*Йдіть, люди, йдіть! Докажіть, що ви вірні польські діти! (польськ.) — Ред.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Довбанюк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