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Досвід коронації</w:t>
      </w:r>
    </w:p>
    <w:p>
      <w:r>
        <w:br/>
        <w:t xml:space="preserve"> &lt;p&gt;Досвід коронації</w:t>
      </w:r>
    </w:p>
    <w:p>
      <w:r>
        <w:t>їй це дивне це літне заснуле кіно</w:t>
      </w:r>
    </w:p>
    <w:p>
      <w:r>
        <w:br/>
        <w:t>де біжать дощові і ромашкові титри</w:t>
      </w:r>
    </w:p>
    <w:p>
      <w:r>
        <w:br/>
        <w:t>де волосся її мов сумне знамено</w:t>
      </w:r>
    </w:p>
    <w:p>
      <w:r>
        <w:br/>
        <w:t>шумить уночі на зеленому вітрі</w:t>
      </w:r>
    </w:p>
    <w:p>
      <w:r>
        <w:br/>
        <w:t>їй потреба початись щоб мати кінець</w:t>
      </w:r>
    </w:p>
    <w:p>
      <w:r>
        <w:br/>
        <w:t>їй потреба вернутись з німого полону</w:t>
      </w:r>
    </w:p>
    <w:p>
      <w:r>
        <w:br/>
        <w:t>під вечірніх пташок полохливий вінець</w:t>
      </w:r>
    </w:p>
    <w:p>
      <w:r>
        <w:br/>
        <w:t>під зів'ялого листя непевну корону</w:t>
      </w:r>
    </w:p>
    <w:p>
      <w:r>
        <w:br/>
        <w:t>Григорій Чубай</w:t>
      </w:r>
    </w:p>
    <w:p>
      <w:r>
        <w:br/>
        <w:t>1. Ніч на заставі</w:t>
      </w:r>
    </w:p>
    <w:p>
      <w:r>
        <w:br/>
        <w:t>"Треба втікати в гори", — сказала вона сержантові. Сержант недобре посміхнувся, сплюнув кудись убік і знову пішов телефонувати. Суцільна пітьма була темно-фіолетовою, а два ліхтарі в ній — сліпучо-білими; може, це було гарно, але Оттла вже не мала сили. Вона сіла біля каштана і задрімала під шелест листя. "Бойове спорядження піхоти, — крутилися в її голові слова, десь почуті або прочитані, — так, бойове спорядження піхоти і сьомий взвод, так, дисциплінарні стягнення і обстановка, наближена, наближена до когось обстановка, так, за арматурою вони не сховаються…" Десь у горах стріляли; знову вийшов сержант, прислухався до пострілів і позіхнув; радіо біля казарми передавало котрусь із опер Доніцетті; загалом це була дуже неспокійна ніч; сержант подивився на каштан і подумав, що він би її трахнув, і взув би, і виграв; але сержант боявся зарази, до того ж, дзвонив телефон; "нарешті, сука", — подумав сержант і побіг досередини; сука повідомила, що бензину не дали, автобус приїде тільки вранці, а потім поцікавилася, чи не з'являлася там, у них, — тут, у нас, — дівчина шістнадцяти-сімнадцяти років з довгим золотистим волоссям, ну, щось такого, доганяєш, звати її Оттла, Оттла її звати, її звати Оттла, її Оттла звати, звати Оттла її і вона дочка генерала Д., вона вчора втекла з дому і півгарнізону знову на ногах —?; "є тут одна, — сказав сержант, — туди просилася, дурна якась, я послав її, сука, спитаю зараз, як її звати"; він поклав рурку на стіл і побіг під каштан, "як тебе, су…, звати", вона скрикнула, розплющила очі. "Оттла", — сказав сержант, "що", — сказала вона, "Оттло, іди до телефону, там тебе твій тато чекає", вона слухняно підвелася і пішла до КПП, але там нікого не було і вона з великою підозрою подивилася на сержанта, який придуркувато і все одно недобре посміхаючись, подав їй рурку; "слухаю, Оттла", — сказала вона і довго слухала те, що їй говорили, а потім сказала: "Добре, я чекатиму, хай папа не хвилюється, даю", — і віддала рурку сержантові, який теж слухав дуже довго і дуже уважно, а потім сказав не своїм голосом "йосць", поклав рурку і сів за стіл, уникаючи дивитися в бік Оттли; "добре, що я її не трахнув, — думав сержант, — кому сказати, генеральська дочка, сука, якби я її взув, мене ж розстріляли б і повісили, ні, є все-таки там хтось на небі, що б нам не казали в школі і на політзанятіях", і він з ненавистю глянув на Оттлу, але та вже примостилася на тапчані, спиною до нього, і міцно спала; сержант узяв шинель, вкрив дівчину з головою і пішов геть; тепер уже він сидів під каштаном, слухаючи, як шелестить листя, краєм вуха вловлюючи клапті останніх вістей, що долинали від казарми, прислухаючись, чи не дзвонить телефон, і все ще не в змозі повірити в неймовірне своє щастя, — в те, що він не виграв її, що йому не дуже й хотілося і дуже й не хотілося, і хотілося не дуже, і не хотілося дуже, що так вчасно задзвонив телефон і що вона, сука, виявилася дочкою генерала, сука, Д. Доньці самого, сука, Д., Оттлі, снився тим часом сонячний сопотський мол, безліч лебедів у холодній балтійській воді, вони переверталися смішними лапами догори, а на обрії стояло кілька військових кораблів, які безшумно і водночас стріляли по гігантському дракону, що поволі наближався до молу; "він же мене з'їсть", — подумала Оттла в сні, але їй не було страшно, тільки дуже цікаво і разом з тим якось солодко-солодко; з кораблів продовжували стріляти, снаряди вибухали вже зовсім недалеко від неї і від дракона, але він спритно пірнав під воду, а вона снарядів не боялася, тому що її тато був генерал Д.; "тато" — смішне слово, вона зовсім недавно десь його чула, але де? Оттла озирнулася і побачила Райнера Марію Рільке разом з Лy Андреас-Саломе. "Он як, — подумала вона, — треба про щось у них спитати, вони все-все знають, а через неї навіть Ніцше здурів"; "скажіть, зараз червень?" — без зайвих церемоній звернулася вона до них; "червень, червень", — закивали головами Райнер і Лу; "а чому ж тоді так холодно?" — спитала Оттла, намагаючись стримати зростаючий внутрішній трем; "тому, що зараз тисяча вісімсот дев'яносто восьмий рік, дівчинко", — люб'язно пояснила їй Лу; "неправда!" — вигукнула Оттла; насправді ж це просто шинель упала додолу й Оттла прокинулася.</w:t>
      </w:r>
    </w:p>
    <w:p>
      <w:r>
        <w:br/>
        <w:t>Вона прислУхалася до голосів знадвору, — так, це папа розмовляв з учорашнім сержантом; рожево-зелене повітря за вікном, червень, її знову спіймали, ну і плювати, може, вона сама цього хотіла.</w:t>
      </w:r>
    </w:p>
    <w:p>
      <w:r>
        <w:br/>
        <w:t>— І тоді вони припинили стрілянину?</w:t>
      </w:r>
    </w:p>
    <w:p>
      <w:r>
        <w:br/>
        <w:t>— Так, пане генерале.</w:t>
      </w:r>
    </w:p>
    <w:p>
      <w:r>
        <w:br/>
        <w:t>— Гм… ну, гаразд, хоча й дивно. Ти хоч трахнув її?</w:t>
      </w:r>
    </w:p>
    <w:p>
      <w:r>
        <w:br/>
        <w:t>— Ні, пане генерале.</w:t>
      </w:r>
    </w:p>
    <w:p>
      <w:r>
        <w:br/>
        <w:t>— Гм… Теж дивно. Ну й дурний, треба було трахнути. Щоб знала наступного разу…</w:t>
      </w:r>
    </w:p>
    <w:p>
      <w:r>
        <w:br/>
        <w:t>— Так, пане генерале.</w:t>
      </w:r>
    </w:p>
    <w:p>
      <w:r>
        <w:br/>
        <w:t>— Гм… здається, ти не такий уже й дурний. Добре, скажеш командирові роти, що ти вже старший сержант. Або ні, ліпше я записочку йому напишу…</w:t>
      </w:r>
    </w:p>
    <w:p>
      <w:r>
        <w:br/>
        <w:t>— Так, пане генерале.</w:t>
      </w:r>
    </w:p>
    <w:p>
      <w:r>
        <w:br/>
        <w:t>Генерал Д. дістав з машини планшетку і почав писати записку, не звертаючи уваги на заспану Оттлу, яка вийшла з КПП.</w:t>
      </w:r>
    </w:p>
    <w:p>
      <w:r>
        <w:br/>
        <w:t>— Могли б і тихіше триндіти, горлаєте на весь кордон, наче хтось вас ґвалтує, — сказала вона.</w:t>
      </w:r>
    </w:p>
    <w:p>
      <w:r>
        <w:br/>
        <w:t>— З тобою буде окрема розмова, — сказав генерал. — Сідай ззаду.</w:t>
      </w:r>
    </w:p>
    <w:p>
      <w:r>
        <w:br/>
        <w:t>— А я хочу спереду.</w:t>
      </w:r>
    </w:p>
    <w:p>
      <w:r>
        <w:br/>
        <w:t>— А я тобі сказав: ззаду. У тебе й так усе спереду.</w:t>
      </w:r>
    </w:p>
    <w:p>
      <w:r>
        <w:br/>
        <w:t>— Тоді я не їду.</w:t>
      </w:r>
    </w:p>
    <w:p>
      <w:r>
        <w:br/>
        <w:t>— Дістанеш. Втім, ти й так дістанеш.</w:t>
      </w:r>
    </w:p>
    <w:p>
      <w:r>
        <w:br/>
        <w:t>— Плювати, — сказала Оттла і сіла ззаду.</w:t>
      </w:r>
    </w:p>
    <w:p>
      <w:r>
        <w:br/>
        <w:t>Генерал вручив сержантові записку, поплескав його по спині, і броньований автомобіль щез за пагорбом.</w:t>
      </w:r>
    </w:p>
    <w:p>
      <w:r>
        <w:br/>
        <w:t>Пахло пилюкою і молодим полином. Жодної хмаринки не було на чистому літньому небі, співав якийсь жайворонок, дзюрчала вода з крана, — Оттла напилася і забула закрутити. Старшому сержантові скажено і люто хотілося спати; він зняв гімнастерку і почав обливатися холодною, як лід, як крига, як сніг, як іній, як град, як каміння з неба, як погляд генерала Д., як погляд ротного, як погляд Оттли, як погляд власних, червоних від безсоння очей у дзеркалі, зеленому від часу, довгого і незрозумілого як життя, холодного як вода з крана; на деякий час це допомогло, в голові потеплішало, час став трохи коротшим і, як уже було зазначено, деяким, очі не пекли, але зміна все одно не приходила.</w:t>
      </w:r>
    </w:p>
    <w:p>
      <w:r>
        <w:br/>
        <w:t>Старший сержант іще не знав, що вся його зміна напилася цієї ночі до поросячого вереску, відлупцювала ротного-рвотного, того самісінького, якому писав генерал Д., — п'яна зміна підняла над казармою повстанський прапор і повмирала в страшних муках, бо антифриз виявився неякісним, недоброякісним, злоякісним, хріновим, лажовим, сука, виявився антифриз для зміни, на яку чекав ново-створений генералом Д. старший сержант, який не трахнув, не взув і навіть не виграв цієї ночі Оттлу, не виграв ні ночі, ні Оттли, яка втекла з дому втретє, і вчетверте, і вп'яте, і вшосте, а може, і всьоме, хто його зна, вона вже й сама втратила лік своїм втечам, "це в неї як місячні", — сказав недавно генерал Д., добре, що Оттла цього не чула, а то б вона показала йому і місячні, і земні, і небесні, і водяні, і підводні.</w:t>
      </w:r>
    </w:p>
    <w:p>
      <w:r>
        <w:br/>
        <w:t>2. Кімната Оттли</w:t>
      </w:r>
    </w:p>
    <w:p>
      <w:r>
        <w:br/>
        <w:t>"Кобили — не товсті й не тонкі жінки в них довгі ноги й товста задниця чудова комплекція високий але не широкий лоб обійми їхні палкі а поцілунки міцні кріпкі і ходять вони швидко-швидко і люблять червоні квіти — мак жоржини троянди — та червоний мов мак жоржини і троянди одяг а коли кобила збуджена розбуджена і пробуджена то вгамувати її жагу майже неможливо нереально ілюзорно майєво примарно хтозна саме як тоді вгамувати її божевільну скажену нелюдську кобилячу пристрасть до любощів б'є вона ще й щипає партнера під час акту кусає і дряпає гризе і роздирає його на дрібнесенькі кавалки завбільшки з пелюстку маку жоржини або троянди", — прочитала Оттла, відклала журнал убік і замислилася. Майже все правда, за винятком червоних квітів та одягу, — якраз такі кольори вона ненавидить. Хіба може що-небудь у світі дорівнятися до жовтих хризантем або… або… Оттла пошукала очима по кімнаті; її речовий мішок так і лежав зав'язаний, під телевізором. Оттла стрибнула з канапи, розв'язала мішок і між джинсів, блузок, панчіх і трусиків з бюстгальтерами знайшла свою жовту спідницю, найулюбленішу в світі, страшно пожмакану, але чисту, — в цій спідниці вона танцювала з полковником Р. і тільки якась божевільна, якась несповна розуму жлобиха рогата, рогулиха жлобата, лошара якась і бодилюка могла б віддати перевагу червоній спідниці, яка, до речі, теж була в Оттли, але цієї миті їй чомусь перемкнуло і вона забула про існування й буття червоної спідниці, натомість без успіху намагаючись пригадати, де вона запхала праску. Праски не було й не існувало нідЕ, хоч ти піди й заріжся; розлючена Оттла вискочила на сходи, готуючись несамовито закричати: "Марто!!!", — але їй повністю відібрало мову, руки й довгі ноги, коли вона побачила, що поруч з її дверима стоїть письмовий стіл, за столом стілець, а на стільці сидить лейтенант, — найжахливіше, що може бути в природі, — незнайомий, невідомий, приблудний лейтенант, мабуть, з отих, певно ж, з отих, — бо де ви ще, крім як серед отих, бачили лейтенанта в окулярах? "Ну, папа, — подумала Оттла нарешті, — оцього я тобі вже не подарую". Дар мови теж повернувся до неї і Оттла негайно ним скористалася.</w:t>
      </w:r>
    </w:p>
    <w:p>
      <w:r>
        <w:br/>
        <w:t>— Слухай, очкарик, а що ти, власне, робиш? — спитала Оттла, сідаючи на стіл.</w:t>
      </w:r>
    </w:p>
    <w:p>
      <w:r>
        <w:br/>
        <w:t>Очкарик трохи подумав, а тоді несподівано високим — аж у Оттли все померзло всередині — голосом сказав:</w:t>
      </w:r>
    </w:p>
    <w:p>
      <w:r>
        <w:br/>
        <w:t>— Виконую свій патріотичний обов'язок.</w:t>
      </w:r>
    </w:p>
    <w:p>
      <w:r>
        <w:br/>
        <w:t>— Тут? — здивувалася Оттла.</w:t>
      </w:r>
    </w:p>
    <w:p>
      <w:r>
        <w:br/>
        <w:t>— Патріотичний обов'язок можна і треба виконувати всюди, — доповів очкарик.</w:t>
      </w:r>
    </w:p>
    <w:p>
      <w:r>
        <w:br/>
        <w:t>— А кілько баб ти вже трахнув? — поцікавилася Оттла.</w:t>
      </w:r>
    </w:p>
    <w:p>
      <w:r>
        <w:br/>
        <w:t>— Жодної.</w:t>
      </w:r>
    </w:p>
    <w:p>
      <w:r>
        <w:br/>
        <w:t>— Нема нічого дивного… Хочеш, я буду твоєю першою? — пошепки спитала вона і поклала на його холодну долоню свою гарячу.</w:t>
      </w:r>
    </w:p>
    <w:p>
      <w:r>
        <w:br/>
        <w:t>— Ні, не хочу, дякую.</w:t>
      </w:r>
    </w:p>
    <w:p>
      <w:r>
        <w:br/>
        <w:t>— Чому? Адже це так приємно…?…? може, ти боїшся? Не бійся, гусенятко…</w:t>
      </w:r>
    </w:p>
    <w:p>
      <w:r>
        <w:br/>
        <w:t>— Я не боюся нікого в світі. Я боюся тільки одного: не виконати свого патріотичного обов'язку належним чином і у визначений термін або строк.</w:t>
      </w:r>
    </w:p>
    <w:p>
      <w:r>
        <w:br/>
        <w:t>— Ага, ясно, — сказала Оттла, забираючи свою руку, — тільки такого імбецильного кастрата він і міг сюди поставити. Ну, о'кей, виконуй свого патріотичного обов'язка, а я піду пошукаю праску. Покажу тобі, як роблять холодну яєшню.</w:t>
      </w:r>
    </w:p>
    <w:p>
      <w:r>
        <w:br/>
        <w:t>— Поверніться до кімнати, вам заборонено!</w:t>
      </w:r>
    </w:p>
    <w:p>
      <w:r>
        <w:br/>
        <w:t>— Срати я хтіла на ваші заборони, — сказала Оттла і почала спускатися сходами.</w:t>
      </w:r>
    </w:p>
    <w:p>
      <w:r>
        <w:br/>
        <w:t>— Якщо ви не повернетеся, я змушений буду стріляти по нижніх кінцівках, — застеріг її голос за спиною.</w:t>
      </w:r>
    </w:p>
    <w:p>
      <w:r>
        <w:br/>
        <w:t>— Хо, хо, хо, — демонічним басом засміялася Оттла і тієї ж миті пролунав постріл; повз її ліве вухо свиснула куля.</w:t>
      </w:r>
    </w:p>
    <w:p>
      <w:r>
        <w:br/>
        <w:t>Оттла зблідла як смерть і озирнулася. Лейтенант стояв за столом і цілився їй в обличчя.</w:t>
      </w:r>
    </w:p>
    <w:p>
      <w:r>
        <w:br/>
        <w:t>— То ти так, — тихо сказала Оттла, — то ти ось як, засранцю, виродку, педерасте, гоміку, імпотенте, лейтенанте…</w:t>
      </w:r>
    </w:p>
    <w:p>
      <w:r>
        <w:br/>
        <w:t>І знепритомніла.</w:t>
      </w:r>
    </w:p>
    <w:p>
      <w:r>
        <w:br/>
        <w:t>Знизу вже гупали чобітьми двоє солдатів з караулу. Вони обережно підняли Оттлу і занесли її до кімнати. Лейтенант зайшов услід за ними, прибрав з канапи жовту спідницю і акуратно розвісив її на кріслі. Оттлу поклали на канапі; вона розплющила очі, побачила над собою обличчя в окулярах і виблювала просто в нього.</w:t>
      </w:r>
    </w:p>
    <w:p>
      <w:r>
        <w:br/>
        <w:t>Генералові Д. належав увесь третій поверх, на першому й другому поверхах розташувався штаб округи. Кімната Оттли раніше належала її мамі; коли мама померла, генерал зробив з дитячої свій домашній кабінет, а Оттлу переселив сюди. Вікна цієї кімнати виходили на схід, і прокидаючись уранці, Оттла любила милуватися вранішнім промінням і його шляхетним відблиском на маминих книжках. Книжки стояли в старовинній дубовій шафі, щільно притулившись одна до одної, ніби захищаючись таким чином перед незрозумілою долею жити в генераловому домі, — Флобер і Музіль, Пруст і Кафка, Шекспір і Рільке, Гельдерлін і Вірджинія Вулф… Усі ці книжки Оттла прочитала після маминої смерті, багато чого не розуміючи, більше вгадуючи, ніж усвідомлюючи, а часто взагалі не розуміючи того, що було безпосередньо в тексті, — одначе, розуміючи і уявляючи в сто разів більше, ніж того, може, хотіли б самі автори.</w:t>
      </w:r>
    </w:p>
    <w:p>
      <w:r>
        <w:br/>
        <w:t>Найбільше вона любила Пруста, — інколи їй здавалося, що цю епопею написала її мама, коли була ще зовсім молодою, — ну, такою, як Оттла тепер, — і сховалася за чоловічим псевдонімом, на зразок Жорж Занд; мама сховалася за псевдонімом "Марсель Пруст" від генерала Д., бо той убив би її, якби довідався, що вона написала так багато і все — французькою мовою.</w:t>
      </w:r>
    </w:p>
    <w:p>
      <w:r>
        <w:br/>
        <w:t>У куті стояв телевізор, а вздовж стіни — канапа; потім кімната робила різкий закрут, і там, у глибокій ніші знаходилося святе святих — ліжко Оттли, шафа з сукнями, торшер, при якому вона читала вночі, особливо ж у грозу або коли повстанці підходили дуже близько до міста, — одного разу їхня ракета потрапила в сусідній дім, де розташувався міський суд, і там розпочалася пожежа; Оттла вискочила тоді на балкон в одній нічній сорочці і довго спостерігала, як палають судові справи, заведені на винних, частіше ж безневинних людей, як метушаться солдати, гасячи пожежу, — і не спала відтак уже до ранку, збуджена вогнем і раптово відчутою можливістю втекти звідси навіки, чи, принаймні, стати жінкою.</w:t>
      </w:r>
    </w:p>
    <w:p>
      <w:r>
        <w:br/>
        <w:t>У кімнаті пахло її парфумами і стеля була дуже високою. Оттла годинами просиджувала перед трьома маминими дзеркалами, вперше відчуваючи смак губної помади, пружну хвилястість вій, густих і довжелезних, наче з хутра небаченого дорогоцінного звіра, хвилюючу незбагненну чистоту гладенької шкіри під уперше виголеними пахвами, якусь небесну прохолоду, що йшла звідти, і звідси, і звідти теж, вимучуючи своєю лагідністю й вимогливістю, пестливою жорстокістю і невдоволеністю. Вже всоте Оттла безтямно проводила гребінцем по своїх золотих, шовковистих і довжелезних косах; пила каву; говорила по телефону; слухала музику і знову поверталася до дзеркал, виснажена цим своїм відображенням, вічно одним і тим самим, незрозумілим вічно і закличним вічно. Вона навмання брала книжку з шафи, навмання розгортала її і читала там таке:</w:t>
      </w:r>
    </w:p>
    <w:p>
      <w:r>
        <w:br/>
        <w:t>Венецьке сонце золотом постане</w:t>
      </w:r>
    </w:p>
    <w:p>
      <w:r>
        <w:br/>
        <w:t>в моїм волоссі; здійсненням чудовим</w:t>
      </w:r>
    </w:p>
    <w:p>
      <w:r>
        <w:br/>
        <w:t>альхемії всієї. Пишні брови</w:t>
      </w:r>
    </w:p>
    <w:p>
      <w:r>
        <w:br/>
        <w:t>мої — ти бачиш їх — вони мостами</w:t>
      </w:r>
    </w:p>
    <w:p>
      <w:r>
        <w:br/>
        <w:t>злинають над загрозою німою</w:t>
      </w:r>
    </w:p>
    <w:p>
      <w:r>
        <w:br/>
        <w:t>очей — з ляґунами таємним пливом</w:t>
      </w:r>
    </w:p>
    <w:p>
      <w:r>
        <w:br/>
        <w:t>поєднаних; тож море в них мінливо</w:t>
      </w:r>
    </w:p>
    <w:p>
      <w:r>
        <w:br/>
        <w:t>хвилює сплеском припливу й одбою.</w:t>
      </w:r>
    </w:p>
    <w:p>
      <w:r>
        <w:br/>
        <w:t>Хто зрів мене, той псові заздрить мому,</w:t>
      </w:r>
    </w:p>
    <w:p>
      <w:r>
        <w:br/>
        <w:t>що ось його, спочивши на хвилину,</w:t>
      </w:r>
    </w:p>
    <w:p>
      <w:r>
        <w:br/>
        <w:t>рука, якої жар не звуглить жаден,</w:t>
      </w:r>
    </w:p>
    <w:p>
      <w:r>
        <w:br/>
        <w:t>ніщо не зранить, озлобленна гладить —</w:t>
      </w:r>
    </w:p>
    <w:p>
      <w:r>
        <w:br/>
        <w:t>І хлопці, гордощі старого дому,</w:t>
      </w:r>
    </w:p>
    <w:p>
      <w:r>
        <w:br/>
        <w:t>від уст моїх, як від отрути гинуть.[4]</w:t>
      </w:r>
    </w:p>
    <w:p>
      <w:r>
        <w:br/>
        <w:t>Оттла думала про полковника Р. З ним вона танцювала кілька останніх разів, і він теж належав до дуже старого й шанованого в місті роду, і був бездітним вдівцем, і був таким якимсь справжнім у цій своїй новій полковницькій формі, і такий владний, і Оттла, відчуваючи, що очі її наповнюються слізьми, падала долілиць на килим, і кусала губи, і вмовляла себе не плакати, інакше, Оттлонько, прахом підуть усі твої викручування перед дзеркалами, а до вечора залишилося півгодини, він за тобою заїде, він же пообіцяв, — і вона пестила килим, м'який, добродушний килим, і тільки хлипала, але не плакала, жодної сльози, — ось вам усім, ясно?</w:t>
      </w:r>
    </w:p>
    <w:p>
      <w:r>
        <w:br/>
        <w:t>Саме в цій кімнаті Оттлу вирвало в ненависні лейтенантові окуляри; вся кімната стояла поруч, готова захистити її, якби цей ідіот спробував щось зробити; насторожилася люстра, щомиті готова впасти на його порожній чакан з гівном замість мізків; заворушився килим, готовий скрутитися як той пітон і задушити гнилого очкарика в добродушних обіймах; і Юкіо Місіма прочинив дверцята книжкової шафи, щомиті готовий вискочити звідтам і вгородити чесного самурайського ножа в підлу лейтенантську спину; але мерзенний лейтенант занюхав цю зусебічну загрозу і, не сказавши жодного "мур-мур", вийшов з ворожої кімнати; солдати нерішуче топталися біля канапи. Пола Оттлиного халатика загорнулася і вони не могли відвести очей від голого засмаглого стегна, міцного і пружного; вони стали жабками, а стегно — удавом, ще б мить — і вони стрибнули в роззявлену пащу, але Оттла відчула це, застогнала і сказала: "Ідіть к чорту, і покличте сюди Марту, хай принесе води, хай багато води принесе, відро"; "йосць, йосць", — закивали головами жабки, не до речі віддаючи їй честь, задкуючи до дверей, усе ще не вірячи в своє спасіння.</w:t>
      </w:r>
    </w:p>
    <w:p>
      <w:r>
        <w:br/>
        <w:t>Вони вийшли і щільно причинили двері. Оттла залишилася наодинці зі своєю кімнатою. "Бачиш, — пошепки озвалася вона до книжкової шафи, — бачиш, що робиться?" Хотілося плакати, але дуже, дуже боліла голова. Оттла подивилася на свою жовту спідницю і таки заплакала.</w:t>
      </w:r>
    </w:p>
    <w:p>
      <w:r>
        <w:br/>
        <w:t>3. Лейтенант</w:t>
      </w:r>
    </w:p>
    <w:p>
      <w:r>
        <w:br/>
        <w:t>Лейтенант X. пішов до кльозету, довго відмиваючись там і чистячи кітель. Повернувшись на бойовий пост, він подзвонив генералові Д.</w:t>
      </w:r>
    </w:p>
    <w:p>
      <w:r>
        <w:br/>
        <w:t>— Пане генерале, об'єкт зробив першу спробу.</w:t>
      </w:r>
    </w:p>
    <w:p>
      <w:r>
        <w:br/>
        <w:t>— Що ти верзеш? — не зрозумів генерал.</w:t>
      </w:r>
    </w:p>
    <w:p>
      <w:r>
        <w:br/>
        <w:t>— Першу спробу зробив об'єкт, пане генерале.</w:t>
      </w:r>
    </w:p>
    <w:p>
      <w:r>
        <w:br/>
        <w:t>— Який, у вагіни, об'єкт? Хто він?</w:t>
      </w:r>
    </w:p>
    <w:p>
      <w:r>
        <w:br/>
        <w:t>— Вона об'єкт, який зробив першу спробу, пане генерале.</w:t>
      </w:r>
    </w:p>
    <w:p>
      <w:r>
        <w:br/>
        <w:t>— Ти п'яний? — розсердився генерал.</w:t>
      </w:r>
    </w:p>
    <w:p>
      <w:r>
        <w:br/>
        <w:t>— Смію доповісти панові генералові, що я завжди тверезий.</w:t>
      </w:r>
    </w:p>
    <w:p>
      <w:r>
        <w:br/>
        <w:t>— Ну то й що з цього? Дурний, значить. Знайшов чим хвалитися. Хто ти, в такому разі?</w:t>
      </w:r>
    </w:p>
    <w:p>
      <w:r>
        <w:br/>
        <w:t>— Пане генерале, я є лейтенант X., який веде спостереження за об'єктом О., який зробив першу спробу, який є яка, яку ви нині вранці наказали мені, лейтенантові X., який є який, охороняти від виходу за межі штабу округи.</w:t>
      </w:r>
    </w:p>
    <w:p>
      <w:r>
        <w:br/>
        <w:t>— Здуріти можна, — сказав генерал Д. і перехилив чарку горілки. — Ну й забембав ти мене. То ти лейтенант X.?</w:t>
      </w:r>
    </w:p>
    <w:p>
      <w:r>
        <w:br/>
        <w:t>— Так йосць, пане генерале.</w:t>
      </w:r>
    </w:p>
    <w:p>
      <w:r>
        <w:br/>
        <w:t>— А звідки ти знаєш номер мого телефону?..</w:t>
      </w:r>
    </w:p>
    <w:p>
      <w:r>
        <w:br/>
        <w:t>— ?і</w:t>
      </w:r>
    </w:p>
    <w:p>
      <w:r>
        <w:br/>
        <w:t>— … і чого тобі від мене треба?</w:t>
      </w:r>
    </w:p>
    <w:p>
      <w:r>
        <w:br/>
        <w:t>— Згідно з вашим наказом пане генерале доповідаю, що об'єкт О. зробив першу спробу покинути приміщення штабу округи.</w:t>
      </w:r>
    </w:p>
    <w:p>
      <w:r>
        <w:br/>
        <w:t>— А, це ти про Оттлу? — здогадався генерал, стьобнувши другу чарку горілки.</w:t>
      </w:r>
    </w:p>
    <w:p>
      <w:r>
        <w:br/>
        <w:t>— Так йосць, пане генерале.</w:t>
      </w:r>
    </w:p>
    <w:p>
      <w:r>
        <w:br/>
        <w:t>— Ну то й що?</w:t>
      </w:r>
    </w:p>
    <w:p>
      <w:r>
        <w:br/>
        <w:t>— Вонахотілавийтипанегенерале.</w:t>
      </w:r>
    </w:p>
    <w:p>
      <w:r>
        <w:br/>
        <w:t>— Хотіла вийти? — перепитав генерал, нахитнувши третю чарку горілки.</w:t>
      </w:r>
    </w:p>
    <w:p>
      <w:r>
        <w:br/>
        <w:t>— Так йосць, пане генерале, — лейтенант X. дістав хустинку і витер спітніле чоло.</w:t>
      </w:r>
    </w:p>
    <w:p>
      <w:r>
        <w:br/>
        <w:t>— Вийти, значицця, хотіли. Хотіло. Ілот. Оліт. Літо. "Відклади свої справи до літа, не відвідуй до літа Лоліту…" Переможець. Неборак. Оттла — од тла до тла. Як не приведуть мені корову до страти, то буде великий порядок на фронті трудових звершень і суничні галявини навіки заростуть маріхуаною…</w:t>
      </w:r>
    </w:p>
    <w:p>
      <w:r>
        <w:br/>
        <w:t>Лейтенант X. поштиво слухав.</w:t>
      </w:r>
    </w:p>
    <w:p>
      <w:r>
        <w:br/>
        <w:t>Генерал Д. смиконув четверту чарку горілки.</w:t>
      </w:r>
    </w:p>
    <w:p>
      <w:r>
        <w:br/>
        <w:t>— Алло! — сказав генерал Д.</w:t>
      </w:r>
    </w:p>
    <w:p>
      <w:r>
        <w:br/>
        <w:t>— Слухаю, пане генерале.</w:t>
      </w:r>
    </w:p>
    <w:p>
      <w:r>
        <w:br/>
        <w:t>— МєждугорОдня?</w:t>
      </w:r>
    </w:p>
    <w:p>
      <w:r>
        <w:br/>
        <w:t>— ТоєлейтенантХпанегенерале.</w:t>
      </w:r>
    </w:p>
    <w:p>
      <w:r>
        <w:br/>
        <w:t>— Який лейтенант? Звідки ти взявся на мою голову з самого ранку? Ще мені тої гризоти бракувало! Ніц не розумію, — стенув плечима генерал Д., і вклав п'яту чарку горілки. — Чого тобі треба від мене? Квартиру? Нема квартир, кончились. Машину? Нема машин, кончились. Худоба моя родная, де тільки вони таких корівочок беруть, а я ж босенький та по кізячках, та по тепленьких… Слухай, ти часом не той лейтенант, якого я вранці поставив Оттлу стерегти? — спитав генерал і випив шосту чарку горілки.</w:t>
      </w:r>
    </w:p>
    <w:p>
      <w:r>
        <w:br/>
        <w:t>— Так йосць! — майже зрадів лейтенант X.</w:t>
      </w:r>
    </w:p>
    <w:p>
      <w:r>
        <w:br/>
        <w:t>— Ага, он воно що. І як вона? Не пробувала вийти?</w:t>
      </w:r>
    </w:p>
    <w:p>
      <w:r>
        <w:br/>
        <w:t>— Вона хотіла вийти, пане генерале. Я змушений був стріляти. Вона злякалася і втратила свідомість або, коротше, знепритомніла. Разом з солдатами ми занесли її назад. Вона прийшла до тями і обблювала мене. Тепер лежить ціхо.</w:t>
      </w:r>
    </w:p>
    <w:p>
      <w:r>
        <w:br/>
        <w:t>— Добре, — сказав генерал Д. — Вона спробує через балкон, а там унизу її вже чекають. Хе-хе. Хі-хі. Ха-ха. Хо-хо. Ху-ху не хо-хо? Продовжуй спостереження, герой. В разі чого — дзвони. Представлю к наградє. Номер телефону знаєш?</w:t>
      </w:r>
    </w:p>
    <w:p>
      <w:r>
        <w:br/>
        <w:t>— Так йосць, знаю, пане генерале, вона спокушала мене.</w:t>
      </w:r>
    </w:p>
    <w:p>
      <w:r>
        <w:br/>
        <w:t>— Знайшла кого спокушати, — сказав генерал, поклав рурку і перехилив сьому чарку горілки.</w:t>
      </w:r>
    </w:p>
    <w:p>
      <w:r>
        <w:br/>
        <w:t>Лейтенант X. поглянув на Марту, яка стояла перед його столом, не випускаючи з рук відро води.</w:t>
      </w:r>
    </w:p>
    <w:p>
      <w:r>
        <w:br/>
        <w:t>— Чого тобі? — спитав лейтенант.</w:t>
      </w:r>
    </w:p>
    <w:p>
      <w:r>
        <w:br/>
        <w:t>— Можу я пройти до Оттли, вона кликала мене…</w:t>
      </w:r>
    </w:p>
    <w:p>
      <w:r>
        <w:br/>
        <w:t>— Іди, — дозволив лейтенант, — іди, але без різних там штучок-дрючок.</w:t>
      </w:r>
    </w:p>
    <w:p>
      <w:r>
        <w:br/>
        <w:t>Марта зайшла до кімнати. Через хвилину вони з Оттлою ревіли вже дуетом. Лейтенант X. скривився і хотів плюнути, але мусив ковтнути слину назад (а не вперед), тому що сходами підіймався полковник Р. Лейтенант підвівся, віддав честь і хотів щось сказати, але полковник Р. так зиркнув на нього, що X. ще раз ковтнув слину.</w:t>
      </w:r>
    </w:p>
    <w:p>
      <w:r>
        <w:br/>
        <w:t>— Хто стріляв? — спитав полковник Р.</w:t>
      </w:r>
    </w:p>
    <w:p>
      <w:r>
        <w:br/>
        <w:t>— Я, пане полковнику.</w:t>
      </w:r>
    </w:p>
    <w:p>
      <w:r>
        <w:br/>
        <w:t>— Чому?</w:t>
      </w:r>
    </w:p>
    <w:p>
      <w:r>
        <w:br/>
        <w:t>У лейтенанта X. зажижилися труси і затрусилися жижки. Чудово ж бо знав лейтенант X., що роман у полковника з Оттлою, що всі-всі-всі-всі-всі-всі-всі-всі-всі-всі-всі-всі-всі-всі-всі-всі-всі-всі-всі-всі-всі-всі-всі— 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-всі— всі-всі-всі-всі-всі-всі-всі чекають звістки про їхні заручини, що якби не остання втеча Оттли, ці заручини могли б бути і стати фактом доконаним. Думка про втечу, невигідну і для полковника, додала хоробрості лейтенантові X.</w:t>
      </w:r>
    </w:p>
    <w:p>
      <w:r>
        <w:br/>
        <w:t>— Я виконував наказ пана генерала Д., пане полковнику.</w:t>
      </w:r>
    </w:p>
    <w:p>
      <w:r>
        <w:br/>
        <w:t>Полковник Р. запукав до Оттли. Виглянула заплакана Марта, яка щойно закінчила прибирання.</w:t>
      </w:r>
    </w:p>
    <w:p>
      <w:r>
        <w:br/>
        <w:t>— А, то ви пукаєте, — сказала Марта, — зачекайте-но хвильку, — і зникла за дверима, а потім, виходячи вже з відром, кивнула головою, зверху вниз, на знак згоди, на знак дозволу увійти, на знак.</w:t>
      </w:r>
    </w:p>
    <w:p>
      <w:r>
        <w:br/>
        <w:t>Коли полковник щез у кімнаті, лейтенант знову подзвонив генералові Д.</w:t>
      </w:r>
    </w:p>
    <w:p>
      <w:r>
        <w:br/>
        <w:t>— Прибув об'єкт номер два, № 2, № 2, № 2, — тихо сказав лейтенант X.</w:t>
      </w:r>
    </w:p>
    <w:p>
      <w:r>
        <w:br/>
        <w:t>— Хріново, — негайно зорієнтувався генерал Д. і перехилив сімнадцяту чарку горілки. — Злий?</w:t>
      </w:r>
    </w:p>
    <w:p>
      <w:r>
        <w:br/>
        <w:t>— Як пес.</w:t>
      </w:r>
    </w:p>
    <w:p>
      <w:r>
        <w:br/>
        <w:t>— Ну-ну! Ну! Ну-ну-ну! — загорлав у срурку генерал і стьобнув вісімнадцяту счарку сгорілки. — Сдобирай сслова! Сфільтруй сбазар! Сщо сце сза спорівняння? Свін сусе-стаки сполковник, схоч і соб'єкт сномер сдва, са сусе ж стаки сполковник, — сгенерал СД. снахитнув сдев'ятнадцяту счарку сгорілки, — сне більшес, ас й нес меншес, не с'якийсь тамс засранийс лейтенантс. Спорівняння! Може, ти віршами будеш доповідати незабаром? Стережи їх, і в разі чОго-тогО… я зараз буду там, твою і їхню м-м-м-мать!!!</w:t>
      </w:r>
    </w:p>
    <w:p>
      <w:r>
        <w:br/>
        <w:t>Генерал Д. смиконув двадцяту чарку горілки і вилетів з кабінету.</w:t>
      </w:r>
    </w:p>
    <w:p>
      <w:r>
        <w:br/>
        <w:t>Цієї ж миті двері з Оттлиної кімнати відчинилися навстіж і звідти вилетів полковник Р. Він розмахнувся і зо всієї сили затопив лейтенантові X. в морду. Окуляри брязнули об стіну й розбилися. З писка, з розбитої губи зацебеніла кров. Оттла стояла вже на сходах, з ненавистю дивлячись, на короткозорого лейтенанта, який однією рукою, тримав, хусточку, притуляючи, її, до, носа, а, другою, машинально, шукав, окуляри, — перше, на, столі, потім, почав, нишпорити, по, підлозі.</w:t>
      </w:r>
    </w:p>
    <w:p>
      <w:r>
        <w:br/>
        <w:t>— Ходімо, люба, — мовив полковник Р.</w:t>
      </w:r>
    </w:p>
    <w:p>
      <w:r>
        <w:br/>
        <w:t>Оттла подивилася йому в очі і посміхнулася. Вони засміялися вголос і почали спускатися сходами. Полковник узяв Оттлу під руку і вона міцно до нього притулилася.</w:t>
      </w:r>
    </w:p>
    <w:p>
      <w:r>
        <w:br/>
        <w:t>Куля пролетіла між правим вухом полковника та лівим вухом Оттли і влучила просто в широкий лоб генерала Д., який, важко дихаючи, піднімався їм назустріч. Першої миті ніхто нічого не зрозумів.</w:t>
      </w:r>
    </w:p>
    <w:p>
      <w:r>
        <w:br/>
        <w:t>4. Похорон</w:t>
      </w:r>
    </w:p>
    <w:p>
      <w:r>
        <w:br/>
        <w:t>Падала густа літня злива. Велетенські юрби народу стояли під парасольками біля штабу округи, чекаючи, коли винесуть тіло. Безглуздішої смерті ніхто не міг собі уявити; частина громадян схилялася до думки, що це справа повстанських рук; дехто глухо говорив про змову серед чинів, — "ось побачите, полковник Р., і тільки він займе місце бідолашного генерала"; провокатори з таємної служби, до якої належав і лейтенант X., мляво розпускали чутки про всесильну руку Ватикану, — очевидним було те, що цього разу Ватикан чомусь лишився непричетним, і що інакше, як дурницею, ідіотським збігом обставин, маразмом, дурдомом тощо усю цю історію не назовеш. Всі якось одразу забули про те, що мама Оттли була чужинкою, — саме цього не могли подарувати генералові, навіть тоді, коли вона померла; "це йому кара за те, що не хотів узяти нашу"; "якби не чужинці, повстанці ніколи б не захопили перевалу, — чужинці допомагають їм матеріально і тримають свого Менелая, і підтримують суспільну опінію за океаном"; "це внаслідок чужинців Менелай зробив переворот", — генералові Д. було глибоко плювати на всі ці балачки за життя, а тепер і поготів. Він лежав з перебинтованим чолом у розкішній труні довоєнного зразка, в новому генеральському мундирі, на атласних подушечках сумовито блищали його бойові нагороди — тридцять п'ять орденів і сто сорок вісім медалей; незважаючи на зливу, майже ціле місто, яке він самовіддано захищав упродовж сімнадцяти років Оттлиного життя, — майже все місто прийшло віддати йому останню шану і з належними почестями провести в останню путь… У зв'язку з похоронами оголосили велетенську амністію і вчорашні невільники з поголеними чубами окремим натовпом стояли біля штабу, міцно притискаючи до грудей вінки з траурними стрічками, на яких виднілися такі от собі написи: "Доблесному — від вдячних злочинців"; "Ми розкаялися"; "Генерале, ми з тобою"; "Ти з нами, генерале"; це було дуже печальне і несамовито повчальне видовище, — ідіотська трагічна смерть зробила переворот у душах убивць, грабіжників, як писала вранішня "Тайм-цайт" (серед яких, втім, більшість була дрібною фарцОю); ті ж таки кореспонденти примудрилися порахувати всі вінки, принесені скорб'ящими гражданами, — їх виявилося рівно сімнадцять тисяч, — як символ сімнадцяти років самоспалюючого служіння вітчизні-матері ("уродіна-мать", — як любовно називали її в народі), як нам, як нам, як нам, як пережити цю жахливу, цю несправедливу, цю, а не ту, страшнючу-страшнючу цю-цю втрату-втрату, як-як?</w:t>
      </w:r>
    </w:p>
    <w:p>
      <w:r>
        <w:br/>
        <w:t>Лунають траурні марші. Настала пора прощатися рідним і близьким, близьким і рідним, рідним і близьким, близьким і рідним, рідним і близьким, близьким і рідним, рідним і близьким, близьким і рідним, рідним і, шляк би їх трафив, близьким, холерним тим рідним і франсуватим сим близьким, тим і сим, симітим, тимісимітимітим, а Оттли немає. Хіба ж вона не близька? Хіба ж не рідна вона? Хто ж, як не Оттла ближчий і рідніший, найрідніший і найближчий, найбільш найрідніший і найбільш ближчийнай, — але де вона, до скаженої мами? Може, з нею погано? Може, погано з нею… З нею, мабуть, погано! Так їй зле, їй дуже зле, їй найзліше, позаяк вона найрідніша, дуже найзліше найближчій, ду-у-у-у-у-у-у-у-у-у-у-у-у-у-у-у-у-у-у-у-у-у-у-у-уу-ууу-уууу-ууууу-уууууу-ууууууу-уууууууу-ууууууууу-ууууууууу-ууууууууууу-ууууууууууууууууууууууууууууууууу уууууууууууууууууууууууу-уууууууууууууууууу ? ? ? ууууу-уууу-уууууууу-уууууууу-ууууууу-уууууу-ууууу-уууу-уууу-ууу-уу-у-уже, гірше не буває. Там біля неї лікар. Доведеться закривати домовину без Оттли. Вона більше нікогда в жизні… Сумно пищать гвинти, щільно прилягає кришка, дашок, віко. Кришка, саме так. Полковники і генерали, майори і підполковники, старші лейтенанти і капітани; молодші лейтенанти і лейтенанти (!), старшини і прапорщики, сержанти і старші сержанти, молодші сержанти і сержанти, рядові і єфрейтори, цивільні і рядові беруть домовину і кладуть її на свої зігнуті горем та бідою горби та плечі, на ключиці і на рамена, на плечі і на шиї, на хребти і на попереки, на крижі і подзвінки, на лопатки і на потилиці, щоб повільно-повільно-повільно-по-віль-но-п-о-в-і-л-ь-н-о рушити до виходу. На вулиці домовину ставлять на гарматний лафет, застелений бойовим прапором, і процесія неквапом пензлює і чимчикує в напрямі Вовчого цвинтаря. Майстерно грає зведений духовий оркестр, над тисячами голів звучать твори камерно-табірного спрямування. Десятки сотень тисяч помаленьку метуть услід за своїм захисником і земляком, услід за батьком (папою) міста. Від брудної каламутної води пливе між ногами, спалахують блискавки, благодатна пора наступає, гримить. "Бачите, навіть природа тужить за папою нашим", — схлипуючи, раз по раз повторює вчителька початкових класів. Діти промокли вже до трусиків, але мужньо терплять. Навіть за нашим папою тужить, бачите, природа. Вони хочуть стати такими ж загартованими і заґратованими, як їхній генерал, такими ж горобрими хероями і хероїнями. З героїном складніше, але у зв'язку з такими непересічними подіями сьогодні продають навіть без рецептів, щоправда, вдвічі дорожче. Так, покійний генерал дозволив відкрито продавати героїн та ЛСД-25, рецепти видавалися щомісяця, разом з талонами на хліб, цукор, сіль і мило, — а що йому, бідолашненькому, зоставалося робити, коли місто сімнадцять років оточене повстанцями, коли рідко яка птиця долетить до середини контрольованої ними території, не кажучи вже про гелікоптери, а про транспортні літаки ліпше забудьте зараз же і не згадуйте більше ніколи, вам же ліпше буде, ми вже давно тут усі переконалися, що найкраще — це не згадувати, не знати і не передбачати. Нікому не вдається прорватися крізь зенітні і ракетні кордони повстанців, цих проклятих, чортових, огидних, дурних, страшних, розпусних, немитих повстанців, які прагнуть захопити наше рідне місто і припинити продаж алкоголю і тютюну, не кажучи вже про героїн та ЛСД-25; які прагнуть позакривати публічні будинки з такими пружненькими хлопчиками і дівчатками від п'яти до восьмидесяти рочків; які сплять і в бридко тверезих своїх повстанських снах бачать повсюдні служби в церквах і костьолах, — до речі, в нашому ріднесенькому місті не залишилося їх, дякувати Д., жодненької і жодненького, усіх католиків, протестантів і православних завели однієї ночі в собор катедральненький і вони полетіли туди, угору; а ще їм сняться сім'ї, домкратія, до лиха все це — полетіли всі разом і перестали сратися між собою, маємо нині чистий спокій, зрештою, хто ж не читав їхніх прокламацій? Ніхто і не читав, правильно, а на хріна їх читати? Сім'я — це коли ти трахаєш одну-єдину жінку протягом усього життя; а в нашому ріднесенькому місті ти можеш за день трахнути всіх жінок і чоловіків, аби тільки здоров'я дозволило. Ловлять-ловлять цих диверсантів, збивають-збивають літаки їхні і гелікоптери, палять-палять на майданах, біля тих обісцяних місць, де колись стояли засрані їхні церкви і костели, розпинають-розпинають їх на хрестах, — а їм хоч би хрін, проклятим, і лізуть до нас, і пруться, і немає на них тепер генерала Д., ні, немає, відслужив, — приблизно так писав у вечірній "Тайм-цайт" Г. С. Транквілізатор.</w:t>
      </w:r>
    </w:p>
    <w:p>
      <w:r>
        <w:br/>
        <w:t>Прощальний салют зробили бойовими зарядами і випустили його в бік повстанських гір. Казали потім, що того вечора загинуло втричі більше повстанців, ніж за весь минулий рік, але це було не зовсім так, — повстанці встигли пронюхати про смерть генерала Д. і відійшли на заздалегідь приготовлені позиції. Крім того, задурманені горем і збільшеною пайкою героїну наводчики невірно розрахували траєкторії, — і більшість реактивних снарядів упало на власні казарми та КПП, — старший сержант, якого підвищив у чині сам генерал Д., загинув одним із перших, якраз у ту мить пришиваючи нові погони до гімнастерки…</w:t>
      </w:r>
    </w:p>
    <w:p>
      <w:r>
        <w:br/>
        <w:t>Прикордонники ж вирішили, що це повстанські десанти якимось чином пробралися в тил, — і розвернувши свої реактивні установки на 180°, дали могутню цілеспрямовану відповідь, внаслідок чого безліч громадян і громадянок загинули біля могили свого генерала. Це була небачена гекатомба; довелося знову все списати на повстанців, які геть чисто втратили людську подобу, — і наступного дня всі газети знову вийшли з жалобними рамками та ось такими заголовками: "Звіряча розправа над мирним похороном"; "Ось їхнє справжнє обличчя"; "Повстанці і чужинці вирішили знищити не тільки генерала Д.,"; "Ганьба християнам та їхнім прислужникам!!!" Навіть міжнародні спостерігачі, які давно вже плюнули на місто, та все, що в ньому коїться, — навіть вони занепокоїлися і довго розшукували в горах повстанських вождів, щоб з'ясувати, чиїх усе-таки рук це справа; а коли з'ясували, то плюнули ще раз і зітхнули з видимим полегшенням. Повстанським прокламаціям, у яких розповідалося про дійсних винуватців бійні, ніхто в місті не повірив, — це вже не вперше повстанці прагнули перекласти неминучу відповідальність за свої моторошні злочини з хворої голови на здорову…</w:t>
      </w:r>
    </w:p>
    <w:p>
      <w:r>
        <w:br/>
        <w:t>Таким був похорон генерала Д. Коли лейтенантові X., який перебував у військовій тюрмі, принесли всі газети за останні три дні, коли він прочитав хіба заголовки, то затрусився цілий так, наче вже сидів на електричному стільці; здавалося, ще трохи — і дим піде з носа та вух. Він зрозумів тієї миті, що навіть електричного стільця буде замало для такого… такого… для того… для такого лейтенанта, як лейтенант X. І тому він помер просто так.</w:t>
      </w:r>
    </w:p>
    <w:p>
      <w:r>
        <w:br/>
        <w:t>5. Валіза</w:t>
      </w:r>
    </w:p>
    <w:p>
      <w:r>
        <w:br/>
        <w:t>Цілу ніч, не встаючи з колін,</w:t>
      </w:r>
    </w:p>
    <w:p>
      <w:r>
        <w:br/>
        <w:t>кликала його, молила тьмяно</w:t>
      </w:r>
    </w:p>
    <w:p>
      <w:r>
        <w:br/>
        <w:t>дівчина чуйнА: "Он змій, поглянь-но,</w:t>
      </w:r>
    </w:p>
    <w:p>
      <w:r>
        <w:br/>
        <w:t>і не знаю, чом чатує він".</w:t>
      </w:r>
    </w:p>
    <w:p>
      <w:r>
        <w:br/>
        <w:t>(Р. М. Рільке. "Святий Юрій")</w:t>
      </w:r>
    </w:p>
    <w:p>
      <w:r>
        <w:br/>
        <w:t>Звісно, якби Оттла була на похороні, вона теж неминуче мусила б загинути. Але вона від самого початку сказала полковникові Р. і генералові С., який керував церемонією, що ноги її там не буде і нехай їй дадуть спокій. Їй дали спокій, вона замкнулася разом з ним у своїй кімнаті і трохи поплакала, і заснула, може, годинки на дві-три; а потім узяла плеєр, вдягнула навушники і на всю потужність запустила "Джурай-Гіп", не чуючи, таким чином, уже ні звуків зведеного оркестру, ні прощального салюту, ні обстрілу прикордонників, ані грюкоту в двері на смерть переляканої Марти, яка прибігла кликати її до бомбосховища; Марта вирішила, що Оттла повісилася з горя за папою і врила до бомбосховища сама; сутеніло, і Оттла запалила свічку, — вона зробила це інстинктивно, не знаючи, що світла все одно нема, і не було по тому ще два тижні; щоправда, вона відчувала поштовхи підлоги під ногами, але думала, що то землетрус, або салют, або, зрештою, що їй наплювати на все на світі і на поштовхи в тому числі, доки звучить "Джурай-Гіп", доки палає свічка, доки перегортаються сторінки альбома з репродукціями старих італійських майстрів благодатного Треченто, — ось Вітале да Болонья намалював Оттлу у вигляді золотокосої королеви з короною на голові, лейтенанта X. — бридким і потворним драконом, якому полковник Р. заганяв довжелезного списа просто в роззявлену пащу; Оттла придивилася до вершника уважніше і розчаровано зітхнула, — ні, святий Юрій зовсім не нагадував полковника Р., як прикро; а от дракон без окулярів — вилитий лейтенант X. І все-таки вершник був на когось подібний. Він теж мав полум'яно-золоте волосся. Може, це мама? Ні, вершник був вершником, а не вершницею; Оттла відклала альбом і вимкнула плеєр, прислухалася. Хтось швидко піднімався сходами, нервово стукаючи обцасами; це Марта, — зрозуміла Оттла і пішла відчиняти двері.</w:t>
      </w:r>
    </w:p>
    <w:p>
      <w:r>
        <w:br/>
        <w:t>— Господи, — з порога закричала мокра до ниточки Марта, — щО ти тільки робиш зі мною, за віщо мені така кара?! Повсюди стріляють, повсюди вибухи, може, почалося повстання, або вони увірвалися до міста, я ж думала, що вже не побачу тебе на живо, От….от!</w:t>
      </w:r>
    </w:p>
    <w:p>
      <w:r>
        <w:br/>
        <w:t>Марта заревла.</w:t>
      </w:r>
    </w:p>
    <w:p>
      <w:r>
        <w:br/>
        <w:t>— Мартонько, заспокійся, — сказала Оттла, — які вибухи, які постріли, це ж просто святковий салют, тобто, не святковий, а траурний, ну, невже ти не розумієш, дурненька?</w:t>
      </w:r>
    </w:p>
    <w:p>
      <w:r>
        <w:br/>
        <w:t>Оттла прислухалася — десь далеко вили сирени санітарних машин.</w:t>
      </w:r>
    </w:p>
    <w:p>
      <w:r>
        <w:br/>
        <w:t>— Добрий мені салют, — хлипала Марта, — половина штабу заледве втікли звідтам, а ти кажеш "салют", салют, аякже; то твої прокляті повстанці тої кари наробили. І чому ти не відчинила мені, чому? Ти хотіла щось зробити з собою?</w:t>
      </w:r>
    </w:p>
    <w:p>
      <w:r>
        <w:br/>
        <w:t>— Бог з тобою, Марто, невже ти гадаєш, що я аж така ідіотка? Я трохи поспала, а потім слухала музику, я на всю котушку слухала музику і ніц не чула… Та ж була гроза, і під ногами двигтіло, і я не могла подумати навіть…</w:t>
      </w:r>
    </w:p>
    <w:p>
      <w:r>
        <w:br/>
        <w:t>— Ти слухала музику? — вжахнулася Марта, долонею витираючи сльози. — Ти слухала музику в той самий час, коли ховали твого бідного папу, — та ще й на всю котушку? Оттло, ти звар'ювала; ти звар'ювала, Оттло, бігме, що ти собі дозволяєш, — перше не пішла до цвинтаря, не вийшла навіть попрощатися з тілом, і в той час, коли трумну до ями пускали, ти музику слухала? 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 Може, ти знала, що повстанці обстріляють похорон? ………………………………………………………………………………………………………</w:t>
      </w:r>
    </w:p>
    <w:p>
      <w:r>
        <w:br/>
        <w:t>…………… Може, то ти їх попередила? — Заткнися, дурепо, — заволала Оттла, — стули писок, бо я тобі не знаю, що зроблю! Вони там теж музику слухали! Яке ти маєш право мені вичитувати, хамко!?! То ти вважаєш, що я спеціально врятувала свою шкуру, а тих нещасних підставила під ракети?</w:t>
      </w:r>
    </w:p>
    <w:p>
      <w:r>
        <w:br/>
        <w:t>Оттла підскочила до Марти і блискавично надавала їй ляпасів, упала на канапу і заридала. Марта заридала теж. Хвилин п'ять або шість це був суцільний рид і дурдом. Потім Марта закричала:</w:t>
      </w:r>
    </w:p>
    <w:p>
      <w:r>
        <w:br/>
        <w:t>— Я зовсім не те хтіла повісти, у мене просто так получилося, бо я дуже нервова, ти знаєш, бо я думала, що тебе вже на тім світі нема, а ти є, і я зраділа, а ти мене переш по морді, наче якого-небудь холєрного лейтенанта, а я тобі не лейтенант X., я не лейтенант X., я не лейтенант…</w:t>
      </w:r>
    </w:p>
    <w:p>
      <w:r>
        <w:br/>
        <w:t>— Припини істерику, — в свою чергу закричала Оттла, — знаю я, що ти не лейтенант X., дякувати Богу, я ще не цілком здуріла, хоча треба було б здуріти, бо як інакше все витримати, коли ти — ти! — кажеш, що я — я! — послала цих нещасних лохів під снаряди, хоч їх давно вже треба винищити всіх до ноги, але я їх не посилала туди, я слухала музику, а ти кажеш, що я слухала музику, в той час, коли, а звідки я знала, ну, повідж мені, повідж, повідж, як ти така мудра! Подумаєш, — ударила її там якийсь раз, може, незумисне, — і вже на, маєш трагедію; а ти пригадай собі, як ти мене скарифікувала, коли я призналася, що пробувала ті пігулки, а я ж сама тобі призналася, а ти била мене, і синці потім тиждень не сходили, а вони всі жеруть ті пігулки, і колються, і ширяються, а ти ж їх не ходиш бити, ну, пробач мені, пробач, Мартусю!</w:t>
      </w:r>
    </w:p>
    <w:p>
      <w:r>
        <w:br/>
        <w:t>Марта підбігла до канапи і міцно обняла Оттлу, і вони знову залилися слізьми, але це були вже останні сльози, гроза відходила за місто, ледь чутно торохкали останні громи, пахло матіолами і акацією, свіжим і чистим післядощовим вечором, і догорала свічка, і корчилися в передсмертних муках поранені діти, і раптом стихло все, тиша прийшла і стала над усіма ними, і поміж них стала тиша, і це було влітку ………………</w:t>
      </w:r>
    </w:p>
    <w:p>
      <w:r>
        <w:br/>
        <w:t>………………………………………………………………………………………………………………………………………………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………………………………………………………………………………………………</w:t>
      </w:r>
    </w:p>
    <w:p>
      <w:r>
        <w:br/>
        <w:t>………………………………………………………………………………</w:t>
      </w:r>
    </w:p>
    <w:p>
      <w:r>
        <w:br/>
        <w:t>………………………………………………………………</w:t>
      </w:r>
    </w:p>
    <w:p>
      <w:r>
        <w:br/>
        <w:t>………………………………………………</w:t>
      </w:r>
    </w:p>
    <w:p>
      <w:r>
        <w:br/>
        <w:t>………………………………</w:t>
      </w:r>
    </w:p>
    <w:p>
      <w:r>
        <w:br/>
        <w:t>………………</w:t>
      </w:r>
    </w:p>
    <w:p>
      <w:r>
        <w:br/>
        <w:t>— Сержант Марта, на вихід! — заголосив унизу черговий по штабу.</w:t>
      </w:r>
    </w:p>
    <w:p>
      <w:r>
        <w:br/>
        <w:t>— Йди, — сказала Оттла і поцілувала Марту в щоку, — йди і взнай усе до ладу, а потім розкажеш мені, я чекатиму. Ключ від його кімнати в тебе? Давай сюди. Давай, давай, я тобі поверну. Мені треба подивитися, може, там щось про маму…</w:t>
      </w:r>
    </w:p>
    <w:p>
      <w:r>
        <w:br/>
        <w:t>Марта мовчки відстібнула ключ від генералового кабінету з загальної в'язки і простягла Оттлі. Це був злочин. Але сьогодні все було таким. І, зрештою, було плювати.</w:t>
      </w:r>
    </w:p>
    <w:p>
      <w:r>
        <w:br/>
        <w:t>— Замкнися, — сказала Марта і подріботіла сходами до низу.</w:t>
      </w:r>
    </w:p>
    <w:p>
      <w:r>
        <w:br/>
        <w:t>Оттла прислухалася. Все ще та сама тиша. Треба йти, доки є нагода, треба йти, хоч від страху клацають зуби і тремтять руки, і дрібно колотяться піджилки на ногах; треба йти, хоч від страху стискається серце і фіолетовими стають губи…</w:t>
      </w:r>
    </w:p>
    <w:p>
      <w:r>
        <w:br/>
        <w:t>Оттла вискочила в коридор і ще раз прислухалася, а потім побігла до своєї колишньої кімнати, встромила ключ у дірку, повернула, — все це навпомацки, — клацнула вимикачем — світла не було. Оттла чортихнулася і побігла назад до своєї кімнати, схопила нову свічку, припалила її від попередньої, що ось-ось мала погаснути, і прикриваючи вогник долонею, швидко пішла до кабінету генерала Д.</w:t>
      </w:r>
    </w:p>
    <w:p>
      <w:r>
        <w:br/>
        <w:t>Дякувати Богу, вікно було затулене портьєрами. Оттла посіпала шухлядки в генераловому столі — зачинені всі, крім однієї нижньої; там лежав пістолет і три обойми до нього. Оттла кинула пістолет з обоймами до глибокої кишені халата, засунула шухляду, відчинила дверцята шафи з генераловими мундирами; там висіло ще й два цивільних костюми. Оттла поставила свічку на стіл і почала нишпорити по всіх кишенях; ага, ось паспорти… один генералів, другий генералів, третій — генералів, чорт би тебе взяв з твоїми паспортами, ого! — громадянин Швейцарії — не зле, папа! — всі, звичайно, з вигаданими прізвищами, а втім, дідько його знає, які в нього справжні, які вигадані, — ось! Оттла знайшла свій паспорт, і ще один, теж свій, про існування якого вона не підозрювала, хоча дуже часто мріяла. Матінко Божа, я теж громадянка Швайцарії?! Якась там "…байн". Чокнутися можна. На мить їй перехопило подих, дивне почуття стиснуло горло, — щось на зразок жалю і вдячності до генерала, — до папи! Але треба було поспішати. Оттла скрипнула зубами і нагнувшись, помацала рукою під шафою, — витягла "дипломат". Цікаво, що в ньому? Ану ж як замкнений? Оттла поклала "дипломат" на стіл, клацнула замками, — відчиняється! Вона зазирнула всередину і мимоволі свиснула, — доляри, сотками, пачками! Навіть кіна не треба, яке там кіно, коли існує такий "дипломат"! І ще якісь папери, мабуть, з військовими таємницями. Оттла кинула свої паспорти в "дипломат", замкнула його і перевела дух.</w:t>
      </w:r>
    </w:p>
    <w:p>
      <w:r>
        <w:br/>
        <w:t>В принципі, пора було линяти. Але… але… ага, ще канапа. Оттла підбігла до розкладеної канапи, підняла одну її половину і зазирнула всередину. Якісь папки, коробки, футляри, — і раптом кров кинулася їй до голови, — тут лежала пласка мамина валізка, яку вона ціле життя туманно пригадувала і не могла пригадати, і мучилася, переконуючи себе, що то був тільки сон: хвора мама гладить маленьку Оттлу по голові і каже: "Коли ти виростеш, візьми цю валізку і прочитай, не забудь тільки: 0-3563, повтори, ще повтори: 0 — Оттла, три-п'ять-шість-три, дівчинко моя, доцю…"</w:t>
      </w:r>
    </w:p>
    <w:p>
      <w:r>
        <w:br/>
        <w:t>Оттла взяла металеву валізку і "дипломат", потемки віднесла їх до своєї кімнати, засунула під ліжко, пістолет з обоймами поклала під подушку. Потім повернулася в кабінет, забрала свічку, роззирнулася — все гаразд? Ні, не все, — генералові паспорти залишилися на столі. І тут їй прийшла в голову ідея, — вона запхала паспорти в котрийсь із мундирів, потім відчинила бар, дістала звідти напівпорожній трилітровий слоїк спирту, облила ним мундири, портьєри, якісь папери, розкидані по столу й канапі, — і по черзі підпалила все це, підносячи тендітний вогник свічки. Відтак вийшла в коридор, замкнула двері, зайшла до себе, натягла джинси, светер, кросовки і вийшла чорним ходом до Мартиної кімнати.</w:t>
      </w:r>
    </w:p>
    <w:p>
      <w:r>
        <w:br/>
        <w:t>— Марто, н&amp;#225; ключ, іди до штабу і крутися там у всіх на очах, я підпалила кабінет, незабаром вони відчують і кинуться гасити, а я тим часом сидітиму в барі, ну, там, де поминки, а потім втечу, назавжди, насправді, алібі, Мартусю, тобі треба шалене алібі, — прошепотіла Оттла на вухо Марті.</w:t>
      </w:r>
    </w:p>
    <w:p>
      <w:r>
        <w:br/>
        <w:t>Та відсахнулася і з повними жаху очима позадкувала від Оттли.</w:t>
      </w:r>
    </w:p>
    <w:p>
      <w:r>
        <w:br/>
        <w:t>— Ти поїхала остаточно, — прошепотіла Марта, — нас розстріляють, принаймні мене, це вже точно.</w:t>
      </w:r>
    </w:p>
    <w:p>
      <w:r>
        <w:br/>
        <w:t>— Так, але це не головне. Що ти гапиш? Мерщій до штабу!</w:t>
      </w:r>
    </w:p>
    <w:p>
      <w:r>
        <w:br/>
        <w:t>Оттла спустилася до офіцерського бару в підвалі, замовила в Лізи джин з тоніком, потім сіла біля майора Т., і, прийнявши від нього палкі співчуття, попросила розповісти про обстріл похорону.</w:t>
      </w:r>
    </w:p>
    <w:p>
      <w:r>
        <w:br/>
        <w:t>— Добре, що тебе там не було, дитино, — сказав майор Т., — такої м'ясорубки я не видів навіть… навіть нігд&amp;#233; не видів, а я видів много м'ясорубок. То є наволоч, яка вкрай знахабніла. Християни! Не убий! А там же й діти були. Бігме, якби не полковник 3. на бетеері, якби він гонорово не привіз мене до цього затишного бару гонорово пом'янути твого папу… і добре, що тебе не було там. Ще мені тої гризоти бракувало, але жіноча інтуїція і врода, що не кажи…</w:t>
      </w:r>
    </w:p>
    <w:p>
      <w:r>
        <w:br/>
        <w:t>Майор Т. був уже помітно загачений. Та й решта командирів теж; пригніченість панувала в залі, яка бачила неймовірні, не до опису, сцени; пригніченість клубочилася хмарами тютюнового і всілякого іншого диму над головами доблесного стада, яке втратило свого пастуха; всі були загачені і пригнічені, пригнічені і загачені, пригнічені і сумні, сумні та невеселі, невеселі і знову ж таки загачені, і навпаки; дехто підходив до Оттли висловити глибокі співчуття. Оттла приймала співчуття зі всією їхньою глибиною, приймала пригніченість і загаченість, сум та невеселість, напружено чекаючи, коли ж, нарешті, завиють пожежні сирени. Співчуття чимдалі ставали все глибшими, палкішими, щирішими. Палахкотіли свічки, чадили гасові лямпи, напруженість зростала і була вже дуже пізня година.</w:t>
      </w:r>
    </w:p>
    <w:p>
      <w:r>
        <w:br/>
        <w:t>6. Втеча</w:t>
      </w:r>
    </w:p>
    <w:p>
      <w:r>
        <w:br/>
        <w:t>Оттла п&amp;#233;рла як дурна. Броньований автомобіль генерала Д. давно не розвивав такої швидкості і з незвички йому трохи паморочилося в… ну, що там у них замість голови? Провінційні містечка блякли у вранішньому тумані, просто над трасою сходило сонце. "Кайф", — сказала Оттла, стишивши швидкість, щоб прикурити цигарку. Її вже нудило від цигарок і виснажливої гонитви, але вона все ще боялася погоні і все ще не знала, як їй вдасться подолати останню, найнеприступнішу заставу. Дві попередні застави вона обминула безболісно, старими, всіма забутими трасами, які їй колись показав полковник Р. під час незабутньої, — о-ох, — позіхнула Оттла, — поїздки в гори за лавандою; такі малесенькі квіточки, а пахнуть — сказитися можна; якась москалька навіть пісню про них співала колись, як Оттла ще маленькою була, — в тій пісні нічого не можна було зрозуміти, зрештою, як і завжди в тих москалів, за винятком одного слова "лаванда", потім вар-вар-вар і знову: "лаванда", і кров би її люта спалила ту лаванду, і ту москальку, і ту останню, найнеприступнішу заставу, — але Оттла газувала далі, міцно закусивши нижню губу і намагаючись витиснути сльози з очей, щоб вони не так злипалися, але сльози не витискалися, старі покинуті траси вкрай приголомшили броньованого монстра, який звик виключно до елегантних автобанів, спати хотілося все дужче, і Оттла нарешті не витримала, завернула до якогось гаю, вимкнула мотор і миттю провалилася в глибокий пухнастий сон на задньому сидінні, широкому, м'якому; в розчинене вікно залітав пташиний щебіт, пахло літом і свободою, Оттла спала так міцно й щасливо, що не чула, як над трасою двічі пролетів гелікоптер з полковником Р. Її шукали і шукали неабияк.</w:t>
      </w:r>
    </w:p>
    <w:p>
      <w:r>
        <w:br/>
        <w:t>До останньої застави лишалося трохи більше чотирьох миль, далі починалися гори вже не міські, а повстанські; туди ж, далі, за перевалом — кордон; на кордоні її затримати не повинні б, а там хтозна; кордон був останньою надією Оттли; вона залишить автомобіль повстанцям, сяде на пароплав — і бай-бай, "уродіна-мать", чи як там її ще називають; але застава охоронялася найжорстокіше, тут служили найвідданіші, найдобірніші мудаки, і Оттла прокинулася через три години від думки про мудаків та сонячного променя на щоці. В машині пурхав великий метелик, біло-блакитний, класний, Оттла відкрила дверцята, вигнала метелика на волю, потім дістала термос із кавою, яку наготувала вчора Ліза, канапки, зроблені Мартою після пожежі, почала снідати і думати, думати, думати, снідати, думати, думати, думати, снідати, думати і снідати, снідати і думати, але до голови лізли тільки безглузді фантазії, на зразок тих, що в автомобілі генерала Д. мусіли б бути крила, що надав їй нечистий народитися в цій дебільній країні, ну і таке інше. "Нема ради", — зітхнула Оттла, закручуючи кришечку термоса.</w:t>
      </w:r>
    </w:p>
    <w:p>
      <w:r>
        <w:br/>
        <w:t>Вона вилізла з машини, розклала рештки канапок на серветці, — для пташок, трохи поприсідала, зробила таку-сяку руханку і з ненавистю подивилася на автомобіль, єдиний можливий порятунок. Треба було забрати Марту, принаймні чергувалися б уночі за кермом; Оттла відчувала, що виспалася, але голова була якась порожня і важка, якась не така, ніби й не Оттлина; вона згадала про валізу, витягла її з машини, і всівшися на траві, набрала шифр: "0-3563", Оттла, три-п'ять-шість-три, моя доцю… Замок клацнув. Оттла трохи повагалася і відчинила валізу.</w:t>
      </w:r>
    </w:p>
    <w:p>
      <w:r>
        <w:br/>
        <w:t>Зверху лежала фотографія. На фотографії була дуже молода, усміхнена мама в японському кімоно, а її пригортав до себе теж дуже молодий іще капітан. Оттла уважно придивлялася до капітана і відчула, як волосся на її голові повільно, але невпинно підіймається сторч.</w:t>
      </w:r>
    </w:p>
    <w:p>
      <w:r>
        <w:br/>
        <w:t>Сумнівів бути не могло, — маму обіймав Менелай, запеклий ворог генерала Д., головнокомандуючий повстанськими військами.</w:t>
      </w:r>
    </w:p>
    <w:p>
      <w:r>
        <w:br/>
        <w:t>Тієї ж миті Оттла все-все-все зрозуміла. Вона була переконана, що вже бачила цю фотографію, — і не один раз. Вона знала те, що було написано на звороті. Навіть почерк пригадувала, — хоч тоді вона ще не вміла читати. Але читати вміла мама. А на звороті було написано таке:</w:t>
      </w:r>
    </w:p>
    <w:p>
      <w:r>
        <w:br/>
        <w:t>"Люба Елен! Молюся і буду молитися за тебе й за нашу донечку Оттлу. Хай Бог дивиться на нас трьох і радіє, що ми так вдалися Йому. Цілую-цілую-цілую моїх любих дівчаток. Менелай".</w:t>
      </w:r>
    </w:p>
    <w:p>
      <w:r>
        <w:br/>
        <w:t>Далі були листи. Знайомство, зустрічі, кохання, заручини, одруження, розлука, народження Оттли, велика перерва, листи все коротші і на все гіршому папері. Останній:</w:t>
      </w:r>
    </w:p>
    <w:p>
      <w:r>
        <w:br/>
        <w:t>"Бережи Оттлу. І прости мене, якщо зумієш. Я все одно повернуся, ти ж знаєш. Я переможу і тоді повернуся. Все одно кохана. Менелай".</w:t>
      </w:r>
    </w:p>
    <w:p>
      <w:r>
        <w:br/>
        <w:t>Оттла підвела очі. Світило сонце і співали птахи, густа тінь від молодого листя падала на кольорове фото: барвисте кімоно, парадний кітель. Так ось кого нагадував їй вершник з полум'яно-золотистим волоссям, намальований у такому далеченному Треченто; ох, ліпше б я народилася тоді і там… Літав метелик, — той самий, біло-блакитний, їй розхотілося будь-куди їхати. Куди їхати, коли мама померла, а тато — Менелай?</w:t>
      </w:r>
    </w:p>
    <w:p>
      <w:r>
        <w:br/>
        <w:t>7. Оттла медитує</w:t>
      </w:r>
    </w:p>
    <w:p>
      <w:r>
        <w:br/>
        <w:t>Я Оттла. Я = Я, Оттла = Оттла, Я = Оттла. Елен + Менелай = любов. Елен + Менелай = Оттла. Оттла = любов. Любов = я. Я — є. Я = є. Я = є = Оттла = любов. Є = любов. Я є Оттла = Я є любов. Я є любов? Я є. Любов = є. Я &amp;#8800; любов. Я &amp;#8800; Оттла?</w:t>
      </w:r>
    </w:p>
    <w:p>
      <w:r>
        <w:br/>
        <w:t>Я є? Є. Я? Я. Я = Оттла? =. Елен + Менелай = любов? =. Я = любов? &amp;#8800;. ? ? ?</w:t>
      </w:r>
    </w:p>
    <w:p>
      <w:r>
        <w:br/>
        <w:t>…Я = Оттла = вона. Вона = she. She = Ші. Ші = військо. Стійкість. Змужнілій людині — щастя. Ганьби не буде. Вона — людина? Вона змужніла. Змужніла? Гермафродит = вона? Гермафродит = він + вона. Він — Менелай + вона — Елен = Оттла. Оттла = гермафродит?! Nein!!! Riders on the storm. Riders on the storm. People are strange. Who do you love? Полковник Р.: Hello, I love you. Touch me. Light my fire…[5] "…Якби це огидне християнство не запанувало шляхом убивств і крові; якби радощі нашого раю не зводилися до зухвалого блаженного видіння невідомо чого, чого ні зрозуміти, ні збагнути не можна; якби наше пекло становило щось інше, крім вогняних безодень, потворних демонів, виття й скреготу зубів; якби наші картини могли бути чимсь іншим, крім жорстоких сцен здирання з людини шкіри, вішання, печення, смаження, огидної бійні; якби всі наші святі не були закутані до кінчика носа; якби наші цнотливі й скромні правила не забороняли показувати плечі, стегна, жіночі груди, всю наготу; якби дух умерт-влення плоті не висушив цих грудей, не розслабив цих стегон, не зробив цих плечей худими й незграбними; якби на художників наших і на поетів не накладали пут жахливі слова "блюзнірство" і "профанація"; якби діва Марія була матір'ю насолоди, або якби прекрасні очі, прекрасні груди, гарні стегна привабили до Матері Божої Святого Духа і якби це було записано в книзі її історії; якби архангел Гавриїл був там оспіваний за свої красиві плечі; якби Магдалина мала з Христом якусь любовну пригоду; якби на весіллі в Кані Христос напідпитку, трошки дисидент, помацав за груди одну з дружок і сідниці святого Івана, не будучи певним, чи залишиться він вірним апостолові з ледве запущеним підборіддям…" — далі Оттла забула, цей уривок вони вчили напам'ять рік тому і вона отримала за нього "п'ятірку" — "Хай Бог дивиться на нас трьох і радіє, що ми так вдалися Йому"; вдалися, аякже. Цікаво, де зараз мама? "Мама в раю", — сказала якось Марта. А звідки Марта знає? Знає, бо вона віруюча. А я — віруюча? …………………………</w:t>
      </w:r>
    </w:p>
    <w:p>
      <w:r>
        <w:br/>
        <w:t>………………………………………………………………………………………………………………………………</w:t>
      </w:r>
    </w:p>
    <w:p>
      <w:r>
        <w:br/>
        <w:t>…………… Якщо я віруюча, тоді генерал Д. — в пеклі. А де в такому разі Менелай? Я — де? Я тут, у гаю; а гай — у пеклі. Це я в пеклі, а не генерал Д. Папа. Тато. Пато. Отож-бо й воно, що "пато". Ну, то повертайся на Ніклясштрассе і не мороч голови. Полковник уже чекає. "Я все одно повернуся, ти ж знаєш. Я переможу і тоді повернуся". Цікаво, чи знав папа, чия я направду? Чому він так боявся моєї втечі? Невже він гадав, що я його? А мама? Виходить, вона обдурила і Д., і Менелая? І чому Менелай не викрав нас? Адже більшість повстанців повикрадали або повикупляли свої сім'ї, про це всі знають. Мама спала з генералом? Звідки я знаю. І чого це мусить мене обходити? І куди мені подітися тепер? До Швайцарії. На Ніклясштрассе. В банду Менелая. В монастир. В публічний дім. В. Або в… Трахатися. Молитися. Вбивати. Бути вбитою. Бути. Але я є. Господи, допоможи мені. Ще трохи, ще крапельку — і я збагну. Пробач мені, що я вивчила той кретинський уривок напам'ять. Ліпше б я отримала "двійку". Завести сім'ю. Або знайти цікаву роботу — стати журналісткою. Тележурналісткою. Перекладати. Пруста. Перекладати Пруста і Марітена, а не Дідро чи Лімонова. Розводити рибок. Зніматися в кіно. Знімати кіно. Співати. Танцювати. Займатися культуризмом. Але навіщо?</w:t>
      </w:r>
    </w:p>
    <w:p>
      <w:r>
        <w:br/>
        <w:t>Втрапити до раю. Втрапити до пекла. В раю ти будеш із мамою. В пеклі ти будеш із папою. В горах ти будеш із Менелаєм. Ти будеш = я буду. Але я є. Я = є. Я = Я. Я = Я = Оттла. Оттла = Елен + Менелай. Елен + Менелай = любов. Оттла &amp;#8800; любов. А треба, щоб дорівнювало? А навіщо? Бо так треба. Тому, що є &amp;#8800; бути. Про це всі й так знають. Чхати на всіх. І на їхнє знання. Всіх не-ма-є, є — я. Я є Оттла. Оттла не є любов. Оскільки вона не є любов, вона не є. Але я є. А навіщо?</w:t>
      </w:r>
    </w:p>
    <w:p>
      <w:r>
        <w:br/>
        <w:t>Оттла плюнула і почала збирати листи, розкидані по галявині. Поклала їх до валізи, валізу кинула під заднє сидіння. Сонце було ще досить високо. "Венецьке сонце золотом постане…" Позачиняла вікна й двері. Забронювалася. Сіла за кермо. Завела двигун. Озираючись через плече, насилу справилася з заднім ходом, — ніколи досі не пробувала.</w:t>
      </w:r>
    </w:p>
    <w:p>
      <w:r>
        <w:br/>
        <w:t>І вже не озираючись, щосили рвонула в бік застави.</w:t>
      </w:r>
    </w:p>
    <w:p>
      <w:r>
        <w:br/>
        <w:t>8. Наближення</w:t>
      </w:r>
    </w:p>
    <w:p>
      <w:r>
        <w:br/>
        <w:t>Вмент над шляхом з'явився гелікоптер. Полковник Р. полегшено зітхнув. "А, курва твоя мама була", — подумала Оттла і врубала п'яту швидкість. Полковник Р. зблід. "Розіб'ється, бляха", — подумав полковник Р. і наздоганяючи машину, почав знижуватися. "Пішов ти в сраку", — подумала Оттла. Якщо він сяде переді мною, врубаюся з усього розмаху в нього. Полковник відчув цю рішучість і став підніматися. Поперек шляху Оттли стояв бетеер, на ньому сиділи солдати і курили. "Заберіть бетеер", — сказав полковник по рації. Бетеер забрали. Через дві хвилини повз них пролетів вихор Оттли. Солдатам стало не по собі. Вони ще ніколи в житті такого не бачили. І не побачать. "Оттла", — сказав полковник Р. "Оттла", — озвався динамік справа від Оттли і вона здригнулася. Машину ледь-ледь повело. "Оттла, вони не пропустять тебе. Вони виконують інший наказ. Я нічим не можу тобі допомогти. Зупинися. Подумаємо разом. Оттла, згадай усе, що було. Оттла, ти загинеш, зупинися. Оттла". Оттла тисла на газ і вже не здригалася. Гелікоптер приречено летів слідом.</w:t>
      </w:r>
    </w:p>
    <w:p>
      <w:r>
        <w:br/>
        <w:t>"Ну от, бачиш, щ&amp;#243; вони придумали", — за хвилину знову озвався полковник Р.</w:t>
      </w:r>
    </w:p>
    <w:p>
      <w:r>
        <w:br/>
        <w:t>Ворота застави були широко розкриті навстіж. Білий шлях був цілковито порожній, без вибоїн і камінців він здіймався в гори і щезав за перевалом. Це називалося воля.</w:t>
      </w:r>
    </w:p>
    <w:p>
      <w:r>
        <w:br/>
        <w:t>Але перед воротами стояли солдати, вишикувані в дві шеренги. Солдатів було дванадцятеро. Вони перегороджували білий шлях до волі. Це було набагато страшніше за бетеер, — дехто з них, особливо ж ті, що стояли посередині, посміхалися. Оттла летіла. "Розійдись", — мляво сказав полковник Р. по рації. Прапорщик унизу поправив свою рацію на грудях, але промовчав. Більше ніхто не зворухнувся. "Вона зупиниться", — подумав полковник і відвів очі від дороги.</w:t>
      </w:r>
    </w:p>
    <w:p>
      <w:r>
        <w:br/>
        <w:t>Оттла уважно дивилася перед собою. На мить їй здалося, що зараз вона прокинеться. Вона тільки двічі в житті ганяла на такій швидкості. Це було страшніше за швидкість. Вона вже не могла відірвати рук від керма, а ноги від акселератора, пригальмувати, звернути вправо або вліво, стати, розвернутися, дати задній хід. Таких речей більше не існувало. Її паралізувало. Так паралізує уві сні і ти тоді негайно прокидаєшся. Її паралізувала не воля, яка виднілася за головами вісімнадцятирічних юнаків у вигляді порожнього білого автобану, що прямував у гори; воля не може паралізувати; це був страх перед швидкістю, вірніше, страх перед страхом, який викликала швидкість чи те, та, той, ті, що стояли за нею і поперек неї. Оттла завжди любила гасати, але тоді швидкістю керувала вона, а тепер швидкість керувала нею, — її головою, шиєю, плечами, руками, персами, животом, лобком, вагіною, дівочою плівкою, — бо Оттла все ще була незайманою, — маткою, анальним отвором, довгими красивими стрункими ногами і нігтями на пальцях рук і ніг Оттли керувала швидкість; вона не почула, як затріщали кістки, як пролунав одноголосний моторошний зойк, як фонтанами цвіркнули кров, сперма, сеча, кал і кров з почавлених тіл, як розкололися черепи, повилазили очі і мозок потік на чудовий сірий бетон, драглі, соплі, криваве місиво, автоматна черга вслід, "що ти, що ти наробила, Оттла-а-а-а!" — вигук динаміка в порожній машині, де не було вже Оттли, а була тільки — швидкість; швидкість сиділа за кермом і тиснула на газ, і бачила, як із-за гори вилетіла ракета, і зрозуміла, що це гелікоптер вибухнув позад неї в сонячному небі, бо це все ще було літо, літо Господнє; потім швидкість почала стихати, колеса почали робити все менше обертів, усе менше стало коліс, платівка змінила голос і товстим басом почала закінчувати: "А-А-А-ВЕ, МАРІ-І-ІЯ", — і зупинилася.</w:t>
      </w:r>
    </w:p>
    <w:p>
      <w:r>
        <w:br/>
        <w:t>Машина зупинилася. Оттла механічно намацала ручку дверцят, відчинила їх і вийшла. Голова була дуже порожньою. З неї щось витікало. Оттла відчувала, що з кожною секундою в її голові все менше залишається Оттли, а все більше стає порожнечі. Вона ступила кілька кроків, заточилася і впала в траву. Трава була дуже зеленою. Тут не існувало швидкості. Просто літали бджоли. Сяяло сонце. Пахло. Оттла нарешті почала дихати, глибоко-глибоко, повільно-повільно, тихо-тихо. Вона зрозуміла, що все-таки прокидається. Але не розплющувала очей. Приходили якісь окремі, нарешті нічим між собою не пов'язані слова. Вони були як бджоли, — прилітали, відлітали, і жодного разу це не була якась одна й та ж бджола. Вони просто сідали, брали нектар Оттли, зривалися і летіли геть у сліпучо-чорно-зелене море, яке пахло смородиною. Все було так просто: посеред моря в човні жив Пасічник. Бджоли приносили йому мед. Пасічник посміхався і мовчав. У його човні стояв вулик. У вулику жили його бджоли. Ось прилетіла до нього Оттла і принесла свій мед. Пасічник уважно подивився на неї і не посміхнувся. Але Оттла цього не бачила. Вона просто повзала по Його руці. Вона лежала горілиць і дивилася в не до віри блакитне небо. Бджоли не бачать свого сіроокого Пасічника. Вони не впізнають Його в Обличчя. Вони бачать блакитне небо, чують чистий запах землі і смородини. Сльози навертаються їм на очі, — на ті самі очі, які ніколи не побачать свого Пасічника, — і небо тоді зникає. Пливуть дощі, — буйні, квітучі дощі. Буяє повінь і квітують яблуні. Ти щойно вбила трьох хлопців. І ти хочеш жити. І ти хочеш жити? І ти хочеш жити? І вони хотіли. А може, й не хотіли. Могли б розбігтися, якби хотіли. Вбити свого командира, який віддає їм такі накази і який теж хоче жити. Ще там щось. Зрештою. Вони вже давно в Царстві Небесному, а ти все ще тут. Поки тебе теж не вб'ють. Або поки ти не станеш старою і помреш від цього. Від чого? Від того, від чого вмирають усі старі, — від життя, якого ти так хочеш зараз. Боже, який гарний метелик! Боже, який тільки гарний, чудовий, неймовірно прекрасний у Тебе оцей метелик! Як Ти кажеш? Eupithecia nabokovi Мс Dunnough. Ага, виявляється, Пасічник говорить латинською і англійською водночас. Не зле!</w:t>
      </w:r>
    </w:p>
    <w:p>
      <w:r>
        <w:br/>
        <w:t>"Призвав їх до останньої гостини</w:t>
      </w:r>
    </w:p>
    <w:p>
      <w:r>
        <w:br/>
        <w:t>і (наче постріл у садку пташини)</w:t>
      </w:r>
    </w:p>
    <w:p>
      <w:r>
        <w:br/>
        <w:t>сполохав словом він своїм єдиним</w:t>
      </w:r>
    </w:p>
    <w:p>
      <w:r>
        <w:br/>
        <w:t>їх руки із хлібів: з усіх сторін</w:t>
      </w:r>
    </w:p>
    <w:p>
      <w:r>
        <w:br/>
        <w:t>до нього б'ються, тріпотять над столом</w:t>
      </w:r>
    </w:p>
    <w:p>
      <w:r>
        <w:br/>
        <w:t>і виходу шукають. Але він</w:t>
      </w:r>
    </w:p>
    <w:p>
      <w:r>
        <w:br/>
        <w:t>немов смеркання — всюди є, навколо",[6] —</w:t>
      </w:r>
    </w:p>
    <w:p>
      <w:r>
        <w:br/>
        <w:t>прошепотіла Оттла пошерхлими, пекучими вустами, і — заснула? прокинулася?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Досвід коронації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