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за хмари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за 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