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 на схід (Дитинство Слави Стецько)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 на схід (Дитинство Слави Стецько)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