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</w:t>
      </w:r>
    </w:p>
    <w:p>
      <w:r>
        <w:br/>
        <w:t xml:space="preserve"> &lt;p&gt;— Ну, шабаш, Маріє, досить з тебе! — сказала я дівчині, що прятала скло після вечірнього чаю.— Можеш іти.</w:t>
      </w:r>
    </w:p>
    <w:p>
      <w:r>
        <w:br/>
        <w:t>Схилена над паперами, замітила я між якоюсь одною сторінкою і другою, що рухлива тінь Марії, заломлена на стелі, станула на місці, і кроки, приглушені грубою вощанкою долівки, стихли.</w:t>
      </w:r>
    </w:p>
    <w:p>
      <w:r>
        <w:br/>
        <w:t>Настирлива конечність приневолила мене оглянутися. За моїми плечима стоїть Марія і наче жде чогось. Її голова трохи прихилена під рубцем білої хустини, а тінь лягла посмерком на чисте чоло й очі.</w:t>
      </w:r>
    </w:p>
    <w:p>
      <w:r>
        <w:br/>
        <w:t>— Що там ще, Маріє?</w:t>
      </w:r>
    </w:p>
    <w:p>
      <w:r>
        <w:br/>
        <w:t>Відповіла не зараз:</w:t>
      </w:r>
    </w:p>
    <w:p>
      <w:r>
        <w:br/>
        <w:t>— Кому квапно на бараки, панечко! Цимер[1] світло давно вже погасив, людиська позагортувалися у дранки, дують одно одному на плече від зимна, як той віл у вертепі на Божу Дитину. Пані не йдуть спати? Я ще посиджу...</w:t>
      </w:r>
    </w:p>
    <w:p>
      <w:r>
        <w:br/>
        <w:t>— Гаразд, оставайся.</w:t>
      </w:r>
    </w:p>
    <w:p>
      <w:r>
        <w:br/>
        <w:t>Доторкнула лежанки кінцями пальців, з приємністю присіла на краєчку, вдумливо підвела смуги брів, ніби ясочка стулилася у купку і хвалила собі вечір.</w:t>
      </w:r>
    </w:p>
    <w:p>
      <w:r>
        <w:br/>
        <w:t>— Пані у Бога щасливі! Чистюньке ліжко, піч нагріта і світло де пересунути, там світить. А у нас берлоги та й берлоги, як в гаврі, на стелі одна іскра, гей мерцеве око. Дуже неприємно.</w:t>
      </w:r>
    </w:p>
    <w:p>
      <w:r>
        <w:br/>
        <w:t>Засунула руку у пазуху, блиснула сонною груддю, видобула кусок полотна, розшитого драпатенькими. Добирала ниток із райдужного повісма, перекиненого через рам'я, притискала край волокна зубами і, засилюючи голку, жмурила під світло милі очі.</w:t>
      </w:r>
    </w:p>
    <w:p>
      <w:r>
        <w:br/>
        <w:t>— Так делікатно в панів, Божечку! — зітхнула зі щирістю.</w:t>
      </w:r>
    </w:p>
    <w:p>
      <w:r>
        <w:br/>
        <w:t>Я поспішила з дешевим висловом:</w:t>
      </w:r>
    </w:p>
    <w:p>
      <w:r>
        <w:br/>
        <w:t>— Пожди, Маріє... Ще трохи — і всіх вас закличуть додому. То буде радість!</w:t>
      </w:r>
    </w:p>
    <w:p>
      <w:r>
        <w:br/>
        <w:t>Вказала з глумом у сторону кладовища:</w:t>
      </w:r>
    </w:p>
    <w:p>
      <w:r>
        <w:br/>
        <w:t>— То буде плач! То раз будуть мами бити головами у бараки за сим маленьким народом, що остане — там!</w:t>
      </w:r>
    </w:p>
    <w:p>
      <w:r>
        <w:br/>
        <w:t>— Як-не-як, Карпатів удруге не меш переходити.</w:t>
      </w:r>
    </w:p>
    <w:p>
      <w:r>
        <w:br/>
        <w:t>— Або першина? Як треба буде...</w:t>
      </w:r>
    </w:p>
    <w:p>
      <w:r>
        <w:br/>
        <w:t>Задумалася нагло: мабуть, розглядала у своєму серці неймовірні простори, розгойдані шумливими вітрами, зраховувала до купки щонайлютіші болі. Дивувалася без краю своїй незнаній силі у вічнім цвіттю.</w:t>
      </w:r>
    </w:p>
    <w:p>
      <w:r>
        <w:br/>
        <w:t>— Розповідж свою дорогу, Маріє. Ні раз мені спати не хочеться.</w:t>
      </w:r>
    </w:p>
    <w:p>
      <w:r>
        <w:br/>
        <w:t>Добирала уважно ниток, перечіткувала спомини...</w:t>
      </w:r>
    </w:p>
    <w:p>
      <w:r>
        <w:br/>
        <w:t>— Два роки буде на Ілії... Я пасла у петрівськім лісі худобу. Обзираюся — а над нашим селом земля такими стовпами стоїть! Дуже тяжко москаль б'є... А почерез корчі скаче жовняр, кричить, трохи зубами не кусає:</w:t>
      </w:r>
    </w:p>
    <w:p>
      <w:r>
        <w:br/>
        <w:t>М Воєнцкий розказ, не вільно лісом ходити! Навертайся вліво, бо як тя мадяри озмуть, то меш мене згадувати! І не обзирайся, дівко, бо хоч обзираєшся, то не скоро будеш у селі!</w:t>
      </w:r>
    </w:p>
    <w:p>
      <w:r>
        <w:br/>
        <w:t>Міркую, що робити, а сусідова дочка надбігла, руки заломлює:</w:t>
      </w:r>
    </w:p>
    <w:p>
      <w:r>
        <w:br/>
        <w:t>— Здоганяй неню, Маріє, вони на дорозі мліють за тобою!</w:t>
      </w:r>
    </w:p>
    <w:p>
      <w:r>
        <w:br/>
        <w:t>Я кинулася як ужалена, правцюю з коровами на цісарську дорогу.</w:t>
      </w:r>
    </w:p>
    <w:p>
      <w:r>
        <w:br/>
        <w:t>Чую, жовняр люто сварить на дівку, але мені байдуже.</w:t>
      </w:r>
    </w:p>
    <w:p>
      <w:r>
        <w:br/>
        <w:t>— Ти що зраджуєш нарід? Що зраджуєш, питаюся тебе, а? Нехай тобі Бог заплатить за неї!</w:t>
      </w:r>
    </w:p>
    <w:p>
      <w:r>
        <w:br/>
        <w:t>А я біжу. Йно-м вихилилася з ліса, там вже мадяр із косими зубами гей заяць, кріс на плече, мене поперед себе — і гайда! — здоганяє людей. Три села тоді йшли з возами, з всячним таланом, а хто, як ми: ні хліба, ні лудиння, тільки всього, що струджена худібка отся, далеко від нас жовняри її женуть... Порох, як та сива птаха над цісарською дорогою, свою руку не зувидиш. А коло мене дєдів голос:</w:t>
      </w:r>
    </w:p>
    <w:p>
      <w:r>
        <w:br/>
        <w:t>— Се ти, Маріє?</w:t>
      </w:r>
    </w:p>
    <w:p>
      <w:r>
        <w:br/>
        <w:t>— Я, дєдю...</w:t>
      </w:r>
    </w:p>
    <w:p>
      <w:r>
        <w:br/>
        <w:t>Вони застогнали гей на вмиранню:</w:t>
      </w:r>
    </w:p>
    <w:p>
      <w:r>
        <w:br/>
        <w:t>— Ой, чого ж ти мене здогоняєш, дитино! Пропав талан, пропала праця!</w:t>
      </w:r>
    </w:p>
    <w:p>
      <w:r>
        <w:br/>
        <w:t>Бо вони думали, що обійду битку боками, що мадяри не спіймуть мене, і я вернуся пантрувати обійстя. Богато людей так зробило, їли білий пшеничний хліб, хто що оставив, мололи, продавали, різали вівці, кожухи собі мудрі пошили...</w:t>
      </w:r>
    </w:p>
    <w:p>
      <w:r>
        <w:br/>
        <w:t>Вихор, що у сотний раз облітав хату і тряс над нею сніговим куривом, проглотив останнє слово Марії. За стіною трудився тим часом діточий голос, наче повз на стрімку гору і падав між жереп по шкалубинах:</w:t>
      </w:r>
    </w:p>
    <w:p>
      <w:r>
        <w:br/>
        <w:t>— S&amp;#252;dchina ist... in den Flu&amp;#223;t&amp;#228;lern und Ebenen... ein ungemein fruchtbares Schwemmland...[2]</w:t>
      </w:r>
    </w:p>
    <w:p>
      <w:r>
        <w:br/>
        <w:t>— Пагат, вісім тароків, ультімо! — Десь там регіт, шум, торохкання крісел — і знов те заправлене гіркістю, навіяне сном:</w:t>
      </w:r>
    </w:p>
    <w:p>
      <w:r>
        <w:br/>
        <w:t>— S&amp;#252;dchina ist... in den Flu&amp;#223;t&amp;#228;lern...</w:t>
      </w:r>
    </w:p>
    <w:p>
      <w:r>
        <w:br/>
        <w:t>Марія судорожно розсувала пальці на колінах, як той, що від нудьги не находить собі місця.</w:t>
      </w:r>
    </w:p>
    <w:p>
      <w:r>
        <w:br/>
        <w:t>— Як нас загнали у тії Карпати, то там, де найбільше мочиво, казали нам лягати на відпочинок. Ніч, стужа, аж місяць у димові, кості мулить, нудь під серцем ссе, а діти то так вже пищать на мокрім! Хоч хто й вереньку підстелить, не помагає, вода лізе уверх. Такий мочар, такі скиби! А коли уже на день сонінько викочується, то мадяри гонять з голими мечами:</w:t>
      </w:r>
    </w:p>
    <w:p>
      <w:r>
        <w:br/>
        <w:t>— Далі, далі!</w:t>
      </w:r>
    </w:p>
    <w:p>
      <w:r>
        <w:br/>
        <w:t>Ані тої водички, ані кришки хліба, кожде тягне свої мозолі, не годно вже й плакати. Йдемо вдень порохами, а на ніч знову лягаємо у мочиво, бо такий воєнцкий розпорядок. По дорозі як ґазда вмре, або челядина, або мале, то лишають мерця під хатою у ґазди, просять його, щоби труну витесав, тіло спрятав. Як ґазда добрий, то поховає, але ци та мама знає, де він її дитину дів? Вона лишає мерле і йде, бо не вільно їй ставати.</w:t>
      </w:r>
    </w:p>
    <w:p>
      <w:r>
        <w:br/>
        <w:t>Як ми йшли тими Карпатами, то люди з голоду дуже пухли, жили одним ялівцем, що то ним плоти позаплітувані. Хто йде трафунком, то дивується, або й на сміх підіймає. А хліба ніхто не виносив. Повиходять у недільку карпатські діти на царинки, кожде у руці байдочку держить, то наш Василько аж в'яне, так хиляється до хліба. Але ніхто не давав.</w:t>
      </w:r>
    </w:p>
    <w:p>
      <w:r>
        <w:br/>
        <w:t>У Косові як зувиділи діти хліб і яблука, то дуже плакали і мами з ними, бо станути ніде не вільно, все йно марш та марш! Якийсь жовняр сплакав тоді над нами як рідний, то камрати аж клалися зі сміху:</w:t>
      </w:r>
    </w:p>
    <w:p>
      <w:r>
        <w:br/>
        <w:t>— Дурний хло! Та якби вони були порєнні, то їх не провадили би на шибеницю, вони були б в селі! То москвофіли!</w:t>
      </w:r>
    </w:p>
    <w:p>
      <w:r>
        <w:br/>
        <w:t>В Соколівці роздали нас на кватири, бо люди дуже падали. Варти казали нас годувати. Одні мали досить їсти, мене й Анну ґазда ще припрошує:</w:t>
      </w:r>
    </w:p>
    <w:p>
      <w:r>
        <w:br/>
        <w:t>— Їж, сарако, їж, бо ти нещаслива! Може, Господь зувидить, що я тебе не опускаю, і мене пожалує...</w:t>
      </w:r>
    </w:p>
    <w:p>
      <w:r>
        <w:br/>
        <w:t>А другі, бувало, ходять, в'януть, ніде нічого. То куплять дзиру і так жиють. Мої дєдьо і неня жили дзиром.</w:t>
      </w:r>
    </w:p>
    <w:p>
      <w:r>
        <w:br/>
        <w:t>Все нас дразнять тими "москвофілами". Аж панотець на проповіді уповіли цілому селу правду до очий:</w:t>
      </w:r>
    </w:p>
    <w:p>
      <w:r>
        <w:br/>
        <w:t>— Аби-сте не сміли прибавляти ще більше кривди до тої, що вже є! Не будете прощені за цес нарід, бо він ні на макове зеренце не винуватий!</w:t>
      </w:r>
    </w:p>
    <w:p>
      <w:r>
        <w:br/>
        <w:t>Побули ми кілька день, знову маємо йти далі. Моя сестра Анна жила у старшого брата, а я у дяка. Як вже нарід виходив, дяк каже:</w:t>
      </w:r>
    </w:p>
    <w:p>
      <w:r>
        <w:br/>
        <w:t>— Оставайся, дівко, з нами!</w:t>
      </w:r>
    </w:p>
    <w:p>
      <w:r>
        <w:br/>
        <w:t>А я була здалеку від своїх, ані їх сповістити, ані що. Сиджу у дяка в хаті (скляні двері були), ніщо мене не береться, плачу, аж по ліжкові качаюся. Як я можу розлучуватися, коли вони на шибеницю йдуть?</w:t>
      </w:r>
    </w:p>
    <w:p>
      <w:r>
        <w:br/>
        <w:t>Через хвилю гомін, на цісарський шлях гей гора валиться... Я штрикнула у кукурудзи на полі, аж дяк за мною:</w:t>
      </w:r>
    </w:p>
    <w:p>
      <w:r>
        <w:br/>
        <w:t>— Сокотися, сирото, мадярів, ой, сокоти!</w:t>
      </w:r>
    </w:p>
    <w:p>
      <w:r>
        <w:br/>
        <w:t>Гляджу, дорогою йде дядина і стрик, дєдьо і неня, Анна, і Настя, і Параска з Васильком на руках, усеньке вигнане село... Такий мені жаль до серця підкотився, що-м вискочила з он тих кукурудзів просто у руки жовнярові.</w:t>
      </w:r>
    </w:p>
    <w:p>
      <w:r>
        <w:br/>
        <w:t>Замовкла Марія, опустила шитку на коліна, на очі лягли тіні. Припочала ніби ластівка на камені край моря і впівголоса говорила далі:</w:t>
      </w:r>
    </w:p>
    <w:p>
      <w:r>
        <w:br/>
        <w:t>— Так ті Карпати порозпікалися, як грань... Ні листочок не зашарудить, ні стебелинка... Гей огненне озеро світ учинився. А шлях шутрований, бо це гори,— де стану, кривавий слід за мною.</w:t>
      </w:r>
    </w:p>
    <w:p>
      <w:r>
        <w:br/>
        <w:t>Пригадувала:</w:t>
      </w:r>
    </w:p>
    <w:p>
      <w:r>
        <w:br/>
        <w:t>— Так, якби я живу її виділа. Параску, нашу... У плече ранена, дитина на руках, тіло ув'яне, як вода йде, лице з плачу струпом стане, очі гей при смерті блудять... Дитина отяк п'явочка тягне їй груди від спеки, і така зім'ята у руках ся дитина, аж ніжки падають гей поломлені, коли розвернути... Лице йому від сонічка пообпікалося, ніби при вогневі, бо то молоденьке...</w:t>
      </w:r>
    </w:p>
    <w:p>
      <w:r>
        <w:br/>
        <w:t>Пост знав, що Параска ранена, казав одному ґазді, щоби її взяв на свою фіру. А той вишкірився:</w:t>
      </w:r>
    </w:p>
    <w:p>
      <w:r>
        <w:br/>
        <w:t>— Каменем-бис стала, ще тебе маю везти?</w:t>
      </w:r>
    </w:p>
    <w:p>
      <w:r>
        <w:br/>
        <w:t>То Параска йшла всю дорогу.</w:t>
      </w:r>
    </w:p>
    <w:p>
      <w:r>
        <w:br/>
        <w:t>Малі діти що ступінь, то падали, жовняр держить мамів, б'є, бо не вільно йти нікуди за цісарську дорогу. Якась жінка винесла з хати коновку молока, а мадяр як заклене, та за нею з байнетом!</w:t>
      </w:r>
    </w:p>
    <w:p>
      <w:r>
        <w:br/>
        <w:t>Жінка до втіки, коновка беркиц, молоко поплило по шутрові, а жінки схиляються, ловлять його у пригорщі, підмочують дітям губи, бо дуже повіддувало від сонічка...</w:t>
      </w:r>
    </w:p>
    <w:p>
      <w:r>
        <w:br/>
        <w:t>Але й то йно раз трафунком було се молоко, і мами своєю слиною намочували дітям губи, як порозпукуються.</w:t>
      </w:r>
    </w:p>
    <w:p>
      <w:r>
        <w:br/>
        <w:t>Смерком уже фіри не могли тягнути, та й поста, бува, не видко, то ми станемо над Парасчиною дитиною, бануєм... Нам казали чоловіки у Карпатах, що ми йдемо під шибеницю, і ми не знали, де вони з нами тото зроблять, та просили у Бога і такої смерті. А Василько з Парасчиних рук ні до кого не піде, озму я або неня — хиляється до Параски. Видимо всі, що вона ізниває, ради ж нема.</w:t>
      </w:r>
    </w:p>
    <w:p>
      <w:r>
        <w:br/>
        <w:t>Одні тато ніби тою росою кріплять нас по дорозі, жартують іноді з жінками:</w:t>
      </w:r>
    </w:p>
    <w:p>
      <w:r>
        <w:br/>
        <w:t>— Дуже люблю,— кажуть,— як молодиця в зеленій хустці. Така весела ходить, як птаха! — А до нас: — Не сумуйте, діти, гей! Виводить Бог з села, то й приведе в село!</w:t>
      </w:r>
    </w:p>
    <w:p>
      <w:r>
        <w:br/>
        <w:t>Самі ж зійдуть з очей де за фіри, зціплять зуби — так тяжко плачуть!</w:t>
      </w:r>
    </w:p>
    <w:p>
      <w:r>
        <w:br/>
        <w:t>Ув один день жовняри обмінялися. Поприходили наші, вкраїнцкі варти, і як зувиділи, що ми такі струджені, то дуже сварили мадярів, аж кріси витягали до них, що нас так споневіряли...</w:t>
      </w:r>
    </w:p>
    <w:p>
      <w:r>
        <w:br/>
        <w:t>Йдемо далі — ані сіл, ані людей, йно голий шлях, а боками ліси та холоду від них не привіває. Чую, пост мене кличе:</w:t>
      </w:r>
    </w:p>
    <w:p>
      <w:r>
        <w:br/>
        <w:t>— Дівко!</w:t>
      </w:r>
    </w:p>
    <w:p>
      <w:r>
        <w:br/>
        <w:t>— А?</w:t>
      </w:r>
    </w:p>
    <w:p>
      <w:r>
        <w:br/>
        <w:t>— На-ко, понеси мені гвер!</w:t>
      </w:r>
    </w:p>
    <w:p>
      <w:r>
        <w:br/>
        <w:t>Сам розстібнув мундіра: поки гвер ніс, так йому скіру, як від окропу, відогнало.</w:t>
      </w:r>
    </w:p>
    <w:p>
      <w:r>
        <w:br/>
        <w:t>Взяла я того гвера, несу, а духота така, аж світ зомліває. Йду, а потім як не заплачу! То з того жалю — бо одно, не знаю, де мене ведуть, а друге, їсти хочу.</w:t>
      </w:r>
    </w:p>
    <w:p>
      <w:r>
        <w:br/>
        <w:t>— Чого се ти, дівко, рипиш, а? (Так той жовняр д'мені).</w:t>
      </w:r>
    </w:p>
    <w:p>
      <w:r>
        <w:br/>
        <w:t>— Дуже-м голодна...</w:t>
      </w:r>
    </w:p>
    <w:p>
      <w:r>
        <w:br/>
        <w:t>— Цить, цить! Приїдемо на Венгрію, будеш їсти білий хліб.</w:t>
      </w:r>
    </w:p>
    <w:p>
      <w:r>
        <w:br/>
        <w:t>А мені жаль було, що я зараз нічого не маю, ноги зів'яли, як той дим стелюся, річку сліз сплакую із серця... Млин пустив би сею водою! А жовняр що подивиться на мене, то губи йому люто задрижать, аж в один мент кріс мені з рук, дюгнув мене прикладом у плече — звалилася я на купу каміння, сама як камінь.</w:t>
      </w:r>
    </w:p>
    <w:p>
      <w:r>
        <w:br/>
        <w:t>Ходив потому сей пост за мною, день і ніч ходив — де я, там він. Просив мене дуже делікатно, щоб я йому простила та не намітувала сліз на його душу. Але я не могла ніяк вгамуватися... То він люто мене тоді зненавидів.</w:t>
      </w:r>
    </w:p>
    <w:p>
      <w:r>
        <w:br/>
        <w:t>Прийшли-смо до Ворохти, заладували нас на колій для худоби: як вагон рухне, де хто стоїть — повалиться, голови діти порозбивали чисто...</w:t>
      </w:r>
    </w:p>
    <w:p>
      <w:r>
        <w:br/>
        <w:t>У Станіславі розділили між нарід арбату з румом, а в Будапешті файно-смо полуднували.</w:t>
      </w:r>
    </w:p>
    <w:p>
      <w:r>
        <w:br/>
        <w:t>На Мораві то були цегольні, на чотири і більше поверхів: покоїв ніби не було ніяких, йно такі клітки з патиків, на цеглу — все одна клітка понад другу. Не мож було сісти у тій клітці, йно відразу лягати. Такий капур у тій цегольні був, що тут поставиш сніданок, а там вже згори нош паде. Як придивитися, то та моравська вош червона, лабата, а злегонька ходить. Як уночі впаде на лице, то гей половина хруща — зараз ся християнин пробуджує. Ой, як ми там бідили, як біди-и-ли!</w:t>
      </w:r>
    </w:p>
    <w:p>
      <w:r>
        <w:br/>
        <w:t>Не було де дранки визолити, аж шиї людям нечисть пооб'їдала...</w:t>
      </w:r>
    </w:p>
    <w:p>
      <w:r>
        <w:br/>
        <w:t>Ми були на третім вершку, а на четвертому були мадяри. Світла ніякого не мож було світити, лазить одно почерез друге, не раз, бувало, заблудить напотемки. Дуже собі недобре мадяри починали... А як умре дитина або старе, то лежить на ковбках поміж павутиння, вмерле і живим, поки не пригадають ховати.</w:t>
      </w:r>
    </w:p>
    <w:p>
      <w:r>
        <w:br/>
        <w:t>— А де ж ділася худоба, Маріє?</w:t>
      </w:r>
    </w:p>
    <w:p>
      <w:r>
        <w:br/>
        <w:t>— Ті, що були з худобою, стояли у полі, на поріччині. Над водов, над тов, фіри поставали. Боже, як пішов дощ!</w:t>
      </w:r>
    </w:p>
    <w:p>
      <w:r>
        <w:br/>
        <w:t>Похитала головою з пристрасним жалем:</w:t>
      </w:r>
    </w:p>
    <w:p>
      <w:r>
        <w:br/>
        <w:t>— Ходили коло нас тоті моравці пильно, як коли жиди. Все своє: продай худобу, бо не на добру дорогу вибираєшся! Як навтямилося людям слухати й бідити, попродавали за що-будь, аби руки розв'язані.</w:t>
      </w:r>
    </w:p>
    <w:p>
      <w:r>
        <w:br/>
        <w:t>— Що ж далі?</w:t>
      </w:r>
    </w:p>
    <w:p>
      <w:r>
        <w:br/>
        <w:t>Потягнулася банно і говорила в простір, притишено, як жахливу повість над веретеном:</w:t>
      </w:r>
    </w:p>
    <w:p>
      <w:r>
        <w:br/>
        <w:t>— За далекими горами є таке кружальце, і бараки у тім кружальці побудовані, як трунви, що в одну двіста людей поміщається. З бараку горів не видно, бо по сім боці мрич, а по тім боці, від Тиролю, як на Петра, так на Різдво – сніги ніколи не злазєють. В долині се кружальце водов прудков опущене, щоби наші не тікали. Що раз була чутка за утоплеників і багато з розуму зступало. Се місто писалося — Вольфсберг.</w:t>
      </w:r>
    </w:p>
    <w:p>
      <w:r>
        <w:br/>
        <w:t>Змовкла, постояла хвилину серед вітхненної грози — і поволі простягнула руку з шиткою під світло лампи. Рух сей був як дороговказ, за яким я побачила витягнені у безконечність простори, значені слідами отвертих ран, повикривлювані тіла мерців під плотами незнаних хат... І ще бачила я дні та ночі народу, що в сумерках гірких сліз для побід далеких доконуються, і хрести Голгофи розсипані по чужих землях, над прудкими водами лиснючі...</w:t>
      </w:r>
    </w:p>
    <w:p>
      <w:r>
        <w:br/>
        <w:t>[1] Zimmercommandant – кімнатний управитель (Прим, автора).</w:t>
      </w:r>
    </w:p>
    <w:p>
      <w:r>
        <w:br/>
        <w:t>[2] Південний Китай є... в долинах рік і на рівнинах. Надзвичайно плодюча земля (нім.).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