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Допитлива Бессі</w:t>
      </w:r>
    </w:p>
    <w:p>
      <w:r>
        <w:br/>
        <w:t xml:space="preserve"> &lt;p&gt;ДОПИТЛИВА БЕССІ</w:t>
      </w:r>
    </w:p>
    <w:p>
      <w:r>
        <w:br/>
        <w:t>Бессі – хороша дівчинка, не пустунка, не торохтійка, вона любить поміркувати про се, про те і весь час запитує "чому", бо намагається зрозуміти, що відбувається навколо неї. Одного разу вона спитала:</w:t>
      </w:r>
    </w:p>
    <w:p>
      <w:r>
        <w:br/>
        <w:t>– Мамо, чому навколо так багато страждань і нещасть? Чому все це?</w:t>
      </w:r>
    </w:p>
    <w:p>
      <w:r>
        <w:br/>
        <w:t>Запитання було неважке, і мати, не замислюючись, відповіла:</w:t>
      </w:r>
    </w:p>
    <w:p>
      <w:r>
        <w:br/>
        <w:t>– Для нашого ж щастя, донечко. В своїй незбагненній мудрості господь бог посилає нам ці випробування, щоб навернути нас на добру путь і зробити нас кращими.</w:t>
      </w:r>
    </w:p>
    <w:p>
      <w:r>
        <w:br/>
        <w:t>– Значить, це він посилає нам страждання?</w:t>
      </w:r>
    </w:p>
    <w:p>
      <w:r>
        <w:br/>
        <w:t>– Авжеж.</w:t>
      </w:r>
    </w:p>
    <w:p>
      <w:r>
        <w:br/>
        <w:t>– Всі страждання, мамо?</w:t>
      </w:r>
    </w:p>
    <w:p>
      <w:r>
        <w:br/>
        <w:t>– Авжеж, люба. Ніщо не чиниться без його волі, але він посилає їх, сповнений любові до нас, бажаючи зробити нас кращими.</w:t>
      </w:r>
    </w:p>
    <w:p>
      <w:r>
        <w:br/>
        <w:t>– Це дивно, мамо.</w:t>
      </w:r>
    </w:p>
    <w:p>
      <w:r>
        <w:br/>
        <w:t>– Дивно? Ну що ти, люба. Мені це не здається дивним. Всі думають, що так повинно бути, що це милосердно і мудро.</w:t>
      </w:r>
    </w:p>
    <w:p>
      <w:r>
        <w:br/>
        <w:t>– Хто ж перший почав так думати, мамо? Ти?</w:t>
      </w:r>
    </w:p>
    <w:p>
      <w:r>
        <w:br/>
        <w:t>– Ні, маленька, мене цього вчили.</w:t>
      </w:r>
    </w:p>
    <w:p>
      <w:r>
        <w:br/>
        <w:t>– Хто тебе вчив цього, мамо?</w:t>
      </w:r>
    </w:p>
    <w:p>
      <w:r>
        <w:br/>
        <w:t>– Я вже не пам’ятаю. Мабуть, моя мати або ж священик. У всякому разі, всі знають, що це правильно.</w:t>
      </w:r>
    </w:p>
    <w:p>
      <w:r>
        <w:br/>
        <w:t>– А мені це здається дивним, мамо. Скажи, бог послав тиф Білі Норісу?</w:t>
      </w:r>
    </w:p>
    <w:p>
      <w:r>
        <w:br/>
        <w:t>– Бог.</w:t>
      </w:r>
    </w:p>
    <w:p>
      <w:r>
        <w:br/>
        <w:t>– Нащо?</w:t>
      </w:r>
    </w:p>
    <w:p>
      <w:r>
        <w:br/>
        <w:t>– Як то нащо? Щоб навернути його на праведну путь, щоб зробити його кращим.</w:t>
      </w:r>
    </w:p>
    <w:p>
      <w:r>
        <w:br/>
        <w:t>– Але ж він помер від тифу, мамо. Він не може зробитися кращим!</w:t>
      </w:r>
    </w:p>
    <w:p>
      <w:r>
        <w:br/>
        <w:t>– Ах, я й забула. Ну, значить, у бога була інша мета. У всякому разі, це була мудра і милосердна мета.</w:t>
      </w:r>
    </w:p>
    <w:p>
      <w:r>
        <w:br/>
        <w:t>– Що ж це була за мета, мамо?</w:t>
      </w:r>
    </w:p>
    <w:p>
      <w:r>
        <w:br/>
        <w:t>– Ти стомлюєш мене, любенька. Можливо, бог хотів послати випробування батькам Білі!</w:t>
      </w:r>
    </w:p>
    <w:p>
      <w:r>
        <w:br/>
        <w:t>– Але це нечесно, мамо! Якщо бог хотів послати випробування батькам Білі, навіщо ж він убив Білі?</w:t>
      </w:r>
    </w:p>
    <w:p>
      <w:r>
        <w:br/>
        <w:t>– Не знаю, любенька. Я можу лише сказати тобі, що мета його була мудра і милосердна.</w:t>
      </w:r>
    </w:p>
    <w:p>
      <w:r>
        <w:br/>
        <w:t>– Яка мета, мамо?</w:t>
      </w:r>
    </w:p>
    <w:p>
      <w:r>
        <w:br/>
        <w:t>– Він хотів... він хотів покарати батьків Білі. Вони, може, согрішили і були покарані.</w:t>
      </w:r>
    </w:p>
    <w:p>
      <w:r>
        <w:br/>
        <w:t>– Але ж помер Білі, мамо! Хіба це справедливо?</w:t>
      </w:r>
    </w:p>
    <w:p>
      <w:r>
        <w:br/>
        <w:t>– Авжеж, справедливо. Бог не робить нічого такого, що було б несправедливим. Ти зараз цього не зрозумієш, а от коли виростеш велика, тоді тобі буде зрозуміло, що все, що робить бог, мудро і справедливо.</w:t>
      </w:r>
    </w:p>
    <w:p>
      <w:r>
        <w:br/>
        <w:t>Мовчання.</w:t>
      </w:r>
    </w:p>
    <w:p>
      <w:r>
        <w:br/>
        <w:t>– Мамо, це бог обвалив дах на дядька, який виносив з будинку бабусю?</w:t>
      </w:r>
    </w:p>
    <w:p>
      <w:r>
        <w:br/>
        <w:t>– Авжеж, любенька. Стривай! Чого це ти питаєш таке? Ти повинна пам’ятати одне: будь-яке діяння боже свідчить про його всемогутність, правосуддя і любов до людей.</w:t>
      </w:r>
    </w:p>
    <w:p>
      <w:r>
        <w:br/>
        <w:t>– А от коли п’яний ударив вилами малятко, а місіс Уелч...</w:t>
      </w:r>
    </w:p>
    <w:p>
      <w:r>
        <w:br/>
        <w:t>– Це зовсім не твоє діло. А втім, бог, мабуть, хотів послати випробування цій дитині, навернути її на добру путь.</w:t>
      </w:r>
    </w:p>
    <w:p>
      <w:r>
        <w:br/>
        <w:t>– Мамо, містер Борджес сказав, що мільйони мільйонів маленьких істот нападають на нас і змушують нас хворіти холерою, тифом і ще силою-силенною хвороб. Мамо, це бог посилає їх?</w:t>
      </w:r>
    </w:p>
    <w:p>
      <w:r>
        <w:br/>
        <w:t>– Звичайно, донечко, звичайно. А як же інакше?</w:t>
      </w:r>
    </w:p>
    <w:p>
      <w:r>
        <w:br/>
        <w:t>– Навіщо він посилає їх?</w:t>
      </w:r>
    </w:p>
    <w:p>
      <w:r>
        <w:br/>
        <w:t>– Щоб навернути нас на добру путь. Я тобі вже сказала.</w:t>
      </w:r>
    </w:p>
    <w:p>
      <w:r>
        <w:br/>
        <w:t>– Але ж це страшенно жорстоко, мамо! Це безглуздо. Якби мені...</w:t>
      </w:r>
    </w:p>
    <w:p>
      <w:r>
        <w:br/>
        <w:t>– Замовч, зараз же замовч! Ти хочеш, щоб нас ударив грім?</w:t>
      </w:r>
    </w:p>
    <w:p>
      <w:r>
        <w:br/>
        <w:t>– Мамо, минулого тижня дзвіницю вдарило громом, і церква згоріла. Що, бог хотів навернути церкву на добру путь?</w:t>
      </w:r>
    </w:p>
    <w:p>
      <w:r>
        <w:br/>
        <w:t>Стомлено:</w:t>
      </w:r>
    </w:p>
    <w:p>
      <w:r>
        <w:br/>
        <w:t>– Не знаю, можливо...</w:t>
      </w:r>
    </w:p>
    <w:p>
      <w:r>
        <w:br/>
        <w:t>– Блискавка вбила тоді свиню, яка ні в чому не була винна. Бог хотів навернути цю свиню на добру путь, мамо?</w:t>
      </w:r>
    </w:p>
    <w:p>
      <w:r>
        <w:br/>
        <w:t>– Люба моя, ти, мабуть, хочеш погуляти. Іди побігай трохи.</w:t>
      </w:r>
    </w:p>
    <w:p>
      <w:r>
        <w:br/>
        <w:t>– Але ж ти тільки уяви собі, мамо! Містер Холістер каже, що в кожного птаха, в кожної жаби чи ящірки, в кожної живої істоти є ворог, що його послано божественним провидінням кусати їх, завдавати прикрощів, мучити, вбивати, висотувати з них жили і напучувати їх на путь істини, щоб вони були праведні й богобоязливі. Чи не так, мамо? Я тому питаю, що містер Холістер сміявся, коли говорив це.</w:t>
      </w:r>
    </w:p>
    <w:p>
      <w:r>
        <w:br/>
        <w:t>– Цей Холістер негідник, і я забороняю тобі слухати його.</w:t>
      </w:r>
    </w:p>
    <w:p>
      <w:r>
        <w:br/>
        <w:t>– Чому ж, мамо, він так цікаво оповідає і, як на мене, намагається бути праведним. Він сказав, ніби оси ловлять павуків і замуровують їх у своїх підземних гніздах – живих! – і там під землею вони мучаться багато-багато днів, а голодна осина малеча з’їдає їм лапки й гризе черевця, щоб павуки навчилися бути праведними і богобоязливими, щоб вони співали господу богу хвалу за його несказанну добрість. На мою думку, містер Холістер добра людина, просто молодець. Коли я спитала його, чи він би чинив так з павуками, він відказав, що хай його грець ухопить, якщо він це зробить, а потім сказав... Мамцю, тобі зле? Побіжу гукну когось на допомогу. Хіба можна сидіти в місті в таку спеку?</w:t>
      </w:r>
    </w:p>
    <w:p>
      <w:r>
        <w:br/>
        <w:t>1909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Допитлива Бессі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