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Піппо Лірозі</w:t>
      </w:r>
    </w:p>
    <w:p>
      <w:r>
        <w:br/>
        <w:t xml:space="preserve"> Сицілія. Етна. Душа як в гіпнозі.&lt;br /&gt;</w:t>
        <w:br/>
        <w:t>І море, і скелі, і тиша терас.&lt;br /&gt;</w:t>
        <w:br/>
        <w:t>Дон Піппо Лірозі, ми завжди в дорозі.&lt;br /&gt;</w:t>
        <w:br/>
        <w:t>Я вперше Вас бачу. Я згадую Вас.</w:t>
      </w:r>
    </w:p>
    <w:p>
      <w:r>
        <w:br/>
        <w:t>Ми десь розминулись. Мабуть, в Сарагосі.&lt;br /&gt;</w:t>
        <w:br/>
        <w:t>А може, колись Ви були й на Русі.&lt;br /&gt;</w:t>
        <w:br/>
        <w:t>Дон Піппо Лірозі, я згадую й досі&lt;br /&gt;</w:t>
        <w:br/>
        <w:t>троянду і шпагу у Вашій руці.</w:t>
      </w:r>
    </w:p>
    <w:p>
      <w:r>
        <w:br/>
        <w:t>Цей дзвін цього слова — не Ваша терцина?&lt;br /&gt;</w:t>
        <w:br/>
        <w:t>Цей лицар в пустелі — не Ви вдалині?&lt;br /&gt;</w:t>
        <w:br/>
        <w:t>Цей шрам на щоці — чи не меч сарацина?&lt;br /&gt;</w:t>
        <w:br/>
        <w:t>Ця ніжність в очах — чи не сум по мені?</w:t>
      </w:r>
    </w:p>
    <w:p>
      <w:r>
        <w:br/>
        <w:t>Дон Піппо Лірозі, чи є у нас тіні?&lt;br /&gt;</w:t>
        <w:br/>
        <w:t>Ви грек чи іспанець? Ім'я мандрівне.&lt;br /&gt;</w:t>
        <w:br/>
        <w:t>А може, Ви — простір, і крилами піній&lt;br /&gt;</w:t>
        <w:br/>
        <w:t>Ви хочете море обняти й мене?</w:t>
      </w:r>
    </w:p>
    <w:p>
      <w:r>
        <w:br/>
        <w:t>Прощайте, я їду, ми знову в дорозі.&lt;br /&gt;</w:t>
        <w:br/>
        <w:t>Добра Вам і тиші священних дібров!&lt;br /&gt;</w:t>
        <w:br/>
        <w:t>Якби ж тільки знати, дон Піппо Лірозі,&lt;br /&gt;</w:t>
        <w:br/>
        <w:t>в якому столітті ми стрінемся знов?!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Піппо Лірозі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