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Доісторичний струмент</w:t>
      </w:r>
    </w:p>
    <w:p>
      <w:r>
        <w:br/>
        <w:t xml:space="preserve"> &lt;p&gt;Юрко Лоза, машиніст врубової машини і комсомолець, русявий і веселий хлопець, коли зустрічав було пенсіонера Івана Федоровича Вернигору, потомственого й почесного вибійника, що "всього тільки" 54 роки пропрацював на шахті, — так Юрко Лоза (між іншим — рекордист!) підкидав кашкета й гукав весело:</w:t>
      </w:r>
    </w:p>
    <w:p>
      <w:r>
        <w:br/>
        <w:t>— Старикам почот!</w:t>
      </w:r>
    </w:p>
    <w:p>
      <w:r>
        <w:br/>
        <w:t>— Здоров, здоров! — одказував Іван Федорович й привітно усміхався.</w:t>
      </w:r>
    </w:p>
    <w:p>
      <w:r>
        <w:br/>
        <w:t>Юрко підбігав до Івана Федоровича, тис йому міцно руку і обов'язково закидав:</w:t>
      </w:r>
    </w:p>
    <w:p>
      <w:r>
        <w:br/>
        <w:t>— Ні, хоч що ви там собі кажіть, дєдушко, а врубова машина — не обушок… Доки ви своїм обушком тяп-ляп, — я своєю врубівкою тонну та тонну, тонну та тонну. Так чи не так?</w:t>
      </w:r>
    </w:p>
    <w:p>
      <w:r>
        <w:br/>
        <w:t>— Так-то воно так, а проте не кепкуй, Юрку, з обушка. Обушок своє діло зробив… Та ще подекуди й робить… Тільки ви, молодь, щодо обушка — слабка гайка…</w:t>
      </w:r>
    </w:p>
    <w:p>
      <w:r>
        <w:br/>
        <w:t>— Ну, вже й слабка…</w:t>
      </w:r>
    </w:p>
    <w:p>
      <w:r>
        <w:br/>
        <w:t>— А що, скажеш, — не слабка?</w:t>
      </w:r>
    </w:p>
    <w:p>
      <w:r>
        <w:br/>
        <w:t>— Доісторичний струмент…</w:t>
      </w:r>
    </w:p>
    <w:p>
      <w:r>
        <w:br/>
        <w:t>— Історичний який знайшовсь!? А спробуй доісторичним, як воно в тебе вийде?!</w:t>
      </w:r>
    </w:p>
    <w:p>
      <w:r>
        <w:br/>
        <w:t>Отак було Юрко з Іваном Федоровичем при зустрічі обов'язково потримаються…</w:t>
      </w:r>
    </w:p>
    <w:p>
      <w:r>
        <w:br/>
        <w:t>А треба вам по секрету сказати, що Іван Федорович дуже Юрка любив, а Юрко, як не зустріне днів зо два Івана Федоровича, — обов'язково постукає у його вікно:</w:t>
      </w:r>
    </w:p>
    <w:p>
      <w:r>
        <w:br/>
        <w:t>— Чому вас не видно, дєдушка? Обушка нагострюєте, чи що?</w:t>
      </w:r>
    </w:p>
    <w:p>
      <w:r>
        <w:br/>
        <w:t>— Ні, з врубівкою твоєю цілуюся!..</w:t>
      </w:r>
    </w:p>
    <w:p>
      <w:r>
        <w:br/>
        <w:t>Це так було до війни…</w:t>
      </w:r>
    </w:p>
    <w:p>
      <w:r>
        <w:br/>
        <w:t>А як німці захопили шахту, Юрко Лоза нищив фашистську погань, бувши комсоргом у партизанському загоні, а Іван Федорович цілими днями сидів біля вікна, сумно дивився на вулицю і, коли повз його двір проходила ворожа каска, люто стискав кулаки…</w:t>
      </w:r>
    </w:p>
    <w:p>
      <w:r>
        <w:br/>
        <w:t>І завжди біля нього на лаві лежав його старий і вірний товариш — обушок…</w:t>
      </w:r>
    </w:p>
    <w:p>
      <w:r>
        <w:br/>
        <w:t>Ганна Петрівна, дружина Івана Федоровича, поралася біля печі, прибирала в хаті… І все мовчки, все мовчки. Іноді тільки глибоко зітхала.</w:t>
      </w:r>
    </w:p>
    <w:p>
      <w:r>
        <w:br/>
        <w:t>Сумною, чорною завісою обіп'яло всенький Донбас, а разом із ним і ту шахту, де ціле життя пропрацював Іван Федорович Вернигора і де становив рекорди машиніст врубової машини, комсомолець Юрко Лоза.</w:t>
      </w:r>
    </w:p>
    <w:p>
      <w:r>
        <w:br/>
        <w:t>Одного осіннього вечора до хати Івана Федоровича вскочив захеканий Юрко:</w:t>
      </w:r>
    </w:p>
    <w:p>
      <w:r>
        <w:br/>
        <w:t>— Заховайте!</w:t>
      </w:r>
    </w:p>
    <w:p>
      <w:r>
        <w:br/>
        <w:t>Іван Федорович миттю одімкнув у присінку чуланчика й упхнув туди Юрка.</w:t>
      </w:r>
    </w:p>
    <w:p>
      <w:r>
        <w:br/>
        <w:t>Ганна Петрівна присунула до дверей чулана діжку з водою.</w:t>
      </w:r>
    </w:p>
    <w:p>
      <w:r>
        <w:br/>
        <w:t>Тільки-но вони приховали Юрка — грюк у двері…</w:t>
      </w:r>
    </w:p>
    <w:p>
      <w:r>
        <w:br/>
        <w:t>Влетів до хати розлютований гітлерівець:</w:t>
      </w:r>
    </w:p>
    <w:p>
      <w:r>
        <w:br/>
        <w:t>— Де партизан?</w:t>
      </w:r>
    </w:p>
    <w:p>
      <w:r>
        <w:br/>
        <w:t>— Нема в нас ніякого партизана, — одказав Іван Федорович.</w:t>
      </w:r>
    </w:p>
    <w:p>
      <w:r>
        <w:br/>
        <w:t>Фашист одіпхнув Івана Федоровича й ударив прикладом Ганну Петрівну…</w:t>
      </w:r>
    </w:p>
    <w:p>
      <w:r>
        <w:br/>
        <w:t>Огледівши хату, він вискочив у присінок, перекинув діжку з водою й рвонув двері до чулана.</w:t>
      </w:r>
    </w:p>
    <w:p>
      <w:r>
        <w:br/>
        <w:t>Іван Федорович вхопив обушок, вийшов у сіни, і, коли гітлерівець, націлившись, присів вибити двері прикладом, Іван Федорович махнув обушком так, як він махав ним у забої 54 роки підряд…</w:t>
      </w:r>
    </w:p>
    <w:p>
      <w:r>
        <w:br/>
        <w:t>Був живий німець колись…</w:t>
      </w:r>
    </w:p>
    <w:p>
      <w:r>
        <w:br/>
        <w:t>І не в Дрездені, і не в Мюнхені догнивав він, а в старому, давним-давно забутому шурфові, куди спровадив його Іван Федорович укупі з урятованим Юрком…</w:t>
      </w:r>
    </w:p>
    <w:p>
      <w:r>
        <w:br/>
        <w:t>Як відбудували після фашистської навали шахту, Івана Федоровича щоранку можна було бачити біля прохідної, — 73 роки його не лякали, і обушок на його плечі аж вилискував…</w:t>
      </w:r>
    </w:p>
    <w:p>
      <w:r>
        <w:br/>
        <w:t>Юрко підходив до Івана Федоровича і тис йому руку:</w:t>
      </w:r>
    </w:p>
    <w:p>
      <w:r>
        <w:br/>
        <w:t>— Доброго ранку, дєдушко!</w:t>
      </w:r>
    </w:p>
    <w:p>
      <w:r>
        <w:br/>
        <w:t>— Здоров, Юрку! Як здоровля?</w:t>
      </w:r>
    </w:p>
    <w:p>
      <w:r>
        <w:br/>
        <w:t>— Дякую! Пошли, доле, обушкові вашому многая лєта!</w:t>
      </w:r>
    </w:p>
    <w:p>
      <w:r>
        <w:br/>
        <w:t>— А врубова?</w:t>
      </w:r>
    </w:p>
    <w:p>
      <w:r>
        <w:br/>
        <w:t>— Врубова, дєдушко, у забої машина дорога, а біля чулана нею замахуватись незручно…</w:t>
      </w:r>
    </w:p>
    <w:p>
      <w:r>
        <w:br/>
        <w:t>— Так струмент, — кажеш, — доісторичний?</w:t>
      </w:r>
    </w:p>
    <w:p>
      <w:r>
        <w:br/>
        <w:t>— Ой, дєдушко, історичний! Та ще ж і історія хороша!</w:t>
      </w:r>
    </w:p>
    <w:p>
      <w:r>
        <w:br/>
        <w:t>— То-то ж бо й 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Доісторичний струмент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