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Добрі очі</w:t>
      </w:r>
    </w:p>
    <w:p>
      <w:r>
        <w:br/>
        <w:t xml:space="preserve"> &lt;p&gt;На нашому кутку був хлопець Архип. З ним нам не веліли товаришувати, бо він був злодійкуватий дуже й брехливий.</w:t>
      </w:r>
    </w:p>
    <w:p>
      <w:r>
        <w:br/>
        <w:t>Пішов той Архип до своєї бабусі — кликати в гості, а бабусі вдома нема. Він тоді знайшов ключа, одімкиув комору, нагибав у скрині глечик із медом і впорав його мало не ввесь. На другий день бабуся зустріла його серед вулиці, питає:</w:t>
      </w:r>
    </w:p>
    <w:p>
      <w:r>
        <w:br/>
        <w:t>— Нащо ти, Архипе, виїв мій мед?</w:t>
      </w:r>
    </w:p>
    <w:p>
      <w:r>
        <w:br/>
        <w:t>— Їй-богу, я не їв! Їй-богу, я не їв! — божиться Архип, а в самого очі так і бігають то сюди, то туди.</w:t>
      </w:r>
    </w:p>
    <w:p>
      <w:r>
        <w:br/>
        <w:t>— Хоч би ж ти не божився вже даром,— каже йому бабуся,— дивись, он у тебе й досі рукава в меду.</w:t>
      </w:r>
    </w:p>
    <w:p>
      <w:r>
        <w:br/>
        <w:t>Архип зирк: справді, рукава його вимазані медом. Нема вже чого йому казати, то він стоїть мовчки та тільки очима лупає.</w:t>
      </w:r>
    </w:p>
    <w:p>
      <w:r>
        <w:br/>
        <w:t>— Оце й не сором тобі у вічі мені дивитись? — соромить його бабуся.</w:t>
      </w:r>
    </w:p>
    <w:p>
      <w:r>
        <w:br/>
        <w:t>А старий Кутувенко городив лісу коло свого двору, чує те та й каже:</w:t>
      </w:r>
    </w:p>
    <w:p>
      <w:r>
        <w:br/>
        <w:t>— Добрі очі все перелупають.</w:t>
      </w:r>
    </w:p>
    <w:p>
      <w:r>
        <w:br/>
        <w:t>Побіг після того Архип на майдан, знайшов хлопців, хвалиться:</w:t>
      </w:r>
    </w:p>
    <w:p>
      <w:r>
        <w:br/>
        <w:t>— От у мене очі, так очі. Все перелупають!</w:t>
      </w:r>
    </w:p>
    <w:p>
      <w:r>
        <w:br/>
        <w:t>Хлопці, почувши теє, та в регіт:</w:t>
      </w:r>
    </w:p>
    <w:p>
      <w:r>
        <w:br/>
        <w:t>— То ж на злодія тільки кажуть так, дурний ти. То ж так із злодія сміються.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Добрі очі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