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Вертера</w:t>
      </w:r>
    </w:p>
    <w:p>
      <w:r>
        <w:br/>
        <w:t xml:space="preserve"> Ти знову зважуєшся, тінь журлива,&lt;br /&gt;</w:t>
        <w:br/>
        <w:t>від забуття до світла перейти,&lt;br /&gt;</w:t>
        <w:br/>
        <w:t>перепинити путь мою щасливу&lt;br /&gt;</w:t>
        <w:br/>
        <w:t>і мужньо погляд мій перенести.&lt;br /&gt;</w:t>
        <w:br/>
        <w:t>Мені здається, жив ти на світанні,&lt;br /&gt;</w:t>
        <w:br/>
        <w:t>в однім степу кропила нас роса.&lt;br /&gt;</w:t>
        <w:br/>
        <w:t>Нам, струдженим за день, були жадані&lt;br /&gt;</w:t>
        <w:br/>
        <w:t>в повечоровій барві небеса.&lt;br /&gt;</w:t>
        <w:br/>
        <w:t>Я став коло межі, ти – за межею,&lt;br /&gt;</w:t>
        <w:br/>
        <w:t>і не журився долею своєю.</w:t>
      </w:r>
    </w:p>
    <w:p>
      <w:r>
        <w:br/>
        <w:t>Яка то світла доля – в світі жить!&lt;br /&gt;</w:t>
        <w:br/>
        <w:t>Така велична ніч! Так день зорить!&lt;br /&gt;</w:t>
        <w:br/>
        <w:t>А нам незвично, живши в благодаті,&lt;br /&gt;</w:t>
        <w:br/>
        <w:t>просвітлим сяєвом розкошувати.&lt;br /&gt;</w:t>
        <w:br/>
        <w:t>Бо ми, раби своїх бажань непевних,&lt;br /&gt;</w:t>
        <w:br/>
        <w:t>воюєм проти себе або кревних.&lt;br /&gt;</w:t>
        <w:br/>
        <w:t>Ніщо не вдвольнить тебе повік:&lt;br /&gt;</w:t>
        <w:br/>
        <w:t>надворі смерк – а ти до світла звик,&lt;br /&gt;</w:t>
        <w:br/>
        <w:t>надворі день – а ти в журбі живеш.&lt;br /&gt;</w:t>
        <w:br/>
        <w:t>Хай щастя поруч – як його збагнеш?</w:t>
      </w:r>
    </w:p>
    <w:p>
      <w:r>
        <w:br/>
        <w:t>А вірив, що збагну! Любовна міць&lt;br /&gt;</w:t>
        <w:br/>
        <w:t>подвигне в коло славних чарівниць,&lt;br /&gt;</w:t>
        <w:br/>
        <w:t>коли юнак – зовсім іще дитя –&lt;br /&gt;</w:t>
        <w:br/>
        <w:t>лише вступає в провесну життя.&lt;br /&gt;</w:t>
        <w:br/>
        <w:t>Він як володар справжній цих світів,&lt;br /&gt;</w:t>
        <w:br/>
        <w:t>де хтось йому настачив стільки див,&lt;br /&gt;</w:t>
        <w:br/>
        <w:t>а він нестримно в далечінь стремить&lt;br /&gt;</w:t>
        <w:br/>
        <w:t>і жодна перепона не страшить.&lt;br /&gt;</w:t>
        <w:br/>
        <w:t>Мов птах, що шурхаючи між гіллям,&lt;br /&gt;</w:t>
        <w:br/>
        <w:t>чого шукає – то не знає й сам,&lt;br /&gt;</w:t>
        <w:br/>
        <w:t>бо лиш господнє око в небесах&lt;br /&gt;</w:t>
        <w:br/>
        <w:t>йому химерний прозначає шлях.</w:t>
      </w:r>
    </w:p>
    <w:p>
      <w:r>
        <w:br/>
        <w:t>Невчасні голоси пересторог –&lt;br /&gt;</w:t>
        <w:br/>
        <w:t>він у тенетах, сповнений знемог,&lt;br /&gt;</w:t>
        <w:br/>
        <w:t>і прагне зустрічі під час прощань,&lt;br /&gt;</w:t>
        <w:br/>
        <w:t>вже марячи порою повертань.&lt;br /&gt;</w:t>
        <w:br/>
        <w:t>Себе в надіях тішить молодий,&lt;br /&gt;</w:t>
        <w:br/>
        <w:t>та почезають біглому сліди.&lt;br /&gt;</w:t>
        <w:br/>
        <w:t>Втішається життям мій юний брат,&lt;br /&gt;</w:t>
        <w:br/>
        <w:t>та вславили тебе дороги втрат.&lt;br /&gt;</w:t>
        <w:br/>
        <w:t>Тяжким нешастям шани ти зазнав,&lt;br /&gt;</w:t>
        <w:br/>
        <w:t>як нам свій біль і радість полишав.&lt;br /&gt;</w:t>
        <w:br/>
        <w:t>Та вабить шлях, котрого не збагнуть:&lt;br /&gt;</w:t>
        <w:br/>
        <w:t>по лабіринтах серця – наша путь.&lt;br /&gt;</w:t>
        <w:br/>
        <w:t>І ми, твоїх пильнуючи доріг,&lt;br /&gt;</w:t>
        <w:br/>
        <w:t>колись на смертний станемо поріг.&lt;br /&gt;</w:t>
        <w:br/>
        <w:t>Який зворушливий поета спів,&lt;br /&gt;</w:t>
        <w:br/>
        <w:t>що смерть своїм натхненням одмінив.&lt;br /&gt;</w:t>
        <w:br/>
        <w:t>Тому, хто знав це горе і розпуку,&lt;br /&gt;</w:t>
        <w:br/>
        <w:t>дай, боже, повісти про власну муку.</w:t>
      </w:r>
    </w:p>
    <w:p>
      <w:r>
        <w:br/>
        <w:t>Переклад В. Стуса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Вертера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