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україни</w:t>
      </w:r>
    </w:p>
    <w:p>
      <w:r>
        <w:br/>
        <w:t xml:space="preserve"> Через мокру осінь чи сумну завію,&lt;br /&gt;</w:t>
        <w:br/>
        <w:t>Крізь невідворотність чи похмурий день,&lt;br /&gt;</w:t>
        <w:br/>
        <w:t>Я іду щасливий і в душі лелію&lt;br /&gt;</w:t>
        <w:br/>
        <w:t>Для Вкраїни долю з чарівних пісень.</w:t>
      </w:r>
    </w:p>
    <w:p>
      <w:r>
        <w:br/>
        <w:t>Щоб вона розквітла, як весняна ружа,&lt;br /&gt;</w:t>
        <w:br/>
        <w:t>Щоб вона родила золотим дощем.&lt;br /&gt;</w:t>
        <w:br/>
        <w:t>Україно вільна, через болі й стужі&lt;br /&gt;</w:t>
        <w:br/>
        <w:t>Я тебе в негоду підіпру плечем!</w:t>
      </w:r>
    </w:p>
    <w:p>
      <w:r>
        <w:br/>
        <w:t>Я піду з тобою на найгірші муки,&lt;br /&gt;</w:t>
        <w:br/>
        <w:t>Я гіркі за тебе вип'ю полини.&lt;br /&gt;</w:t>
        <w:br/>
        <w:t>Ще по світу бродять горе і розлука,&lt;br /&gt;</w:t>
        <w:br/>
        <w:t>А в боях вмирають ще чиїсь сини.</w:t>
      </w:r>
    </w:p>
    <w:p>
      <w:r>
        <w:br/>
        <w:t>Тож за тебе серце крається щоразу,&lt;br /&gt;</w:t>
        <w:br/>
        <w:t>Цепеніють жили й кров скипає в ртуть,&lt;br /&gt;</w:t>
        <w:br/>
        <w:t>Як за видноколом в гульбищах екстазу&lt;br /&gt;</w:t>
        <w:br/>
        <w:t>Десь чиюсь свободу "бетеери" рвуть.</w:t>
      </w:r>
    </w:p>
    <w:p>
      <w:r>
        <w:br/>
        <w:t>То якщо навалу їх не зупинити&lt;br /&gt;</w:t>
        <w:br/>
        <w:t>В зарубіжжі близькім чи далекім теж,&lt;br /&gt;</w:t>
        <w:br/>
        <w:t>Завтра, може статись, нам окопи рити&lt;br /&gt;</w:t>
        <w:br/>
        <w:t>Доведеться, рідна, в мареві пожеж.</w:t>
      </w:r>
    </w:p>
    <w:p>
      <w:r>
        <w:br/>
        <w:t>Заступися, Боже, просвіти ті душі,&lt;br /&gt;</w:t>
        <w:br/>
        <w:t>Що в жадобі крові міряють світи!&lt;br /&gt;</w:t>
        <w:br/>
        <w:t>Пропікають серце очі їх байдужі,&lt;br /&gt;</w:t>
        <w:br/>
        <w:t>Смертю здичавіло дихають роти.</w:t>
      </w:r>
    </w:p>
    <w:p>
      <w:r>
        <w:br/>
        <w:t>Хай тебе, Вкраїно, степова легендо,&lt;br /&gt;</w:t>
        <w:br/>
        <w:t>Промине свавілля очманілих орд.&lt;br /&gt;</w:t>
        <w:br/>
        <w:t>Я безмежно вірю: твій могутній геній&lt;br /&gt;</w:t>
        <w:br/>
        <w:t>Ще сягне корони й зоряних висот.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україни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