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</w:t>
      </w:r>
    </w:p>
    <w:p>
      <w:r>
        <w:br/>
        <w:t xml:space="preserve"> Моя Україно! Як я тебе любив!&lt;br /&gt;</w:t>
        <w:br/>
        <w:t>Твої луги, твої степи розлогі,&lt;br /&gt;</w:t>
        <w:br/>
        <w:t>Дніпра ревучого славетнії пороги&lt;br /&gt;</w:t>
        <w:br/>
        <w:t>І хвилі золоті твоїх шовкових нив.</w:t>
      </w:r>
    </w:p>
    <w:p>
      <w:r>
        <w:br/>
        <w:t>Як я любив в садочках вишняку&lt;br /&gt;</w:t>
        <w:br/>
        <w:t>Твої білесенькі, немов хустини, хати,&lt;br /&gt;</w:t>
        <w:br/>
        <w:t>Поважну річ старих дідів чубатих&lt;br /&gt;</w:t>
        <w:br/>
        <w:t>І регіт дітвори в жартливому танку.</w:t>
      </w:r>
    </w:p>
    <w:p>
      <w:r>
        <w:br/>
        <w:t>Як я любив в ніч теплу, весняну&lt;br /&gt;</w:t>
        <w:br/>
        <w:t>Чуть пугача з діброви тихий стогін,&lt;br /&gt;</w:t>
        <w:br/>
        <w:t>Гукання парубків, дівчат веселий гомін&lt;br /&gt;</w:t>
        <w:br/>
        <w:t>І пісню з-за лугів розкішну, голосну.</w:t>
      </w:r>
    </w:p>
    <w:p>
      <w:r>
        <w:br/>
        <w:t>Як я любив уосени в стіжках&lt;br /&gt;</w:t>
        <w:br/>
        <w:t>Хліб коло хат, а ранками сідими&lt;br /&gt;</w:t>
        <w:br/>
        <w:t>Селян за працею хапливою між ними&lt;br /&gt;</w:t>
        <w:br/>
        <w:t>І стукіт говіркий ціпів геть по токах.</w:t>
      </w:r>
    </w:p>
    <w:p>
      <w:r>
        <w:br/>
        <w:t>Як я любив зимової доби&lt;br /&gt;</w:t>
        <w:br/>
        <w:t>При каганці невпиннеє сюрчання&lt;br /&gt;</w:t>
        <w:br/>
        <w:t>Тих веретен і пісню чи ридання&lt;br /&gt;</w:t>
        <w:br/>
        <w:t>Тихесеньке жіночої журби.</w:t>
      </w:r>
    </w:p>
    <w:p>
      <w:r>
        <w:br/>
        <w:t>Як я люблю безрадісно тебе,&lt;br /&gt;</w:t>
        <w:br/>
        <w:t>Народе мій, убожеством прибитий,&lt;br /&gt;</w:t>
        <w:br/>
        <w:t>Знеможений і темністю сповитий,&lt;br /&gt;</w:t>
        <w:br/>
        <w:t>Що вже забув і поважать себе,&lt;br /&gt;</w:t>
        <w:br/>
        <w:t>Потративши свої колишні сили...&lt;br /&gt;</w:t>
        <w:br/>
        <w:t>Як я люблю твої сумні могили,&lt;br /&gt;</w:t>
        <w:br/>
        <w:t>Україно! Як я люблю тебе!</w:t>
      </w:r>
    </w:p>
    <w:p>
      <w:r>
        <w:br/>
        <w:t>І ось тепер та мучена любов&lt;br /&gt;</w:t>
        <w:br/>
        <w:t>Мене жене в далекую чужину...</w:t>
      </w:r>
    </w:p>
    <w:p>
      <w:r>
        <w:br/>
        <w:t>(1881)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