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товариства</w:t>
      </w:r>
    </w:p>
    <w:p>
      <w:r>
        <w:br/>
        <w:t xml:space="preserve"> *&lt;br /&gt;</w:t>
        <w:br/>
        <w:t>Як складу на грудях руки.&lt;br /&gt;</w:t>
        <w:br/>
        <w:t>Щоб спочить навік в землі&lt;br /&gt;</w:t>
        <w:br/>
        <w:t>Та не знати більш розпуки...&lt;br /&gt;</w:t>
        <w:br/>
        <w:t>Як складу на грудях руки:&lt;br /&gt;</w:t>
        <w:br/>
        <w:t>За тюрмою, на шпилі,&lt;br /&gt;</w:t>
        <w:br/>
        <w:t>Під хрестом (ознака муки)&lt;br /&gt;</w:t>
        <w:br/>
        <w:t>Поховайте у гіллі.</w:t>
      </w:r>
    </w:p>
    <w:p>
      <w:r>
        <w:br/>
        <w:t>Як скінчу життя стражденне,&lt;br /&gt;</w:t>
        <w:br/>
        <w:t>Спогадайте інший раз —&lt;br /&gt;</w:t>
        <w:br/>
        <w:t>Чи там nihil, чи там bene...&lt;br /&gt;</w:t>
        <w:br/>
        <w:t>Як скінчу життя стражденне,&lt;br /&gt;</w:t>
        <w:br/>
        <w:t>Щоб не чути більш образ,-&lt;br /&gt;</w:t>
        <w:br/>
        <w:t>Киньте часом і про мене&lt;br /&gt;</w:t>
        <w:br/>
        <w:t>Пару щирих, теплих фраз!</w:t>
      </w:r>
    </w:p>
    <w:p>
      <w:r>
        <w:br/>
        <w:t>Живий дума об живому,&lt;br /&gt;</w:t>
        <w:br/>
        <w:t>Бо й живим він є на те;&lt;br /&gt;</w:t>
        <w:br/>
        <w:t>Піде кожен з вас додому!..&lt;br /&gt;</w:t>
        <w:br/>
        <w:t>Живий дума об живому;&lt;br /&gt;</w:t>
        <w:br/>
        <w:t>Так і ви заживете,&lt;br /&gt;</w:t>
        <w:br/>
        <w:t>Все почнеться по-старому,&lt;br /&gt;</w:t>
        <w:br/>
        <w:t>Спокій мертвому дасте!</w:t>
      </w:r>
    </w:p>
    <w:p>
      <w:r>
        <w:br/>
        <w:t>Вам засвітить нова зоря,&lt;br /&gt;</w:t>
        <w:br/>
        <w:t>Я ж зложу в німу труну&lt;br /&gt;</w:t>
        <w:br/>
        <w:t>Нестерпучу вагу горя...&lt;br /&gt;</w:t>
        <w:br/>
        <w:t>Вам засвітить нова зоря,&lt;br /&gt;</w:t>
        <w:br/>
        <w:t>Та я віченьки зімкну;&lt;br /&gt;</w:t>
        <w:br/>
        <w:t>Наче човен серед моря,&lt;br /&gt;</w:t>
        <w:br/>
        <w:t>В чорних хвилях потону.</w:t>
      </w:r>
    </w:p>
    <w:p>
      <w:r>
        <w:br/>
        <w:t>Закрасує мир весною,&lt;br /&gt;</w:t>
        <w:br/>
        <w:t>Хоч краса та не яка...&lt;br /&gt;</w:t>
        <w:br/>
        <w:t>Чарівничою маною&lt;br /&gt;</w:t>
        <w:br/>
        <w:t>Закрасує мир весною,&lt;br /&gt;</w:t>
        <w:br/>
        <w:t>До любові загука...&lt;br /&gt;</w:t>
        <w:br/>
        <w:t>Хто заплаче наді мною,&lt;br /&gt;</w:t>
        <w:br/>
        <w:t>Припаде до мертвяка?!</w:t>
      </w:r>
    </w:p>
    <w:p>
      <w:r>
        <w:br/>
        <w:t>Хай щастить вам, мої милі!&lt;br /&gt;</w:t>
        <w:br/>
        <w:t>Ждіть цілющої води...&lt;br /&gt;</w:t>
        <w:br/>
        <w:t>Я ж вкінець заслаб на силі...&lt;br /&gt;</w:t>
        <w:br/>
        <w:t>Хай щастить вам, мої милі!&lt;br /&gt;</w:t>
        <w:br/>
        <w:t>Прилетить гонець сюди...&lt;br /&gt;</w:t>
        <w:br/>
        <w:t>На моїй сумній могилі&lt;br /&gt;</w:t>
        <w:br/>
        <w:t>Віддихніть вряди-годи!</w:t>
      </w:r>
    </w:p>
    <w:p>
      <w:r>
        <w:br/>
        <w:t>Як складу на грудях руки,&lt;br /&gt;</w:t>
        <w:br/>
        <w:t>Залишу на світі все —&lt;br /&gt;</w:t>
        <w:br/>
        <w:t>Пізні жалі, ранні муки...&lt;br /&gt;</w:t>
        <w:br/>
        <w:t>Як складу на грудях руки,&lt;br /&gt;</w:t>
        <w:br/>
        <w:t>Хто мені чи те, чи се&lt;br /&gt;</w:t>
        <w:br/>
        <w:t>Після вічної розлуки&lt;br /&gt;</w:t>
        <w:br/>
        <w:t>Про вас, любі, донесе?</w:t>
      </w:r>
    </w:p>
    <w:p>
      <w:r>
        <w:br/>
        <w:t>*— Я був тяжко хворий; тоді-то й написав цей вірш. (Приміт. П. Грабовського).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