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товаришки недолі</w:t>
      </w:r>
    </w:p>
    <w:p>
      <w:r>
        <w:br/>
        <w:t xml:space="preserve"> Здибались ми ненароком —&lt;br /&gt;</w:t>
        <w:br/>
        <w:t>Тратить невольницькі літа;&lt;br /&gt;</w:t>
        <w:br/>
        <w:t>Жизні бурхливим потоком&lt;br /&gt;</w:t>
        <w:br/>
        <w:t>Нас занесло на край світа.</w:t>
      </w:r>
    </w:p>
    <w:p>
      <w:r>
        <w:br/>
        <w:t>Дні проминали за днями,&lt;br /&gt;</w:t>
        <w:br/>
        <w:t>Муки змагались все гірше...&lt;br /&gt;</w:t>
        <w:br/>
        <w:t>Приязнь зростала між нами,&lt;br /&gt;</w:t>
        <w:br/>
        <w:t>Приязнь братерня — не більше.</w:t>
      </w:r>
    </w:p>
    <w:p>
      <w:r>
        <w:br/>
        <w:t>Два-три слівця ненароком,&lt;br /&gt;</w:t>
        <w:br/>
        <w:t>Дві-три сльозинки на очах...&lt;br /&gt;</w:t>
        <w:br/>
        <w:t>Я був таким одиноким,&lt;br /&gt;</w:t>
        <w:br/>
        <w:t>Ласк так хотілось жіночих...</w:t>
      </w:r>
    </w:p>
    <w:p>
      <w:r>
        <w:br/>
        <w:t>Жеврілась іскра, звичайно,&lt;br /&gt;</w:t>
        <w:br/>
        <w:t>Наші святі почування,&lt;br /&gt;</w:t>
        <w:br/>
        <w:t>В серці прокинувшись тайно,&lt;br /&gt;</w:t>
        <w:br/>
        <w:t>Джерелом стались кохання.</w:t>
      </w:r>
    </w:p>
    <w:p>
      <w:r>
        <w:br/>
        <w:t>Здіялось те ненароком;&lt;br /&gt;</w:t>
        <w:br/>
        <w:t>Зрушено все, що дрімало...&lt;br /&gt;</w:t>
        <w:br/>
        <w:t>Я був таким одиноким,&lt;br /&gt;</w:t>
        <w:br/>
        <w:t>Так знав прихильності мало.</w:t>
      </w:r>
    </w:p>
    <w:p>
      <w:r>
        <w:br/>
        <w:t>Став я тинятись без цілі,&lt;br /&gt;</w:t>
        <w:br/>
        <w:t>Плакати став я, та пізно;&lt;br /&gt;</w:t>
        <w:br/>
        <w:t>Люди зробились немилі...&lt;br /&gt;</w:t>
        <w:br/>
        <w:t>Підуть шляхи наші різно.</w:t>
      </w:r>
    </w:p>
    <w:p>
      <w:r>
        <w:br/>
        <w:t>Бачу весь мир ненароком,&lt;br /&gt;</w:t>
        <w:br/>
        <w:t>Мовби з-під наглої луди...&lt;br /&gt;</w:t>
        <w:br/>
        <w:t>Куди б не скинув я оком,&lt;br /&gt;</w:t>
        <w:br/>
        <w:t>Образ твій мріється всюди.</w:t>
      </w:r>
    </w:p>
    <w:p>
      <w:r>
        <w:br/>
        <w:t>Вік буду нишком страждати,&lt;br /&gt;</w:t>
        <w:br/>
        <w:t>Ради не давши з собою,&lt;br /&gt;</w:t>
        <w:br/>
        <w:t>Нишком про тебе гадати,&lt;br /&gt;</w:t>
        <w:br/>
        <w:t>Нишком тужить за тобою.</w:t>
      </w:r>
    </w:p>
    <w:p>
      <w:r>
        <w:br/>
        <w:t>Здибались ми ненароком&lt;br /&gt;</w:t>
        <w:br/>
        <w:t>Терпіть далеку неволю...&lt;br /&gt;</w:t>
        <w:br/>
        <w:t>Я був таким одиноким,&lt;br /&gt;</w:t>
        <w:br/>
        <w:t>Ти ж відшукала вже долю.</w:t>
      </w:r>
    </w:p>
    <w:p>
      <w:r>
        <w:br/>
        <w:t>Глухо скрізь, холодно, темно;&lt;br /&gt;</w:t>
        <w:br/>
        <w:t>Смерть повіває могильна...&lt;br /&gt;</w:t>
        <w:br/>
        <w:t>Щастя я прагнув даремно:&lt;br /&gt;</w:t>
        <w:br/>
        <w:t>Ти його дати невільна.</w:t>
      </w:r>
    </w:p>
    <w:p>
      <w:r>
        <w:br/>
        <w:t>Два-три слівця ненароком,&lt;br /&gt;</w:t>
        <w:br/>
        <w:t>Дві-три усмішки коханих...&lt;br /&gt;</w:t>
        <w:br/>
        <w:t>Вражений болем глибоким,&lt;br /&gt;</w:t>
        <w:br/>
        <w:t>Знову б віджив я в кайданах.</w:t>
      </w:r>
    </w:p>
    <w:p>
      <w:r>
        <w:br/>
        <w:t>Та непідхоже бурлаці&lt;br /&gt;</w:t>
        <w:br/>
        <w:t>Збуджувать маріння красні...&lt;br /&gt;</w:t>
        <w:br/>
        <w:t>Ми народились для праці,-&lt;br /&gt;</w:t>
        <w:br/>
        <w:t>Геть же всі пориви власні!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товаришки недолі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