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тих, що зостануться</w:t>
      </w:r>
    </w:p>
    <w:p>
      <w:r>
        <w:br/>
        <w:t xml:space="preserve"> Кому я потьмарив чи болем, чи журбою&lt;br /&gt;</w:t>
        <w:br/>
        <w:t>В його житті дні, роки чи хвилини, —&lt;br /&gt;</w:t>
        <w:br/>
        <w:t>Простіть мені за те, що й я тяжкою&lt;br /&gt;</w:t>
        <w:br/>
        <w:t>Скорботою платив в страшні години&lt;br /&gt;</w:t>
        <w:br/>
        <w:t>За право тільки жить, не вмерти серед бою!</w:t>
      </w:r>
    </w:p>
    <w:p>
      <w:r>
        <w:br/>
        <w:t>За те мене простіть, що в наші дні похмурі&lt;br /&gt;</w:t>
        <w:br/>
        <w:t>Боявся я рабом нікчемним бути,&lt;br /&gt;</w:t>
        <w:br/>
        <w:t>Що не ховавсь лякливо серед бурі,&lt;br /&gt;</w:t>
        <w:br/>
        <w:t>Що йшов туди, де гуркіт праці чути,&lt;br /&gt;</w:t>
        <w:br/>
        <w:t>Що камінь єсть і мій у нашім спільнім мурі.</w:t>
      </w:r>
    </w:p>
    <w:p>
      <w:r>
        <w:br/>
        <w:t>За те простіть, що я, мов хмарка у просторі,&lt;br /&gt;</w:t>
        <w:br/>
        <w:t>Пролину й більш не буду вас тьмарити,&lt;br /&gt;</w:t>
        <w:br/>
        <w:t>В незнаному розвіявшися морі, —&lt;br /&gt;</w:t>
        <w:br/>
        <w:t>Ви ж будете огнем життя світити&lt;br /&gt;</w:t>
        <w:br/>
        <w:t>І вам сіятимуть з блакиті рідні зорі.</w:t>
      </w:r>
    </w:p>
    <w:p>
      <w:r>
        <w:br/>
        <w:t>1904. V. 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тих, що зостануться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