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сусіда по камері</w:t>
      </w:r>
    </w:p>
    <w:p>
      <w:r>
        <w:br/>
        <w:t xml:space="preserve"> Чую: завжди ти крокуєш.&lt;br /&gt;</w:t>
        <w:br/>
        <w:t>Знаю. Нудьга тебе гризе,&lt;br /&gt;</w:t>
        <w:br/>
        <w:t>То давай-но поговорим.&lt;br /&gt;</w:t>
        <w:br/>
        <w:t>Ти знаєш азбуку Морзе?</w:t>
      </w:r>
    </w:p>
    <w:p>
      <w:r>
        <w:br/>
        <w:t>Гаразд! Стук-стук-стук!&lt;br /&gt;</w:t>
        <w:br/>
        <w:t>Кажи, як підказує сумління:&lt;br /&gt;</w:t>
        <w:br/>
        <w:t>За що потрапив ти до рук&lt;br /&gt;</w:t>
        <w:br/>
        <w:t>Держ – Політ – Управління?</w:t>
      </w:r>
    </w:p>
    <w:p>
      <w:r>
        <w:br/>
        <w:t>Признайсь, не бійсь – я тут один.&lt;br /&gt;</w:t>
        <w:br/>
        <w:t>Кажи: шкідник індустріальний&lt;br /&gt;</w:t>
        <w:br/>
        <w:t>Чи, може, ти громадянин,&lt;br /&gt;</w:t>
        <w:br/>
        <w:t>Того… не зовсім-то лояльний?</w:t>
      </w:r>
    </w:p>
    <w:p>
      <w:r>
        <w:br/>
        <w:t>Говориш ні, то хто? Фашист?&lt;br /&gt;</w:t>
        <w:br/>
        <w:t>Радянських кодексів порушник?&lt;br /&gt;</w:t>
        <w:br/>
        <w:t>Чи правий лівий ухиліст?&lt;br /&gt;</w:t>
        <w:br/>
        <w:t>Чи, може, мудрий ти дворушник?</w:t>
      </w:r>
    </w:p>
    <w:p>
      <w:r>
        <w:br/>
        <w:t>Ну, шовініст-націонал,&lt;br /&gt;</w:t>
        <w:br/>
        <w:t>Що вів політику подвійну:&lt;br /&gt;</w:t>
        <w:br/>
        <w:t>Співав інтер-наці-онал,&lt;br /&gt;</w:t>
        <w:br/>
        <w:t>А дбав за "неньку" самостійну?</w:t>
      </w:r>
    </w:p>
    <w:p>
      <w:r>
        <w:br/>
        <w:t>Вгадав? Яку призначать кару?&lt;br /&gt;</w:t>
        <w:br/>
        <w:t>Шовінізм нищиться дощенту,&lt;br /&gt;</w:t>
        <w:br/>
        <w:t>В тюрмі посидиш років пару.&lt;br /&gt;</w:t>
        <w:br/>
        <w:t>А ні – зашлють аж до Ташкенту.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сусіда по камері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