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старої баби</w:t>
      </w:r>
    </w:p>
    <w:p>
      <w:r>
        <w:br/>
        <w:t xml:space="preserve"> Старенька бабо, ти між нами, дітьми,&lt;br /&gt;</w:t>
        <w:br/>
        <w:t>Премудрою здавалась, як Мінерва.</w:t>
      </w:r>
    </w:p>
    <w:p>
      <w:r>
        <w:br/>
        <w:t>Не тим єси заважила в нас много,&lt;br /&gt;</w:t>
        <w:br/>
        <w:t>Що прожила на світі літ чимало,</w:t>
      </w:r>
    </w:p>
    <w:p>
      <w:r>
        <w:br/>
        <w:t>А тим, що, із беззубими водившись,&lt;br /&gt;</w:t>
        <w:br/>
        <w:t>Старовини, мов реп'яхів, набралась.</w:t>
      </w:r>
    </w:p>
    <w:p>
      <w:r>
        <w:br/>
        <w:t>Непережоване ловила ти обіруч&lt;br /&gt;</w:t>
        <w:br/>
        <w:t>І нам, малим, у запічок носила;</w:t>
      </w:r>
    </w:p>
    <w:p>
      <w:r>
        <w:br/>
        <w:t>А ми, темнота, світу не видавши,&lt;br /&gt;</w:t>
        <w:br/>
        <w:t>Няли тобі, як Соломону, віри.</w:t>
      </w:r>
    </w:p>
    <w:p>
      <w:r>
        <w:br/>
      </w:r>
    </w:p>
    <w:p>
      <w:r>
        <w:br/>
        <w:t>Прийшла черга і нам про давні давна&lt;br /&gt;</w:t>
        <w:br/>
        <w:t>Новим пічкурникам оповідати.</w:t>
      </w:r>
    </w:p>
    <w:p>
      <w:r>
        <w:br/>
        <w:t>Поткнулись ми з твоїми реп'яхами,&lt;br /&gt;</w:t>
        <w:br/>
        <w:t>Та в них один хіба верблюд смакує.</w:t>
      </w:r>
    </w:p>
    <w:p>
      <w:r>
        <w:br/>
        <w:t>Шкода малих магнатами лякати,&lt;br /&gt;</w:t>
        <w:br/>
        <w:t>Що кров людську, мов упиряки, ссали.</w:t>
      </w:r>
    </w:p>
    <w:p>
      <w:r>
        <w:br/>
        <w:t>Регочеться дітвора із рандарства,&lt;br /&gt;</w:t>
        <w:br/>
        <w:t>Що козаків держало під патинком.</w:t>
      </w:r>
    </w:p>
    <w:p>
      <w:r>
        <w:br/>
        <w:t>А по церквах "на славній Україні",&lt;br /&gt;</w:t>
        <w:br/>
        <w:t>Мов по шинках, бряжчало талярами.</w:t>
      </w:r>
    </w:p>
    <w:p>
      <w:r>
        <w:br/>
        <w:t>Не йме вже віри і кобзарським співам,&lt;br /&gt;</w:t>
        <w:br/>
        <w:t>Що в них себе п'яниці прославляли,</w:t>
      </w:r>
    </w:p>
    <w:p>
      <w:r>
        <w:br/>
        <w:t>Порізавши людей трудящих, чесних,&lt;br /&gt;</w:t>
        <w:br/>
        <w:t>Аби в ясир попродавши татарам.</w:t>
      </w:r>
    </w:p>
    <w:p>
      <w:r>
        <w:br/>
        <w:t>Нам сором, а тобі, стара, байдуже:&lt;br /&gt;</w:t>
        <w:br/>
        <w:t>Ти все своє дрібній темноті плещеш.</w:t>
      </w:r>
    </w:p>
    <w:p>
      <w:r>
        <w:br/>
        <w:t>Плещи, бо світ не перебуде дурнів,&lt;br /&gt;</w:t>
        <w:br/>
        <w:t>Котрі таких казок охочі слухать.</w:t>
      </w:r>
    </w:p>
    <w:p>
      <w:r>
        <w:br/>
        <w:t>Туманити людей ти й не хотіла б,&lt;br /&gt;</w:t>
        <w:br/>
        <w:t>Та се така твоя брехлива правда.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старої баби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