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Шевченка</w:t>
      </w:r>
    </w:p>
    <w:p>
      <w:r>
        <w:br/>
        <w:t xml:space="preserve"> O piesni gminna! ty stoisz na strazy&lt;br /&gt;</w:t>
        <w:br/>
        <w:t>Narodowego pamiatek kosciola,&lt;br /&gt;</w:t>
        <w:br/>
        <w:t>Zаrchanielskiemi skrzydlami i glosem&lt;br /&gt;</w:t>
        <w:br/>
        <w:t>Tu czasem miewasz i bron archaniola.</w:t>
      </w:r>
    </w:p>
    <w:p>
      <w:r>
        <w:br/>
        <w:t>Mickiewicz</w:t>
      </w:r>
    </w:p>
    <w:p>
      <w:r>
        <w:br/>
      </w:r>
    </w:p>
    <w:p>
      <w:r>
        <w:br/>
        <w:t>Тарасе, спогадай, як ти за нами&lt;br /&gt;</w:t>
        <w:br/>
        <w:t>Хотів летіть у вирій по морозу,&lt;br /&gt;</w:t>
        <w:br/>
        <w:t>Де вольна мати з вольними синами&lt;br /&gt;</w:t>
        <w:br/>
        <w:t>І дочками пахучу щипле розу,</w:t>
      </w:r>
    </w:p>
    <w:p>
      <w:r>
        <w:br/>
        <w:t>Любові цвіт, знаменуваннє миле&lt;br /&gt;</w:t>
        <w:br/>
        <w:t>Блаженного життя на високостях,&lt;br /&gt;</w:t>
        <w:br/>
        <w:t>Лестивий цвіт, як щастє легкокриле,&lt;br /&gt;</w:t>
        <w:br/>
        <w:t>Як син про вірну дружбу в молодостях.</w:t>
      </w:r>
    </w:p>
    <w:p>
      <w:r>
        <w:br/>
      </w:r>
    </w:p>
    <w:p>
      <w:r>
        <w:br/>
        <w:t>Втішаються, свободою щасливі;&lt;br /&gt;</w:t>
        <w:br/>
        <w:t>Блищать над ними небеса безхмарні;&lt;br /&gt;</w:t>
        <w:br/>
        <w:t>Сіяють у сріблі та в злоті ниви;&lt;br /&gt;</w:t>
        <w:br/>
        <w:t>Понад пашнею китяхи янтарні.</w:t>
      </w:r>
    </w:p>
    <w:p>
      <w:r>
        <w:br/>
        <w:t>Знудившися життєм своїм мертвецьким,&lt;br /&gt;</w:t>
        <w:br/>
        <w:t>Жадали ми у вирій полетіти,&lt;br /&gt;</w:t>
        <w:br/>
        <w:t>Де мертвий камінь під різцем мистецьким&lt;br /&gt;</w:t>
        <w:br/>
        <w:t>Встає живий, щоб віковічно жити;</w:t>
      </w:r>
    </w:p>
    <w:p>
      <w:r>
        <w:br/>
        <w:t>Де полотно пензльоване співає&lt;br /&gt;</w:t>
        <w:br/>
        <w:t>Очам про всі дива краси таємні,&lt;br /&gt;</w:t>
        <w:br/>
        <w:t>І вищу ліпоту небес являє,&lt;br /&gt;</w:t>
        <w:br/>
        <w:t>І Тартара страшилища підземні;</w:t>
      </w:r>
    </w:p>
    <w:p>
      <w:r>
        <w:br/>
        <w:t>Де нас музика до небес возносить&lt;br /&gt;</w:t>
        <w:br/>
        <w:t>І хори ангельські дає нам чути…&lt;br /&gt;</w:t>
        <w:br/>
        <w:t>Восхищене серденько смерті просить –&lt;br /&gt;</w:t>
        <w:br/>
        <w:t>На крилах у Гармонії заснути.</w:t>
      </w:r>
    </w:p>
    <w:p>
      <w:r>
        <w:br/>
        <w:t>Мій рідний брате, перед нами море&lt;br /&gt;</w:t>
        <w:br/>
        <w:t>Всесвітньої науки одкривалось:&lt;br /&gt;</w:t>
        <w:br/>
        <w:t>Втопили б ми у нім неволі горе&lt;br /&gt;</w:t>
        <w:br/>
        <w:t>І в воскрешеніє свободи обмивались.</w:t>
      </w:r>
    </w:p>
    <w:p>
      <w:r>
        <w:br/>
        <w:t>Втопили б ми в тім морі всю мороку,&lt;br /&gt;</w:t>
        <w:br/>
        <w:t>Яка нам змалку голови морочить,&lt;br /&gt;</w:t>
        <w:br/>
        <w:t>І тягне нас од Заходу к Востоку,&lt;br /&gt;</w:t>
        <w:br/>
        <w:t>І азіацтво вічне нам пророчить.</w:t>
      </w:r>
    </w:p>
    <w:p>
      <w:r>
        <w:br/>
        <w:t>Лиха нам доля, брате, не судила&lt;br /&gt;</w:t>
        <w:br/>
        <w:t>Свої сніги на рози проміняти&lt;br /&gt;</w:t>
        <w:br/>
        <w:t>І душу, що неволя придавила,&lt;br /&gt;</w:t>
        <w:br/>
        <w:t>В зцілющих нуртах волі обновляти.</w:t>
      </w:r>
    </w:p>
    <w:p>
      <w:r>
        <w:br/>
        <w:t>За нами темрява півночня вгналась&lt;br /&gt;</w:t>
        <w:br/>
        <w:t>У всеоружжі деспоцтва сліпого,&lt;br /&gt;</w:t>
        <w:br/>
        <w:t>І люба мрія, як міраж, розпалась&lt;br /&gt;</w:t>
        <w:br/>
        <w:t>Від подиху московства навісного.</w:t>
      </w:r>
    </w:p>
    <w:p>
      <w:r>
        <w:br/>
        <w:t>Ще не було Овідія й не буде,&lt;br /&gt;</w:t>
        <w:br/>
        <w:t>Яким ти ставсь над мертвенним Аралом:&lt;br /&gt;</w:t>
        <w:br/>
        <w:t>Таких пекельних нот не чули люде,&lt;br /&gt;</w:t>
        <w:br/>
        <w:t>Які на серці в тебе звірство брало.</w:t>
      </w:r>
    </w:p>
    <w:p>
      <w:r>
        <w:br/>
        <w:t>Ти десять літ з душею розлучався,&lt;br /&gt;</w:t>
        <w:br/>
        <w:t>Співав, мов соловей в кошечих лапах,&lt;br /&gt;</w:t>
        <w:br/>
        <w:t>Живий твій розум скристалізувався,&lt;br /&gt;</w:t>
        <w:br/>
        <w:t>Твій дух поник на каторжних етапах…</w:t>
      </w:r>
    </w:p>
    <w:p>
      <w:r>
        <w:br/>
        <w:t>Заголосили по тобі харіти,&lt;br /&gt;</w:t>
        <w:br/>
        <w:t>І Україну сонну розбудили,&lt;br /&gt;</w:t>
        <w:br/>
        <w:t>Устала мати: "Діти мої, діти!&lt;br /&gt;</w:t>
        <w:br/>
        <w:t>Тепер навіки ми посиротіли.</w:t>
      </w:r>
    </w:p>
    <w:p>
      <w:r>
        <w:br/>
        <w:t>Ой лелечко, мій дріб'язок убогий!&lt;br /&gt;</w:t>
        <w:br/>
        <w:t>Москва 'б вас буде потирати руки;&lt;br /&gt;</w:t>
        <w:br/>
        <w:t>Поставить очі проти вас, як роги;&lt;br /&gt;</w:t>
        <w:br/>
        <w:t>Чого не знав дід, знатимуть унуки ".</w:t>
      </w:r>
    </w:p>
    <w:p>
      <w:r>
        <w:br/>
        <w:t>"Ні! – обізвешся з-над Дніпра, кобзарю, –&lt;br /&gt;</w:t>
        <w:br/>
        <w:t>Світ не побачить Батия нового.&lt;br /&gt;</w:t>
        <w:br/>
        <w:t>Переп'ят встане не тебе, Москалю,&lt;br /&gt;</w:t>
        <w:br/>
        <w:t>Моє святе, моє пророче слово.</w:t>
      </w:r>
    </w:p>
    <w:p>
      <w:r>
        <w:br/>
        <w:t>О слово рідне! ти стоїш на чаті&lt;br /&gt;</w:t>
        <w:br/>
        <w:t>Предковічних пам'яток святині,&lt;br /&gt;</w:t>
        <w:br/>
        <w:t>В ясній, блискучий херувимській шаті,&lt;br /&gt;</w:t>
        <w:br/>
        <w:t>Як меч огненний, в нашій Україні.</w:t>
      </w:r>
    </w:p>
    <w:p>
      <w:r>
        <w:br/>
        <w:t>Грішив я тяжко, яко син народу&lt;br /&gt;</w:t>
        <w:br/>
        <w:t>І вихованець олухів письменних,&lt;br /&gt;</w:t>
        <w:br/>
        <w:t>Що, в нам укравши, вкинули у воду&lt;br /&gt;</w:t>
        <w:br/>
        <w:t>Ключ розуміння, задумів спасенних.</w:t>
      </w:r>
    </w:p>
    <w:p>
      <w:r>
        <w:br/>
        <w:t>Та що скував я меч сей обоюдний,&lt;br /&gt;</w:t>
        <w:br/>
        <w:t>Тим од гніва Премудрості спасуся,&lt;br /&gt;</w:t>
        <w:br/>
        <w:t>Воскресну чистий у Великдень судний&lt;br /&gt;</w:t>
        <w:br/>
        <w:t>І о спасенні людській звеселюся 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