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Псіхеї</w:t>
      </w:r>
    </w:p>
    <w:p>
      <w:r>
        <w:br/>
        <w:t xml:space="preserve"> Незграйну пісню вислухай, богине,&lt;br /&gt;</w:t>
        <w:br/>
        <w:t>Думок і згадок дорогий трофей!&lt;br /&gt;</w:t>
        <w:br/>
        <w:t>Прости, що з тайнами твоїми лине&lt;br /&gt;</w:t>
        <w:br/>
        <w:t>Вона до різьблених твоїх ушей!&lt;br /&gt;</w:t>
        <w:br/>
        <w:t>Чи снилося мені, чи справді бачив&lt;br /&gt;</w:t>
        <w:br/>
        <w:t>Тебе я з крилами? Поміж кущів&lt;br /&gt;</w:t>
        <w:br/>
        <w:t>Бездумно в лісі я блукав-маячив —&lt;br /&gt;</w:t>
        <w:br/>
        <w:t>I, з дива мліючи, в траві уздрів,&lt;br /&gt;</w:t>
        <w:br/>
        <w:t>У заростях, два осяйні створіння,&lt;br /&gt;</w:t>
        <w:br/>
        <w:t>Що спали поряд під зеленим дахом&lt;br /&gt;</w:t>
        <w:br/>
        <w:t>Тремтячих віт, де пелюстки рясні,&lt;br /&gt;</w:t>
        <w:br/>
        <w:t>Струмка в траві бриніння,&lt;br /&gt;</w:t>
        <w:br/>
        <w:t>Де з прохолодного ростуть коріння&lt;br /&gt;</w:t>
        <w:br/>
        <w:t>Квітки червоні, сині, вогняні.&lt;br /&gt;</w:t>
        <w:br/>
        <w:t>Вони дрімали у траві прим'ятій,&lt;br /&gt;</w:t>
        <w:br/>
        <w:t>Руками сплівшись, і крило з крилом,&lt;br /&gt;</w:t>
        <w:br/>
        <w:t>Уста не вкупі, та й не різно: сном&lt;br /&gt;</w:t>
        <w:br/>
        <w:t>Легким роз'єднані, щоб зірка рання&lt;br /&gt;</w:t>
        <w:br/>
        <w:t>Розвидненого в поглядах кохання&lt;br /&gt;</w:t>
        <w:br/>
        <w:t>Помножила цілунки без кінця.&lt;br /&gt;</w:t>
        <w:br/>
        <w:t>Хлоп'я, пізнав тебе я!&lt;br /&gt;</w:t>
        <w:br/>
        <w:t>А хто ж вона, щаслива юнка ця?&lt;br /&gt;</w:t>
        <w:br/>
        <w:t>Твоя Псіхея!&lt;br /&gt;</w:t>
        <w:br/>
        <w:t>О, наймолодша в олімпійській вірі&lt;br /&gt;</w:t>
        <w:br/>
        <w:t>I наймиліша, хоч давно побляк&lt;br /&gt;</w:t>
        <w:br/>
        <w:t>Твій рід! Щ&amp;#243; Фебина зоря в сапфірі?&lt;br /&gt;</w:t>
        <w:br/>
        <w:t>Щ&amp;#243; Весперів закоханий світляк?&lt;br /&gt;</w:t>
        <w:br/>
        <w:t>Ти — краща, хоч тобі незнані храми&lt;br /&gt;</w:t>
        <w:br/>
        <w:t>Й гірлянди олтарів;&lt;br /&gt;</w:t>
        <w:br/>
        <w:t>Дівочий хор тобі не ніс ночами&lt;br /&gt;</w:t>
        <w:br/>
        <w:t>Тужливо-ніжний спів.&lt;br /&gt;</w:t>
        <w:br/>
        <w:t>Де струни, голоси, димки пахучі&lt;br /&gt;</w:t>
        <w:br/>
        <w:t>Кадильниць золотих?&lt;br /&gt;</w:t>
        <w:br/>
        <w:t>Де гай, оракул, де уста пекучі&lt;br /&gt;</w:t>
        <w:br/>
        <w:t>Провісників блідих?</w:t>
      </w:r>
    </w:p>
    <w:p>
      <w:r>
        <w:br/>
        <w:t>О найсвітліша! Не застала в світі&lt;br /&gt;</w:t>
        <w:br/>
        <w:t>Ти лір античних, димних олтарів,&lt;br /&gt;</w:t>
        <w:br/>
        <w:t>Коли таїлись божества у вітті&lt;br /&gt;</w:t>
        <w:br/>
        <w:t>Освячених офірами гаїв;&lt;br /&gt;</w:t>
        <w:br/>
        <w:t>Але й в ці дні, такі далекі тіням&lt;br /&gt;</w:t>
        <w:br/>
        <w:t>Жерців щасливих, трепет крил твоїх&lt;br /&gt;</w:t>
        <w:br/>
        <w:t>Між олімпійців бачу я блідих&lt;br /&gt;</w:t>
        <w:br/>
        <w:t>I спів підношу, натхнутий видінням.&lt;br /&gt;</w:t>
        <w:br/>
        <w:t>Я буду хор твій і почну ночами&lt;br /&gt;</w:t>
        <w:br/>
        <w:t>Тужливо-ніжний спів;&lt;br /&gt;</w:t>
        <w:br/>
        <w:t>Я буду й струни, і димки пахучі&lt;br /&gt;</w:t>
        <w:br/>
        <w:t>Кадильниць золотих,&lt;br /&gt;</w:t>
        <w:br/>
        <w:t>Твій гай, оракул і уста пекучі&lt;br /&gt;</w:t>
        <w:br/>
        <w:t>Провісників блідих!</w:t>
      </w:r>
    </w:p>
    <w:p>
      <w:r>
        <w:br/>
        <w:t>Твій жрець, я храм тобі зведу на рясті&lt;br /&gt;</w:t>
        <w:br/>
        <w:t>В незайманім кутку душі, де плід&lt;br /&gt;</w:t>
        <w:br/>
        <w:t>Солодких мук — нові думки гіллясті&lt;br /&gt;</w:t>
        <w:br/>
        <w:t>Шумітимуть замість соснових віт;&lt;br /&gt;</w:t>
        <w:br/>
        <w:t>А ген, кругом, гаїв тінисті шати&lt;br /&gt;</w:t>
        <w:br/>
        <w:t>Укриють схили гір, за спадом спад,&lt;br /&gt;</w:t>
        <w:br/>
        <w:t>Де птиці й бджоли будуть присипляти&lt;br /&gt;</w:t>
        <w:br/>
        <w:t>Понишклих у траві легких дріад.&lt;br /&gt;</w:t>
        <w:br/>
        <w:t>I тут у височінь безмежно-синю&lt;br /&gt;</w:t>
        <w:br/>
        <w:t>Рожеву я зведу тобі святиню&lt;br /&gt;</w:t>
        <w:br/>
        <w:t>З рясним трельяжем мозку, що весь вік&lt;br /&gt;</w:t>
        <w:br/>
        <w:t>Працює, де зірки, дзвіночки, рожі,&lt;br /&gt;</w:t>
        <w:br/>
        <w:t>Всі квіти, що Уява-садівник&lt;br /&gt;</w:t>
        <w:br/>
        <w:t>Невтомно творить, все нові й несхожі;&lt;br /&gt;</w:t>
        <w:br/>
        <w:t>Там жде тебе відрадно-тиха річ,&lt;br /&gt;</w:t>
        <w:br/>
        <w:t>Тінистих дум надбання,&lt;br /&gt;</w:t>
        <w:br/>
        <w:t>I світоч, і вікно відкрите в ніч&lt;br /&gt;</w:t>
        <w:br/>
        <w:t>Для теплого кохання!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Псіхеї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