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До Пархома</w:t>
      </w:r>
    </w:p>
    <w:p>
      <w:r>
        <w:br/>
        <w:t xml:space="preserve"> І</w:t>
      </w:r>
    </w:p>
    <w:p>
      <w:r>
        <w:br/>
        <w:t>Aequam memento rebus in ardui&lt;br /&gt;</w:t>
        <w:br/>
        <w:t>Servare mentem: non secus in bonis etc.&lt;br /&gt;</w:t>
        <w:br/>
        <w:t>Horat. Lib. II. Od. 3 [13]</w:t>
      </w:r>
    </w:p>
    <w:p>
      <w:r>
        <w:br/>
        <w:t>Пархоме, в щасті не брикай!&lt;br /&gt;</w:t>
        <w:br/>
        <w:t>В нудьзі притьмом не лізь до неба!&lt;br /&gt;</w:t>
        <w:br/>
        <w:t>Людей питай, свій розум май!&lt;br /&gt;</w:t>
        <w:br/>
        <w:t>Як не мудруй,— а вмерти треба!&lt;br /&gt;</w:t>
        <w:br/>
        <w:t>Чи коротаєш вік в журбі,&lt;br /&gt;</w:t>
        <w:br/>
        <w:t>Чи то, за поставцем горілки,&lt;br /&gt;</w:t>
        <w:br/>
        <w:t>В шинку нарізують тобі&lt;br /&gt;</w:t>
        <w:br/>
        <w:t>Цимбали, кобзи і сопілки;&lt;br /&gt;</w:t>
        <w:br/>
        <w:t>Чи п'яний під тином хропеш,&lt;br /&gt;</w:t>
        <w:br/>
        <w:t>Чи до господи лізеш рачки&lt;br /&gt;</w:t>
        <w:br/>
        <w:t>І жінку макогоном б'єш,&lt;br /&gt;</w:t>
        <w:br/>
        <w:t>Чи сам товчешся навкулачки,-&lt;br /&gt;</w:t>
        <w:br/>
        <w:t>Ори і засівай лани,&lt;br /&gt;</w:t>
        <w:br/>
        <w:t>Коси широкі перелоги,&lt;br /&gt;</w:t>
        <w:br/>
        <w:t>І грошики за баштани&lt;br /&gt;</w:t>
        <w:br/>
        <w:t>Лупи — та все одкинеш ноги!&lt;br /&gt;</w:t>
        <w:br/>
        <w:t>Покинеш все: стіжки й скирти,&lt;br /&gt;</w:t>
        <w:br/>
        <w:t>Всі ласощі, паслін, цибулю..&lt;br /&gt;</w:t>
        <w:br/>
        <w:t>Загарба інший все, а ти&lt;br /&gt;</w:t>
        <w:br/>
        <w:t>З'їси за гірку працю дулю!..&lt;br /&gt;</w:t>
        <w:br/>
        <w:t>Чи соцьким батько твій в селі,&lt;br /&gt;</w:t>
        <w:br/>
        <w:t>Чи сам на панщині працює,-&lt;br /&gt;</w:t>
        <w:br/>
        <w:t>А смерть зрівняє всіх в землі:&lt;br /&gt;</w:t>
        <w:br/>
        <w:t>Ні з ким, скажена, не жартує!..&lt;br /&gt;</w:t>
        <w:br/>
        <w:t>"Чи чіт, чи лишка?.." — загука.&lt;br /&gt;</w:t>
        <w:br/>
        <w:t>Ти крикнеш: "Чіт!.." — Ба, брешеш, сину!" —&lt;br /&gt;</w:t>
        <w:br/>
        <w:t>Озветься паплюга з кутка —&lt;br /&gt;</w:t>
        <w:br/>
        <w:t>Та й зцупить з печі в домовину!&lt;br /&gt;</w:t>
        <w:br/>
        <w:t>4 ноября 1827 г.</w:t>
      </w:r>
    </w:p>
    <w:p>
      <w:r>
        <w:br/>
        <w:t>II</w:t>
      </w:r>
    </w:p>
    <w:p>
      <w:r>
        <w:br/>
        <w:t>Tu ne quaesieris, scire nefas, quern mihi, quem tibi&lt;br /&gt;</w:t>
        <w:br/>
        <w:t>Finem Di dederint. Leuconoe; nee Babylinios&lt;br /&gt;</w:t>
        <w:br/>
        <w:t>Tentaris numeros etc.&lt;br /&gt;</w:t>
        <w:br/>
        <w:t>Horat. Lib. I. Od. 11 [14]</w:t>
      </w:r>
    </w:p>
    <w:p>
      <w:r>
        <w:br/>
        <w:t>Пархоме, не мудруй! ворожки не питай,&lt;br /&gt;</w:t>
        <w:br/>
        <w:t>Як довгий вік прокоротаєш;&lt;br /&gt;</w:t>
        <w:br/>
        <w:t>Що виковала вже зозуля — поживай!&lt;br /&gt;</w:t>
        <w:br/>
        <w:t>А більше — шкода, що й бажаєш...&lt;br /&gt;</w:t>
        <w:br/>
        <w:t>Хоч всіх ти упирів збери і знахорів,&lt;br /&gt;</w:t>
        <w:br/>
        <w:t>Хоч покумайся ти з відьмами:&lt;br /&gt;</w:t>
        <w:br/>
        <w:t>Ніхто не скаже нам так, як би ти хотів,&lt;br /&gt;</w:t>
        <w:br/>
        <w:t>Що доля завтра зробить з нами!&lt;br /&gt;</w:t>
        <w:br/>
        <w:t>Чи доведеться ще подушне заплатить,&lt;br /&gt;</w:t>
        <w:br/>
        <w:t>Чи до снаги вже розплатився?..&lt;br /&gt;</w:t>
        <w:br/>
        <w:t>Нащо, про що тобі над цим чуприну гріть?..&lt;br /&gt;</w:t>
        <w:br/>
        <w:t>Дурний! дурний!.. а в школі вчився!..&lt;br /&gt;</w:t>
        <w:br/>
        <w:t>Терпи!.. За долею, куди попхне, хились,&lt;br /&gt;</w:t>
        <w:br/>
        <w:t>Як хилиться від вітру гілка;&lt;br /&gt;</w:t>
        <w:br/>
        <w:t>Чи будеш жить, чи вмреш, Пархоме, не журись!..&lt;br /&gt;</w:t>
        <w:br/>
        <w:t>Журись об тім, чи є горілка!..&lt;br /&gt;</w:t>
        <w:br/>
        <w:t>А, є? так при на стіл!.. Частуй та й сам кругляй!..&lt;br /&gt;</w:t>
        <w:br/>
        <w:t>Чи нам, Пархоме, треба скільки!..&lt;br /&gt;</w:t>
        <w:br/>
        <w:t>Та вже ж — чи вкорочать свій вік, то вкорочай&lt;br /&gt;</w:t>
        <w:br/>
        <w:t>В шинку над бочкою горілки!&lt;br /&gt;</w:t>
        <w:br/>
        <w:t>От ми базікаєм,— а час, мов віл з гори,&lt;br /&gt;</w:t>
        <w:br/>
        <w:t>Чухра: його не налигаєш!&lt;br /&gt;</w:t>
        <w:br/>
        <w:t>От, скільки б випили до сеї ми пори,&lt;br /&gt;</w:t>
        <w:br/>
        <w:t>Так ти ж буцім недочуваєш!&lt;br /&gt;</w:t>
        <w:br/>
        <w:t>Ну ж, цуп останню ти гривняку з капшука,&lt;br /&gt;</w:t>
        <w:br/>
        <w:t>Поки стара пере ганчірки,&lt;br /&gt;</w:t>
        <w:br/>
        <w:t>Бо вже як вернеться, то думка, бач, така,&lt;br /&gt;</w:t>
        <w:br/>
        <w:t>Що помремо обидва без горілки!&lt;br /&gt;</w:t>
        <w:br/>
        <w:t>5 ноября 1827 г.</w:t>
      </w:r>
    </w:p>
    <w:p>
      <w:r>
        <w:br/>
        <w:t>[13] — Пам'ятай, що треба зберігати розум не тільки в злі, при лихих обставинах, але й в добрі (Горацій, кн. 11, ода 3).&lt;br /&gt;</w:t>
        <w:br/>
        <w:t>[14] — Не питай, не намагайся узнати, який тобі кінець дадуть боги. Левконоє, не перевіряй вавілонських чисел. (Горацій, кн. І, ода 11).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 Пархома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