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О-сі Б-oї ("Бувають дні...")</w:t>
      </w:r>
    </w:p>
    <w:p>
      <w:r>
        <w:br/>
        <w:t xml:space="preserve"> Бувають дні: кругом неначе&lt;br /&gt;</w:t>
        <w:br/>
        <w:t>Усе окриє мертва тьма;&lt;br /&gt;</w:t>
        <w:br/>
        <w:t>Безумно серденько заплаче,&lt;br /&gt;</w:t>
        <w:br/>
        <w:t>Розваги тугоньці нема.</w:t>
      </w:r>
    </w:p>
    <w:p>
      <w:r>
        <w:br/>
        <w:t>Та бог зна, відки промінь стрічі&lt;br /&gt;</w:t>
        <w:br/>
        <w:t>Цілющим сяєвом майне;&lt;br /&gt;</w:t>
        <w:br/>
        <w:t>Струмцем поллються дружні річі,&lt;br /&gt;</w:t>
        <w:br/>
        <w:t>Засвітить сонечко ясне.</w:t>
      </w:r>
    </w:p>
    <w:p>
      <w:r>
        <w:br/>
        <w:t>Отак на мить передо мною&lt;br /&gt;</w:t>
        <w:br/>
        <w:t>Тюрму твій образ озарив,&lt;br /&gt;</w:t>
        <w:br/>
        <w:t>З гіркою долею земною,&lt;br /&gt;</w:t>
        <w:br/>
        <w:t>З життям пекельним помирив!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О-сі Б-oї ("Бувають дні...")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