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мудрості</w:t>
      </w:r>
    </w:p>
    <w:p>
      <w:r>
        <w:br/>
        <w:t xml:space="preserve"> Тим, хто дарує людям Вічну&lt;br /&gt;</w:t>
        <w:br/>
        <w:t>Мудрість книг — присвячую.</w:t>
      </w:r>
    </w:p>
    <w:p>
      <w:r>
        <w:br/>
        <w:t>У тиші Храму, де живуть слова&lt;br /&gt;</w:t>
        <w:br/>
        <w:t>І мови, й пісні рідної до болю,&lt;br /&gt;</w:t>
        <w:br/>
        <w:t>Ти, опромінена і трепетно жива,&lt;br /&gt;</w:t>
        <w:br/>
        <w:t>Чаклуєш всіх Великою Любов'ю.</w:t>
      </w:r>
    </w:p>
    <w:p>
      <w:r>
        <w:br/>
        <w:t>Хвилюєш душу, як лиш зазвучить&lt;br /&gt;</w:t>
        <w:br/>
        <w:t>Рядок, що сяє в променях світання,&lt;br /&gt;</w:t>
        <w:br/>
        <w:t>Або коли осінньо-ніжна мить&lt;br /&gt;</w:t>
        <w:br/>
        <w:t>Враз спалахне кольорами востаннє.</w:t>
      </w:r>
    </w:p>
    <w:p>
      <w:r>
        <w:br/>
        <w:t>А серце — тук!.. Щемливе серце: тук!&lt;br /&gt;</w:t>
        <w:br/>
        <w:t>І ще раз: тук!.. І не дає спокою...&lt;br /&gt;</w:t>
        <w:br/>
        <w:t>У тиші Храму Книг той перегук —&lt;br /&gt;</w:t>
        <w:br/>
        <w:t>Це світ краси, народжений тобою.</w:t>
      </w:r>
    </w:p>
    <w:p>
      <w:r>
        <w:br/>
        <w:t>І я черпаю із його криниць,&lt;br /&gt;</w:t>
        <w:br/>
        <w:t>Немов з молитви на саму Покрову,&lt;br /&gt;</w:t>
        <w:br/>
        <w:t>Тепло і ласку маминих зіниць&lt;br /&gt;</w:t>
        <w:br/>
        <w:t>І вільну Правду в українськім слові.</w:t>
      </w:r>
    </w:p>
    <w:p>
      <w:r>
        <w:br/>
        <w:t>То як мені, вже сивому в літах,&lt;br /&gt;</w:t>
        <w:br/>
        <w:t>Перед тобою не склонить коліно!..&lt;br /&gt;</w:t>
        <w:br/>
        <w:t>О Мудросте, захована в книжках,&lt;br /&gt;</w:t>
        <w:br/>
        <w:t>Ти невмируща й у віках нетлінна.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мудрості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