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моря</w:t>
      </w:r>
    </w:p>
    <w:p>
      <w:r>
        <w:br/>
        <w:t xml:space="preserve"> Прощай, стихіє в вольній силі!&lt;br /&gt;</w:t>
        <w:br/>
        <w:t>Останній раз тепер мені&lt;br /&gt;</w:t>
        <w:br/>
        <w:t>Ти котиш півпрозорі хвилі,&lt;br /&gt;</w:t>
        <w:br/>
        <w:t>Красою сяєш в далині.&lt;br /&gt;</w:t>
        <w:br/>
        <w:t>Мов друга журні нарікання,&lt;br /&gt;</w:t>
        <w:br/>
        <w:t>Мов клич його в прощальний час,&lt;br /&gt;</w:t>
        <w:br/>
        <w:t>Твій дружній шум серед світання&lt;br /&gt;</w:t>
        <w:br/>
        <w:t>Почув я тут в останній раз.&lt;br /&gt;</w:t>
        <w:br/>
        <w:t>Душі моєї світла мріє!&lt;br /&gt;</w:t>
        <w:br/>
        <w:t>Як часто берегом твоїм&lt;br /&gt;</w:t>
        <w:br/>
        <w:t>Я тут ходив, носив надії&lt;br /&gt;</w:t>
        <w:br/>
        <w:t>У серці тихім і сумнім.&lt;br /&gt;</w:t>
        <w:br/>
        <w:t>Як я любив твої припливи,&lt;br /&gt;</w:t>
        <w:br/>
        <w:t>Глухий твій шум, безодні глас,&lt;br /&gt;</w:t>
        <w:br/>
        <w:t>І тишину в вечірній час,&lt;br /&gt;</w:t>
        <w:br/>
        <w:t>І хвиль свавільних переливи!&lt;br /&gt;</w:t>
        <w:br/>
        <w:t>Покірний парус на човні&lt;br /&gt;</w:t>
        <w:br/>
        <w:t>Пливе, незайманий тобою,&lt;br /&gt;</w:t>
        <w:br/>
        <w:t>У тихі ночі, в світлі дні.&lt;br /&gt;</w:t>
        <w:br/>
        <w:t>Та враз ти зводишся з прибою,&lt;br /&gt;</w:t>
        <w:br/>
        <w:t>І кораблі лежать на дні.&lt;br /&gt;</w:t>
        <w:br/>
        <w:t>Хотів навіки я лишити&lt;br /&gt;</w:t>
        <w:br/>
        <w:t>Докучні, сірі береги,&lt;br /&gt;</w:t>
        <w:br/>
        <w:t>З тобою дихати і жити,&lt;br /&gt;</w:t>
        <w:br/>
        <w:t>І на хребтах твоїх носити&lt;br /&gt;</w:t>
        <w:br/>
        <w:t>Жар поетичної снаги.&lt;br /&gt;</w:t>
        <w:br/>
        <w:t>Ти ждало, кликало... Надію&lt;br /&gt;</w:t>
        <w:br/>
        <w:t>Несла в журбі душа моя;&lt;br /&gt;</w:t>
        <w:br/>
        <w:t>Хоч я любив тебе, як мрію,&lt;br /&gt;</w:t>
        <w:br/>
        <w:t>Та на землі лишився я...&lt;br /&gt;</w:t>
        <w:br/>
        <w:t>Навіщо жаль? Куди б я нині&lt;br /&gt;</w:t>
        <w:br/>
        <w:t>Не йшов у ці тривожні дні,&lt;br /&gt;</w:t>
        <w:br/>
        <w:t>Одне ім'я в твоїй пустині&lt;br /&gt;</w:t>
        <w:br/>
        <w:t>На душу проситься мені.&lt;br /&gt;</w:t>
        <w:br/>
        <w:t>На скелі є гробниця в славі,&lt;br /&gt;</w:t>
        <w:br/>
        <w:t>Де взяв його холодний сон:&lt;br /&gt;</w:t>
        <w:br/>
        <w:t>Там спогадання величаві,&lt;br /&gt;</w:t>
        <w:br/>
        <w:t>Як загасав Наполеон.&lt;br /&gt;</w:t>
        <w:br/>
        <w:t>Спочив у муці він шаленій.&lt;br /&gt;</w:t>
        <w:br/>
        <w:t>І вслід за ним, як бурі шум,&lt;br /&gt;</w:t>
        <w:br/>
        <w:t>Від нас відходить інший геній,&lt;br /&gt;</w:t>
        <w:br/>
        <w:t>Володар інший наших дум.&lt;br /&gt;</w:t>
        <w:br/>
        <w:t>Його оплакала свобода,&lt;br /&gt;</w:t>
        <w:br/>
        <w:t>Віддав він світу свій вінець.&lt;br /&gt;</w:t>
        <w:br/>
        <w:t>Шуми, клекоче хай негода:&lt;br /&gt;</w:t>
        <w:br/>
        <w:t>Він був, о море, твій співець!&lt;br /&gt;</w:t>
        <w:br/>
        <w:t>Твій образ вольний і широкий&lt;br /&gt;</w:t>
        <w:br/>
        <w:t>Кипів у нім, як дух борні,&lt;br /&gt;</w:t>
        <w:br/>
        <w:t>Він був, як ти, хмурний, глибокий,&lt;br /&gt;</w:t>
        <w:br/>
        <w:t>Страшний в своїй самотині.&lt;br /&gt;</w:t>
        <w:br/>
        <w:t>І світ спустів... Мене-бо всує&lt;br /&gt;</w:t>
        <w:br/>
        <w:t>Куди б не виніс океан,—&lt;br /&gt;</w:t>
        <w:br/>
        <w:t>Одна судьба в людей існує,—&lt;br /&gt;</w:t>
        <w:br/>
        <w:t>Бо де добро — то там вартує&lt;br /&gt;</w:t>
        <w:br/>
        <w:t>Чи то освіта, чи тиран.&lt;br /&gt;</w:t>
        <w:br/>
        <w:t>Прощай же, море! Не забуду&lt;br /&gt;</w:t>
        <w:br/>
        <w:t>Твою красу, твої дари,&lt;br /&gt;</w:t>
        <w:br/>
        <w:t>І довго, довго чути буду&lt;br /&gt;</w:t>
        <w:br/>
        <w:t>Твій шум у тихі вечори.&lt;br /&gt;</w:t>
        <w:br/>
        <w:t>В ліси, в поля, в піски сипучі,&lt;br /&gt;</w:t>
        <w:br/>
        <w:t>Тобою повний, понесу&lt;br /&gt;</w:t>
        <w:br/>
        <w:t>Твої затоки й сині кручі,&lt;br /&gt;</w:t>
        <w:br/>
        <w:t>І сонце, й тінь, і хвиль красу.</w:t>
      </w:r>
    </w:p>
    <w:p>
      <w:r>
        <w:br/>
        <w:t>Переклад А. Малишка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