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брата Олекси Чернявського, що збудував міст на Черемші у Ротоках</w:t>
      </w:r>
    </w:p>
    <w:p>
      <w:r>
        <w:br/>
        <w:t xml:space="preserve"> Мостив мій братик мости&lt;br /&gt;</w:t>
        <w:br/>
        <w:t>З білої риби кості,&lt;br /&gt;</w:t>
        <w:br/>
        <w:t>З каменя дорогого,&lt;br /&gt;</w:t>
        <w:br/>
        <w:t>З перстеня золотого.</w:t>
      </w:r>
    </w:p>
    <w:p>
      <w:r>
        <w:br/>
        <w:t>Мости, брате Олексику,&lt;br /&gt;</w:t>
        <w:br/>
        <w:t>Мости ти, мій друже,&lt;br /&gt;</w:t>
        <w:br/>
        <w:t>Єднай нашу Буковину&lt;br /&gt;</w:t>
        <w:br/>
        <w:t>З Червоною Русев.&lt;br /&gt;</w:t>
        <w:br/>
        <w:t>Най Черемош запінений,&lt;br /&gt;</w:t>
        <w:br/>
        <w:t>І Чорний, і Білий,&lt;br /&gt;</w:t>
        <w:br/>
        <w:t>Із братію із руською&lt;br /&gt;</w:t>
        <w:br/>
        <w:t>Нас більше не ділить.&lt;br /&gt;</w:t>
        <w:br/>
        <w:t>Най возьметься однов силов&lt;br /&gt;</w:t>
        <w:br/>
        <w:t>До одної справи:&lt;br /&gt;</w:t>
        <w:br/>
        <w:t>Добувати батьківської&lt;br /&gt;</w:t>
        <w:br/>
        <w:t>І волі, і слави.&lt;br /&gt;</w:t>
        <w:br/>
        <w:t>Най загостить з того боку&lt;br /&gt;</w:t>
        <w:br/>
        <w:t>На наше подвір'я&lt;br /&gt;</w:t>
        <w:br/>
        <w:t>Руська щирість; а від нас знов&lt;br /&gt;</w:t>
        <w:br/>
        <w:t>Православна віра&lt;br /&gt;</w:t>
        <w:br/>
        <w:t>Най вернеться в Галичину,&lt;br /&gt;</w:t>
        <w:br/>
        <w:t>Най засвітить ясно,&lt;br /&gt;</w:t>
        <w:br/>
        <w:t>Щоб римського анцихриста&lt;br /&gt;</w:t>
        <w:br/>
        <w:t>Туманища згасли&lt;br /&gt;</w:t>
        <w:br/>
        <w:t>І знов правда повернула&lt;br /&gt;</w:t>
        <w:br/>
        <w:t>На тамтой бік в гості —&lt;br /&gt;</w:t>
        <w:br/>
        <w:t>Все по твоїм, пане-брате,&lt;br /&gt;</w:t>
        <w:br/>
        <w:t>По тисовім мості.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брата Олекси Чернявського, що збудував міст на Черемші у Ротоках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