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Лемківського Бору</w:t>
      </w:r>
    </w:p>
    <w:p>
      <w:r>
        <w:br/>
        <w:t xml:space="preserve"> &lt;blockquote&gt;прощай, свободная стихия".&lt;br /&gt;</w:t>
        <w:br/>
        <w:t>Пушкін.&lt;/blockquote&gt;&lt;br /&gt;</w:t>
        <w:br/>
        <w:t>З налитого асфальтом бруку&lt;br /&gt;</w:t>
        <w:br/>
        <w:t>прийшов я в муці та в журбі&lt;br /&gt;</w:t>
        <w:br/>
        <w:t>сказати тільки на розлуку&lt;br /&gt;</w:t>
        <w:br/>
        <w:t>,,прощай" останнєє тобі.</w:t>
      </w:r>
    </w:p>
    <w:p>
      <w:r>
        <w:br/>
        <w:t>І не тому, що я до гуду&lt;br /&gt;</w:t>
        <w:br/>
        <w:t>уже чутливіший твого,&lt;br /&gt;</w:t>
        <w:br/>
        <w:t>але тому, що не забуду&lt;br /&gt;</w:t>
        <w:br/>
        <w:t>ніде, ніде уже його.</w:t>
      </w:r>
    </w:p>
    <w:p>
      <w:r>
        <w:br/>
        <w:t>Бо гнувся ти в яри тьмо-тьмущі,&lt;br /&gt;</w:t>
        <w:br/>
        <w:t>і роззявляв ти довгий рев,&lt;br /&gt;</w:t>
        <w:br/>
        <w:t>аби я йшов в найглибші пущі,&lt;br /&gt;</w:t>
        <w:br/>
        <w:t>до наймогутніших дерев.</w:t>
      </w:r>
    </w:p>
    <w:p>
      <w:r>
        <w:br/>
        <w:t>І хоч завжди в гудінні-свисті&lt;br /&gt;</w:t>
        <w:br/>
        <w:t>я розумів думки твої,&lt;br /&gt;</w:t>
        <w:br/>
        <w:t>але не йшов по палім листі&lt;br /&gt;</w:t>
        <w:br/>
        <w:t>у невідомії краї,</w:t>
      </w:r>
    </w:p>
    <w:p>
      <w:r>
        <w:br/>
        <w:t>бо на горі, де в соснах мряка&lt;br /&gt;</w:t>
        <w:br/>
        <w:t>приховує гадючий лаз,&lt;br /&gt;</w:t>
        <w:br/>
        <w:t>бездружній, я тужив і плакав&lt;br /&gt;</w:t>
        <w:br/>
        <w:t>у самоті тяжкій не раз,&lt;br /&gt;</w:t>
        <w:br/>
        <w:t>І з свідками і сліз, і горя&lt;br /&gt;</w:t>
        <w:br/>
        <w:t>було розлуку брати жаль,&lt;br /&gt;</w:t>
        <w:br/>
        <w:t>але тепер в червоних зорях&lt;br /&gt;</w:t>
        <w:br/>
        <w:t>сюди вже близиться москаль.</w:t>
      </w:r>
    </w:p>
    <w:p>
      <w:r>
        <w:br/>
        <w:t>І через те прощай, стихіє,&lt;br /&gt;</w:t>
        <w:br/>
        <w:t>стрічатися не хочу з тим,&lt;br /&gt;</w:t>
        <w:br/>
        <w:t>який на душу гірше діє,&lt;br /&gt;</w:t>
        <w:br/>
        <w:t>ніж на рої бджолині дим.</w:t>
      </w:r>
    </w:p>
    <w:p>
      <w:r>
        <w:br/>
        <w:t>І заґратований в ґраніті&lt;br /&gt;</w:t>
        <w:br/>
        <w:t>щасливіший напевно є&lt;br /&gt;</w:t>
        <w:br/>
        <w:t>від отакого серця в світі,&lt;br /&gt;</w:t>
        <w:br/>
        <w:t>як змучене життям моє:</w:t>
      </w:r>
    </w:p>
    <w:p>
      <w:r>
        <w:br/>
        <w:t>бо він у далечінь байдужу&lt;br /&gt;</w:t>
        <w:br/>
        <w:t>вдивляється чуттям живим,&lt;br /&gt;</w:t>
        <w:br/>
        <w:t>і бачить ту єдину душу,&lt;br /&gt;</w:t>
        <w:br/>
        <w:t>яка ще журиться за ним.</w:t>
      </w:r>
    </w:p>
    <w:p>
      <w:r>
        <w:br/>
        <w:t>А я ж куди, в яку путь сіру&lt;br /&gt;</w:t>
        <w:br/>
        <w:t>покличу спогад дорогий,&lt;br /&gt;</w:t>
        <w:br/>
        <w:t>щоб воскресити в серці віру,&lt;br /&gt;</w:t>
        <w:br/>
        <w:t>що ще й для мене єсть боги?</w:t>
      </w:r>
    </w:p>
    <w:p>
      <w:r>
        <w:br/>
        <w:t>Нема, нема й сердечні луни&lt;br /&gt;</w:t>
        <w:br/>
        <w:t>мої не гомонять ніде:&lt;br /&gt;</w:t>
        <w:br/>
        <w:t>на Сході батьківськії труни,&lt;br /&gt;</w:t>
        <w:br/>
        <w:t>на Заході ж моя десь жде.</w:t>
      </w:r>
    </w:p>
    <w:p>
      <w:r>
        <w:br/>
        <w:t>А в тебе ж тільки те, що треба&lt;br /&gt;</w:t>
        <w:br/>
        <w:t>чужим музикам на баси,&lt;br /&gt;</w:t>
        <w:br/>
        <w:t>і дивляться з твойого неба&lt;br /&gt;</w:t>
        <w:br/>
        <w:t>чужі боги, неначе пси.</w:t>
      </w:r>
    </w:p>
    <w:p>
      <w:r>
        <w:br/>
        <w:t>І ти вже тут, хоч наостанці&lt;br /&gt;</w:t>
        <w:br/>
        <w:t>затям цей горопашний гріх,&lt;br /&gt;</w:t>
        <w:br/>
        <w:t>щоб знати все, чого вигнанці&lt;br /&gt;</w:t>
        <w:br/>
        <w:t>бояться закликів твоїх ...</w:t>
      </w:r>
    </w:p>
    <w:p>
      <w:r>
        <w:br/>
        <w:t>Шуми ж, мій боре, вий протяжно&lt;br /&gt;</w:t>
        <w:br/>
        <w:t>про вільну в себе давнину,&lt;br /&gt;</w:t>
        <w:br/>
        <w:t>щоб я зустріти міг відважно&lt;br /&gt;</w:t>
        <w:br/>
        <w:t>нове прийдешнє і труну!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Лемківського Бору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