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кота пані Рейнольдс</w:t>
      </w:r>
    </w:p>
    <w:p>
      <w:r>
        <w:br/>
        <w:t xml:space="preserve"> Що, коте, відгуляв свою найкращу пору?&lt;br /&gt;</w:t>
        <w:br/>
        <w:t>А скільки знищив ти для їжі та забав&lt;br /&gt;</w:t>
        <w:br/>
        <w:t>Мишей і пацюків, і ласощів покрав?&lt;br /&gt;</w:t>
        <w:br/>
        <w:t>Зелені зрізи мруж, зводь чуйні вушка вгору.&lt;br /&gt;</w:t>
        <w:br/>
        <w:t>Але, прошу тебе, не попускай провору&lt;br /&gt;</w:t>
        <w:br/>
        <w:t>Таємним кігтикам, і хай твій ніжний "няв"&lt;br /&gt;</w:t>
        <w:br/>
        <w:t>Розкаже, як ти бивсь і як щурів ганяв,&lt;br /&gt;</w:t>
        <w:br/>
        <w:t>Ходив рибалити й тягав курчат із двору.</w:t>
      </w:r>
    </w:p>
    <w:p>
      <w:r>
        <w:br/>
        <w:t>Ні, не похнюплюйся і не лижи м'яких&lt;br /&gt;</w:t>
        <w:br/>
        <w:t>Зап'ясточків! Нехай ти виглядаєш в'яло,&lt;br /&gt;</w:t>
        <w:br/>
        <w:t>I куций в тебе хвіст, і хай за кожний гріх&lt;br /&gt;</w:t>
        <w:br/>
        <w:t>Тебе на кухні б'ють, ти одмінився мало, —&lt;br /&gt;</w:t>
        <w:br/>
        <w:t>Лиснієш, як у час турнірів молодих&lt;br /&gt;</w:t>
        <w:br/>
        <w:t>На мурі місячнім, де бите скло блищало.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кота пані Рейнольдс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