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друга віршника</w:t>
      </w:r>
    </w:p>
    <w:p>
      <w:r>
        <w:br/>
        <w:t xml:space="preserve"> Арісте! Й ти в юрбі служителів Парнаса!&lt;br /&gt;</w:t>
        <w:br/>
        <w:t>Ти хочеш осідлать упертого Пегаса;&lt;br /&gt;</w:t>
        <w:br/>
        <w:t>За лаврами спішиш на небезпечний шлях&lt;br /&gt;</w:t>
        <w:br/>
        <w:t>І строгу критику стрічаєш у боях!</w:t>
      </w:r>
    </w:p>
    <w:p>
      <w:r>
        <w:br/>
        <w:t>Арісте, вір мені, покинь перо й чорнило,&lt;br /&gt;</w:t>
        <w:br/>
        <w:t>Забудь струмки, ліси, смутні оті могили,&lt;br /&gt;</w:t>
        <w:br/>
        <w:t>В холодних співанках любов'ю не палай;&lt;br /&gt;</w:t>
        <w:br/>
        <w:t>Щоб не злетіть з гори, мерщій униз чвалай!&lt;br /&gt;</w:t>
        <w:br/>
        <w:t>Без тебе віршників доволі єсть і буде;&lt;br /&gt;</w:t>
        <w:br/>
        <w:t>Їх твори видадуть — і цілий світ забуде.&lt;br /&gt;</w:t>
        <w:br/>
        <w:t>Можливо, і тепер, відрікшись від утіх,&lt;br /&gt;</w:t>
        <w:br/>
        <w:t>З дурною музою в нарадах потайних&lt;br /&gt;</w:t>
        <w:br/>
        <w:t>У домі, що прийняв Мінервину егіду*,&lt;br /&gt;</w:t>
        <w:br/>
        <w:t>Хтось пише тайкома нову "Телемахіду".&lt;br /&gt;</w:t>
        <w:br/>
        <w:t>О, бійся талану безглуздих співаків,&lt;br /&gt;</w:t>
        <w:br/>
        <w:t>Що убивають нас вагою пишних слів!&lt;br /&gt;</w:t>
        <w:br/>
        <w:t>Несправедливості потомства суд не знав:&lt;br /&gt;</w:t>
        <w:br/>
        <w:t>На Пінді лаври є, та й кропива буває.&lt;br /&gt;</w:t>
        <w:br/>
        <w:t>Страшись безславності! — Ну що, як Аполлон,&lt;br /&gt;</w:t>
        <w:br/>
        <w:t>Почувши, що і ти поліз на Гелікон,&lt;br /&gt;</w:t>
        <w:br/>
        <w:t>Золотокудрою хитне лиш головою&lt;br /&gt;</w:t>
        <w:br/>
        <w:t>І надарить тебе — спасеною лозою?</w:t>
      </w:r>
    </w:p>
    <w:p>
      <w:r>
        <w:br/>
        <w:t>Та що? Ти хмуришся, мов хочеш відказать!&lt;br /&gt;</w:t>
        <w:br/>
        <w:t>"Будь ласка, не втручайсь і зайвих слів не трать;&lt;br /&gt;</w:t>
        <w:br/>
        <w:t>Як я наважився, то вже не відступаю,&lt;br /&gt;</w:t>
        <w:br/>
        <w:t>Судила доля так, я ліру обираю.&lt;br /&gt;</w:t>
        <w:br/>
        <w:t>Хай гудить світ мене,— зречусь його тенет;&lt;br /&gt;</w:t>
        <w:br/>
        <w:t>Кричи, ганьби чи лай,— а я таки поет".</w:t>
      </w:r>
    </w:p>
    <w:p>
      <w:r>
        <w:br/>
        <w:t>Арісте, не поет, хто римувати вмів&lt;br /&gt;</w:t>
        <w:br/>
        <w:t>І, скриплячи пером, паперу не жаліє:&lt;br /&gt;</w:t>
        <w:br/>
        <w:t>Хороші вірші, бач, складніша річ писать,&lt;br /&gt;</w:t>
        <w:br/>
        <w:t>Ніж Вітгенштейнові французів побивать.&lt;br /&gt;</w:t>
        <w:br/>
        <w:t>В той час, як Дмитрієв, Державін, Ломоносов,&lt;br /&gt;</w:t>
        <w:br/>
        <w:t>Співці уславлені, краса і гордість росів,&lt;br /&gt;</w:t>
        <w:br/>
        <w:t>І розум живлять нам, і вчать зичливо нас,—&lt;br /&gt;</w:t>
        <w:br/>
        <w:t>О скільки гине книг в появи самий час!&lt;br /&gt;</w:t>
        <w:br/>
        <w:t>Писання голосні Рифматова, Графова&lt;br /&gt;</w:t>
        <w:br/>
        <w:t>Із Бібрусом тяжким гниють у Глазунова;&lt;br /&gt;</w:t>
        <w:br/>
        <w:t>Ніхто їх не згада, щоб ту бредню читать,&lt;br /&gt;</w:t>
        <w:br/>
        <w:t>Прокляття Фебове на них немов печать!</w:t>
      </w:r>
    </w:p>
    <w:p>
      <w:r>
        <w:br/>
        <w:t>Скажім, діставшися на Гелікон щасливо,&lt;br /&gt;</w:t>
        <w:br/>
        <w:t>Поетом можеш ти назваться справедливо:&lt;br /&gt;</w:t>
        <w:br/>
        <w:t>Ласкаво читачі тебе тоді приймуть.&lt;br /&gt;</w:t>
        <w:br/>
        <w:t>Чи не гадаєш ти, що зразу потечуть&lt;br /&gt;</w:t>
        <w:br/>
        <w:t>І ріки золота до тебе, поруч слави,&lt;br /&gt;</w:t>
        <w:br/>
        <w:t>Що вже тримаєш ти на відкупі держави,&lt;br /&gt;</w:t>
        <w:br/>
        <w:t>Червінці в кованих шкатулках бережеш&lt;br /&gt;</w:t>
        <w:br/>
        <w:t>І, лежма на боку, їси собі та п'єш?&lt;br /&gt;</w:t>
        <w:br/>
        <w:t>Ні, рід письменницький, мій друже, не багатий;&lt;br /&gt;</w:t>
        <w:br/>
        <w:t>Розкішні, з мармуру будовані палати&lt;br /&gt;</w:t>
        <w:br/>
        <w:t>І скрині золота не суджені йому:&lt;br /&gt;</w:t>
        <w:br/>
        <w:t>Землянка півсліпа, горище у диму —&lt;br /&gt;</w:t>
        <w:br/>
        <w:t>Ото палац його, ото блискучі зали.&lt;br /&gt;</w:t>
        <w:br/>
        <w:t>Поетів — хвалять всі, годують — лиш журнали;&lt;br /&gt;</w:t>
        <w:br/>
        <w:t>Фортуни колесо не котиться до них;&lt;br /&gt;</w:t>
        <w:br/>
        <w:t>Руссо нагим родивсь — нагим навіки стих;&lt;br /&gt;</w:t>
        <w:br/>
        <w:t>Постелю з жебраком Камоенс розділяє;&lt;br /&gt;</w:t>
        <w:br/>
        <w:t>Костров занедбаний у злиднях помирає,&lt;br /&gt;</w:t>
        <w:br/>
        <w:t>Хреста чужа рука поставила над ним;&lt;br /&gt;</w:t>
        <w:br/>
        <w:t>Життя їх — ряд страждань, гримуча слава — дим.</w:t>
      </w:r>
    </w:p>
    <w:p>
      <w:r>
        <w:br/>
        <w:t>Тепер ти про свою задумався дорогу.&lt;br /&gt;</w:t>
        <w:br/>
        <w:t>"Одначе,— скажеш ти,— всіх судячи так строго,&lt;br /&gt;</w:t>
        <w:br/>
        <w:t>Усе картаючи, як Ювенал новий,&lt;br /&gt;</w:t>
        <w:br/>
        <w:t>Ти на поезію тут виклав погляд свій;&lt;br /&gt;</w:t>
        <w:br/>
        <w:t>А чом же сам, на муз не жартома сердитий,&lt;br /&gt;</w:t>
        <w:br/>
        <w:t>Ти віршами прийшов зо мною говорити?&lt;br /&gt;</w:t>
        <w:br/>
        <w:t>Що сталося тобі? Безумний ти чи я?"&lt;br /&gt;</w:t>
        <w:br/>
        <w:t>Арісте, почекай, ось відповідь моя;</w:t>
      </w:r>
    </w:p>
    <w:p>
      <w:r>
        <w:br/>
        <w:t>В якомусь-то селі, серед мирян поштивих,&lt;br /&gt;</w:t>
        <w:br/>
        <w:t>Спокійно проживав, до кіс дійшовши сивих,&lt;br /&gt;</w:t>
        <w:br/>
        <w:t>В миру з сусідами, шановний панотець,&lt;br /&gt;</w:t>
        <w:br/>
        <w:t>Що по околиці прославивсь як мудрець,&lt;br /&gt;</w:t>
        <w:br/>
        <w:t>От якось він ішов п'яненький із гостини,&lt;br /&gt;</w:t>
        <w:br/>
        <w:t>Бо на весіллі був, а там не без чарчини.&lt;br /&gt;</w:t>
        <w:br/>
        <w:t>Попалися йому назустріч мужики.&lt;br /&gt;</w:t>
        <w:br/>
        <w:t>"Послухай, батюшко,— сказали простаки,—&lt;br /&gt;</w:t>
        <w:br/>
        <w:t>Нам, грішним, розтлумач — ти ж пить забороняєш&lt;br /&gt;</w:t>
        <w:br/>
        <w:t>І ненастанно всіх тверезості навчаєш,—&lt;br /&gt;</w:t>
        <w:br/>
        <w:t>Ми вірили тобі; та що ж ти нині сам..."&lt;br /&gt;</w:t>
        <w:br/>
        <w:t>"Послухайте,— сказав священик мужикам,—&lt;br /&gt;</w:t>
        <w:br/>
        <w:t>Як в церкві вас учу, так вам і слід чинити,&lt;br /&gt;</w:t>
        <w:br/>
        <w:t>А з мене прикладу ви, друзі, не беріте".</w:t>
      </w:r>
    </w:p>
    <w:p>
      <w:r>
        <w:br/>
        <w:t>Так само і мені доводиться сказать;&lt;br /&gt;</w:t>
        <w:br/>
        <w:t>Не хочу виправдань для себе я шукать:&lt;br /&gt;</w:t>
        <w:br/>
        <w:t>Щасливий, хто живе спокійно, без турботи,&lt;br /&gt;</w:t>
        <w:br/>
        <w:t>До віршів жодної не маючи охоти,&lt;br /&gt;</w:t>
        <w:br/>
        <w:t>Своїми одами журналів не тягчить&lt;br /&gt;</w:t>
        <w:br/>
        <w:t>І над експромтами по тижню не сидить!&lt;br /&gt;</w:t>
        <w:br/>
        <w:t>Не любить він сягать до верховин Парнаса,&lt;br /&gt;</w:t>
        <w:br/>
        <w:t>Він не шукає муз та бистрого Пегаса;&lt;br /&gt;</w:t>
        <w:br/>
        <w:t>Рамаков не прийде йому труїти світ;&lt;br /&gt;</w:t>
        <w:br/>
        <w:t>Щасливий, друже, він,— тому, що не піїт.</w:t>
      </w:r>
    </w:p>
    <w:p>
      <w:r>
        <w:br/>
        <w:t>Та досить цих розмов — боюсь тобі докучить&lt;br /&gt;</w:t>
        <w:br/>
        <w:t>І сатиричними писаннями замучить.&lt;br /&gt;</w:t>
        <w:br/>
        <w:t>Чи за пораду ти подякуєш мені?&lt;br /&gt;</w:t>
        <w:br/>
        <w:t>Признайся, друже мій: писатимеш чи ні?..&lt;br /&gt;</w:t>
        <w:br/>
        <w:t>Роби хоч сяк, хоч так, а я скажу у вічі,&lt;br /&gt;</w:t>
        <w:br/>
        <w:t>Що слава — добра річ, а спокій — кращий вдвічі.</w:t>
      </w:r>
    </w:p>
    <w:p>
      <w:r>
        <w:br/>
        <w:t>----------------------&lt;br /&gt;</w:t>
        <w:br/>
        <w:t>* Тобто в школі.— Прим. Пушкіна.</w:t>
      </w:r>
    </w:p>
    <w:p>
      <w:r>
        <w:br/>
        <w:t>Переклад М. Рильский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друга віршника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