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Б.С.-го</w:t>
      </w:r>
    </w:p>
    <w:p>
      <w:r>
        <w:br/>
        <w:t xml:space="preserve"> Прощай, коханий ляше-друже!&lt;br /&gt;</w:t>
        <w:br/>
        <w:t>Час розістатись настає.&lt;br /&gt;</w:t>
        <w:br/>
        <w:t>А як болить, як б'ється дуже&lt;br /&gt;</w:t>
        <w:br/>
        <w:t>Від туги серденько моє.</w:t>
      </w:r>
    </w:p>
    <w:p>
      <w:r>
        <w:br/>
        <w:t>Одно гадали ми з тобою,&lt;br /&gt;</w:t>
        <w:br/>
        <w:t>Шукали одного шляху,&lt;br /&gt;</w:t>
        <w:br/>
        <w:t>І от зійшлись в тюрмі з собою,&lt;br /&gt;</w:t>
        <w:br/>
        <w:t>Найшли недоленьку лиху.</w:t>
      </w:r>
    </w:p>
    <w:p>
      <w:r>
        <w:br/>
        <w:t>Мир чарівничої омани&lt;br /&gt;</w:t>
        <w:br/>
        <w:t>Пред нами птахом зник давно:&lt;br /&gt;</w:t>
        <w:br/>
        <w:t>Неволя вічна та кайдани —&lt;br /&gt;</w:t>
        <w:br/>
        <w:t>То нам судилося одно.</w:t>
      </w:r>
    </w:p>
    <w:p>
      <w:r>
        <w:br/>
        <w:t>Але ж і ту судьбу шалену&lt;br /&gt;</w:t>
        <w:br/>
        <w:t>Не довелось ділити нам:&lt;br /&gt;</w:t>
        <w:br/>
        <w:t>Ти — за Байкал, а я — за Лену,-&lt;br /&gt;</w:t>
        <w:br/>
        <w:t>Розтечемось по чужинам.</w:t>
      </w:r>
    </w:p>
    <w:p>
      <w:r>
        <w:br/>
        <w:t>Хто зна: чи вернеться спромога&lt;br /&gt;</w:t>
        <w:br/>
        <w:t>До праці стать за все святе,&lt;br /&gt;</w:t>
        <w:br/>
        <w:t>А чи навік тяжка дорога&lt;br /&gt;</w:t>
        <w:br/>
        <w:t>Колючим терном заросте?</w:t>
      </w:r>
    </w:p>
    <w:p>
      <w:r>
        <w:br/>
        <w:t>Отак-то, голубе мій, ляше!&lt;br /&gt;</w:t>
        <w:br/>
        <w:t>Тобі — рудник, мені — тайга...&lt;br /&gt;</w:t>
        <w:br/>
        <w:t>Та не належить серце наше&lt;br /&gt;</w:t>
        <w:br/>
        <w:t>До пут утисника-врага.</w:t>
      </w:r>
    </w:p>
    <w:p>
      <w:r>
        <w:br/>
        <w:t>Віддавна руки нам невільні,&lt;br /&gt;</w:t>
        <w:br/>
        <w:t>Душі ж неволя не скує;&lt;br /&gt;</w:t>
        <w:br/>
        <w:t>Єднають нас змагання спільні,-&lt;br /&gt;</w:t>
        <w:br/>
        <w:t>Хто їх хортами зацькує?</w:t>
      </w:r>
    </w:p>
    <w:p>
      <w:r>
        <w:br/>
        <w:t>Не кривда п'яного магната,&lt;br /&gt;</w:t>
        <w:br/>
        <w:t>Не заздрість жирного ксьондза, —&lt;br /&gt;</w:t>
        <w:br/>
        <w:t>Нас порушає проти ката&lt;br /&gt;</w:t>
        <w:br/>
        <w:t>Журби вселюдської сльоза.</w:t>
      </w:r>
    </w:p>
    <w:p>
      <w:r>
        <w:br/>
        <w:t>В чаду скаженого прокляття&lt;br /&gt;</w:t>
        <w:br/>
        <w:t>Потоком кров лили батьки;&lt;br /&gt;</w:t>
        <w:br/>
        <w:t>Той час минув: ми рідні браття,&lt;br /&gt;</w:t>
        <w:br/>
        <w:t>Ми — нерозлучні бояки.</w:t>
      </w:r>
    </w:p>
    <w:p>
      <w:r>
        <w:br/>
        <w:t>За що ж? За те, щоб духом згоди&lt;br /&gt;</w:t>
        <w:br/>
        <w:t>Все понялося між людьми,&lt;br /&gt;</w:t>
        <w:br/>
        <w:t>Щоб наші змучені народи&lt;br /&gt;</w:t>
        <w:br/>
        <w:t>Так побраталися, як ми!</w:t>
      </w:r>
    </w:p>
    <w:p>
      <w:r>
        <w:br/>
        <w:t>' До Б. С — го. Вірш присвячений Броніславу Сєрошевському —— товаришеві П. Грабовського по засланню.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Б.С.-го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