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Дні і роки ринуть невгомонно...</w:t>
      </w:r>
    </w:p>
    <w:p>
      <w:r>
        <w:br/>
        <w:t xml:space="preserve"> Дні і роки ринуть невгомонно,&lt;br /&gt;</w:t>
        <w:br/>
        <w:t>Наче квітка, будеш ти рости:&lt;br /&gt;</w:t>
        <w:br/>
        <w:t>Час надійде – і страшну долоню&lt;br /&gt;</w:t>
        <w:br/>
        <w:t>На чолі своїм почуєш ти.</w:t>
      </w:r>
    </w:p>
    <w:p>
      <w:r>
        <w:br/>
        <w:t>Серце може й не здригнеться навіть,&lt;br /&gt;</w:t>
        <w:br/>
        <w:t>Встигне ж бо його налити вщерть&lt;br /&gt;</w:t>
        <w:br/>
        <w:t>Днів злоба й роз’ятрена ненависть,&lt;br /&gt;</w:t>
        <w:br/>
        <w:t>Над життя сильніша і над смерть...</w:t>
      </w:r>
    </w:p>
    <w:p>
      <w:r>
        <w:br/>
        <w:t>Та приспати серця не научиш –&lt;br /&gt;</w:t>
        <w:br/>
        <w:t>Вдарить час твій хиже: й не проси!&lt;br /&gt;</w:t>
        <w:br/>
        <w:t>Все ж таки уста свої жагучі&lt;br /&gt;</w:t>
        <w:br/>
        <w:t>Ти йому, коханцеві, даси.</w:t>
      </w:r>
    </w:p>
    <w:p>
      <w:r>
        <w:br/>
        <w:t>І тоді, як далечінь багряна&lt;br /&gt;</w:t>
        <w:br/>
        <w:t>Спалахне – грізного неба гнів –&lt;br /&gt;</w:t>
        <w:br/>
        <w:t>Ти повстанеш, може – друга Жанна,&lt;br /&gt;</w:t>
        <w:br/>
        <w:t>Юне серце змучених полків.</w:t>
      </w:r>
    </w:p>
    <w:p>
      <w:r>
        <w:br/>
        <w:t>Стан стрункий і яснозорі очі,&lt;br /&gt;</w:t>
        <w:br/>
        <w:t>Понад обрій вдивлені кудись,&lt;br /&gt;</w:t>
        <w:br/>
        <w:t>Меч прип’ятий на бедрі дівочім,&lt;br /&gt;</w:t>
        <w:br/>
        <w:t>Світлий стяг настромлений на спис:&lt;br /&gt;</w:t>
        <w:br/>
        <w:t>Так побачать у поході лави&lt;br /&gt;</w:t>
        <w:br/>
        <w:t>Віри знак і дівчину свою,&lt;br /&gt;</w:t>
        <w:br/>
        <w:t>І війне над ними подих слави,&lt;br /&gt;</w:t>
        <w:br/>
        <w:t>Подих слави – крилами в бою...</w:t>
      </w:r>
    </w:p>
    <w:p>
      <w:r>
        <w:br/>
        <w:t>Та не мрійні береги, не квіття&lt;br /&gt;</w:t>
        <w:br/>
        <w:t>Припаде кінноті до підків,&lt;br /&gt;</w:t>
        <w:br/>
        <w:t>В очі – чорний вітер лихоліття,&lt;br /&gt;</w:t>
        <w:br/>
        <w:t>Крик і брязк розгурканих степів:</w:t>
      </w:r>
    </w:p>
    <w:p>
      <w:r>
        <w:br/>
        <w:t>Завирує світ, життям закрутять&lt;br /&gt;</w:t>
        <w:br/>
        <w:t>Вихорі, заблисне небосхил,&lt;br /&gt;</w:t>
        <w:br/>
        <w:t>Знов запахне тьмяно кров і рута,&lt;br /&gt;</w:t>
        <w:br/>
        <w:t>Мертвий чад руїни та могил.</w:t>
      </w:r>
    </w:p>
    <w:p>
      <w:r>
        <w:br/>
        <w:t>Над страшною схилишся землею,&lt;br /&gt;</w:t>
        <w:br/>
        <w:t>Пустарем лячнішим від пустинь,&lt;br /&gt;</w:t>
        <w:br/>
        <w:t>Щоб її скривавлену лілею&lt;br /&gt;</w:t>
        <w:br/>
        <w:t>На щиті підняти й понести.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Дні і роки ринуть невгомонно...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