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вечорів</w:t>
      </w:r>
    </w:p>
    <w:p>
      <w:r>
        <w:br/>
        <w:t xml:space="preserve"> Осінні вечори, такі густі, як вина,&lt;br /&gt;</w:t>
        <w:br/>
        <w:t>Що добру сотню літ простояли в льохах&lt;br /&gt;</w:t>
        <w:br/>
        <w:t>Заможної та славної родини;&lt;br /&gt;</w:t>
        <w:br/>
        <w:t>Тягучі, наче мед, і тихі, наче плач&lt;br /&gt;</w:t>
        <w:br/>
        <w:t>Ображеної бозна-чим дитини,&lt;br /&gt;</w:t>
        <w:br/>
        <w:t>Що схлипує, сховавшись у кутку,&lt;br /&gt;</w:t>
        <w:br/>
        <w:t>Між іграшок улюблених та книг,&lt;br /&gt;</w:t>
        <w:br/>
        <w:t>І засинає там, згорнувшись у клубок,&lt;br /&gt;</w:t>
        <w:br/>
        <w:t>А сльози непомітно висихають,&lt;br /&gt;</w:t>
        <w:br/>
        <w:t>І посмішка зростає, несвідома,&lt;br /&gt;</w:t>
        <w:br/>
        <w:t>На безневинних, точених устах…</w:t>
      </w:r>
    </w:p>
    <w:p>
      <w:r>
        <w:br/>
        <w:t>Осінні вечори, сумирний прах&lt;br /&gt;</w:t>
        <w:br/>
        <w:t>Уже згасаючого року, у якому&lt;br /&gt;</w:t>
        <w:br/>
        <w:t>Де-де ряхтять зірки. Волога втома —&lt;br /&gt;</w:t>
        <w:br/>
        <w:t>А чи ріденька мряка — копотить&lt;br /&gt;</w:t>
        <w:br/>
        <w:t>У присмерках поверненого дому,&lt;br /&gt;</w:t>
        <w:br/>
        <w:t>У голих вербах на порожнім оболонню,&lt;br /&gt;</w:t>
        <w:br/>
        <w:t>І лет незримої у темряві ріки&lt;br /&gt;</w:t>
        <w:br/>
        <w:t>Прочути можна, як і крові рух&lt;br /&gt;</w:t>
        <w:br/>
        <w:t>У дужих та вузьких зап’ястях рук,&lt;br /&gt;</w:t>
        <w:br/>
        <w:t>Що ними пестив молодих коханок,&lt;br /&gt;</w:t>
        <w:br/>
        <w:t>Гострив ножа або тримав перо.</w:t>
      </w:r>
    </w:p>
    <w:p>
      <w:r>
        <w:br/>
        <w:t>Осінні вечори, дарунок виногрон&lt;br /&gt;</w:t>
        <w:br/>
        <w:t>Зі стародавньої, шляхетної лози,&lt;br /&gt;</w:t>
        <w:br/>
        <w:t>Дбайливо поналивані у чари золоті,&lt;br /&gt;</w:t>
        <w:br/>
        <w:t>Прикрашені фамільними гербами&lt;br /&gt;</w:t>
        <w:br/>
        <w:t>Й рубінами конаючих сон&amp;#233;ць, —&lt;br /&gt;</w:t>
        <w:br/>
        <w:t>Ми повагом пригублюємо вас,&lt;br /&gt;</w:t>
        <w:br/>
        <w:t>І тішимось найтоншим ароматом,&lt;br /&gt;</w:t>
        <w:br/>
        <w:t>Ледь схожим на забутий дух троянди.&lt;br /&gt;</w:t>
        <w:br/>
        <w:t>Очікуємо вторгнення снігів,&lt;br /&gt;</w:t>
        <w:br/>
        <w:t>Святих і безпорадних наших слів&lt;br /&gt;</w:t>
        <w:br/>
        <w:t>Перебираємо, забувши їх, ружанці…</w:t>
      </w:r>
    </w:p>
    <w:p>
      <w:r>
        <w:br/>
        <w:t>Нестерпним видавалося уранці&lt;br /&gt;</w:t>
        <w:br/>
        <w:t>Тривання це, абсурдне і бліде,&lt;br /&gt;</w:t>
        <w:br/>
        <w:t>Перенаповнене чужими голосами;&lt;br /&gt;</w:t>
        <w:br/>
        <w:t>Вульґарні та несамовиті сцени&lt;br /&gt;</w:t>
        <w:br/>
        <w:t>Одна з-поперед одної спішили&lt;br /&gt;</w:t>
        <w:br/>
        <w:t>Постати в очу нам,&lt;br /&gt;</w:t>
        <w:br/>
        <w:t>Зостатись там навічно,&lt;br /&gt;</w:t>
        <w:br/>
        <w:t>Не допускаючи картин та образів,&lt;br /&gt;</w:t>
        <w:br/>
        <w:t>Які гніздилися ув іншій парадигмі&lt;br /&gt;</w:t>
        <w:br/>
        <w:t>І гордували тлумами старців,&lt;br /&gt;</w:t>
        <w:br/>
        <w:t>Поширених понад усяку міру.</w:t>
      </w:r>
    </w:p>
    <w:p>
      <w:r>
        <w:br/>
        <w:t>Ховали ми зідхання потай миру&lt;br /&gt;</w:t>
        <w:br/>
        <w:t>І стежили, як нерухомо плив&lt;br /&gt;</w:t>
        <w:br/>
        <w:t>Динарій кесаря по небі голубому, —&lt;br /&gt;</w:t>
        <w:br/>
        <w:t>Недурно ж воно мало барву пекла,&lt;br /&gt;</w:t>
        <w:br/>
        <w:t>Затяте в неосяжності своїй,&lt;br /&gt;</w:t>
        <w:br/>
        <w:t>Позбавлене кордонів і належне&lt;br /&gt;</w:t>
        <w:br/>
        <w:t>Усім, усім, усім — немов повія,&lt;br /&gt;</w:t>
        <w:br/>
        <w:t>Стара, безноса, франсувата шльондра,&lt;br /&gt;</w:t>
        <w:br/>
        <w:t>Якої, втім, ніхто уже не хоче,&lt;br /&gt;</w:t>
        <w:br/>
        <w:t>Гидкої у ласкавості своїй,&lt;br /&gt;</w:t>
        <w:br/>
        <w:t>Зловісної у смороді любови.</w:t>
      </w:r>
    </w:p>
    <w:p>
      <w:r>
        <w:br/>
        <w:t>О відсторонені і горді сови!&lt;br /&gt;</w:t>
        <w:br/>
        <w:t>Куди зникає ваш безшумний лет,&lt;br /&gt;</w:t>
        <w:br/>
        <w:t>Коли застугонять копита дужі&lt;br /&gt;</w:t>
        <w:br/>
        <w:t>Юрби кентаврів пролетаріату,&lt;br /&gt;</w:t>
        <w:br/>
        <w:t>Коли сирени та фотомоделі&lt;br /&gt;</w:t>
        <w:br/>
        <w:t>Заскиглять навісний солодкий спів?&lt;br /&gt;</w:t>
        <w:br/>
        <w:t>Тоді ви сидите в гаю олив;&lt;br /&gt;</w:t>
        <w:br/>
        <w:t>Егіда совоокої богині&lt;br /&gt;</w:t>
        <w:br/>
        <w:t>Ховає спокій ваш у власнім тіню,&lt;br /&gt;</w:t>
        <w:br/>
        <w:t>І вас немає в очевиднім світі,&lt;br /&gt;</w:t>
        <w:br/>
        <w:t>В той час, коли ви є у сні або у міті;</w:t>
      </w:r>
    </w:p>
    <w:p>
      <w:r>
        <w:br/>
        <w:t>Та як дешеві ті парфуми, що розлиті&lt;br /&gt;</w:t>
        <w:br/>
        <w:t>Незґрабною мужичою рукою,&lt;br /&gt;</w:t>
        <w:br/>
        <w:t>Вивітрюється день і ущухає&lt;br /&gt;</w:t>
        <w:br/>
        <w:t>Несвітське ревище півдиких табунів;&lt;br /&gt;</w:t>
        <w:br/>
        <w:t>Тоді розплющуються очі самовиті, —&lt;br /&gt;</w:t>
        <w:br/>
        <w:t>Хтонічною пітьмою оповиті,&lt;br /&gt;</w:t>
        <w:br/>
        <w:t>Летять осінніми пустелями птахи&lt;br /&gt;</w:t>
        <w:br/>
        <w:t>Цнотливої та мудрої Атени;&lt;br /&gt;</w:t>
        <w:br/>
        <w:t>Тоді здригаються профани й дилетанти —&lt;br /&gt;</w:t>
        <w:br/>
        <w:t>Цей лет у їхній знаковій системі&lt;br /&gt;</w:t>
        <w:br/>
        <w:t>Віщує смерть близьку та пожар&amp;#250;.</w:t>
      </w:r>
    </w:p>
    <w:p>
      <w:r>
        <w:br/>
        <w:t>Але для нас то час святої гри, —&lt;br /&gt;</w:t>
        <w:br/>
        <w:t>Дістаньте бісер, свині вже поснули!&lt;br /&gt;</w:t>
        <w:br/>
        <w:t>Радійте, сови! Тіштеся, майстри!&lt;br /&gt;</w:t>
        <w:br/>
        <w:t>Холодний, чистий вітер верховин&lt;br /&gt;</w:t>
        <w:br/>
        <w:t>Летить у вікна, навстежи отверті,&lt;br /&gt;</w:t>
        <w:br/>
        <w:t>В потужній і доладній круговерті&lt;br /&gt;</w:t>
        <w:br/>
        <w:t>Прасимволи гуртуються ясні.&lt;br /&gt;</w:t>
        <w:br/>
        <w:t>Акомпанує вправно сивий Бах&lt;br /&gt;</w:t>
        <w:br/>
        <w:t>Тій пісні, що співає юний Бог, —&lt;br /&gt;</w:t>
        <w:br/>
        <w:t>І ніч осінню, і осінню вічність&lt;br /&gt;</w:t>
        <w:br/>
        <w:t>Їм любо промузичити удвох.</w:t>
      </w:r>
    </w:p>
    <w:p>
      <w:r>
        <w:br/>
        <w:t>Осінніх вечорів правдива шляхто,&lt;br /&gt;</w:t>
        <w:br/>
        <w:t>Бібліотеко найдорожчих книг,&lt;br /&gt;</w:t>
        <w:br/>
        <w:t>Струнка, нікому не належна вежо!&lt;br /&gt;</w:t>
        <w:br/>
        <w:t>Як добре буде повернутися з доріг&lt;br /&gt;</w:t>
        <w:br/>
        <w:t>У справжнє небо, де справдешній дім,&lt;br /&gt;</w:t>
        <w:br/>
        <w:t>І випити холодного вина,&lt;br /&gt;</w:t>
        <w:br/>
        <w:t>Милуючися полум'ям гарячим,&lt;br /&gt;</w:t>
        <w:br/>
        <w:t>І заспокоювати дівчину, що плаче, —&lt;br /&gt;</w:t>
        <w:br/>
        <w:t>Такі роки одна була вона.&lt;br /&gt;</w:t>
        <w:br/>
        <w:t>Тим часом там, за вікнами вузькими,&lt;br /&gt;</w:t>
        <w:br/>
        <w:t>Летітимуть сніги, сніги, сніги…</w:t>
      </w:r>
    </w:p>
    <w:p>
      <w:r>
        <w:br/>
        <w:t>Додайте нам, нетоптані, снаги, —&lt;br /&gt;</w:t>
        <w:br/>
        <w:t>Недо-буття і подорож тривають.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вечорів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