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Диво-день (збірка)</w:t>
      </w:r>
    </w:p>
    <w:p>
      <w:r>
        <w:br/>
        <w:t xml:space="preserve"> Галина КИРПА&lt;br /&gt;</w:t>
        <w:br/>
        <w:t>ПОЕЗІЯ&lt;br /&gt;</w:t>
        <w:br/>
        <w:t>ДИВО-ДЕНЬ</w:t>
      </w:r>
    </w:p>
    <w:p>
      <w:r>
        <w:br/>
        <w:t>ДЛЯ КОГО ЖИВЕШ?</w:t>
      </w:r>
    </w:p>
    <w:p>
      <w:r>
        <w:br/>
        <w:t>Квіти живуть для мене&lt;br /&gt;</w:t>
        <w:br/>
        <w:t>там, де є лист зелений,&lt;br /&gt;</w:t>
        <w:br/>
        <w:t>де напувають дощі&lt;br /&gt;</w:t>
        <w:br/>
        <w:t>трави веселі й кущі,&lt;br /&gt;</w:t>
        <w:br/>
        <w:t>сливину спраглу гілку&lt;br /&gt;</w:t>
        <w:br/>
        <w:t>і золотеньку бджілку,&lt;br /&gt;</w:t>
        <w:br/>
        <w:t>мамину білу хатку,&lt;br /&gt;</w:t>
        <w:br/>
        <w:t>річчину довгу кладку,&lt;br /&gt;</w:t>
        <w:br/>
        <w:t>котика на осонні&lt;br /&gt;</w:t>
        <w:br/>
        <w:t>і гусенятко сонне…</w:t>
      </w:r>
    </w:p>
    <w:p>
      <w:r>
        <w:br/>
        <w:t>Питають мене щоранку:&lt;br /&gt;</w:t>
        <w:br/>
        <w:t>— Для кого живеш, Олянко?</w:t>
      </w:r>
    </w:p>
    <w:p>
      <w:r>
        <w:br/>
        <w:t>І ЦЕ НАЗИВАЄТЬСЯ ЛІТО!</w:t>
      </w:r>
    </w:p>
    <w:p>
      <w:r>
        <w:br/>
        <w:t>І це називається літо:&lt;br /&gt;</w:t>
        <w:br/>
        <w:t>надворі — дощі та дощі!&lt;br /&gt;</w:t>
        <w:br/>
        <w:t>Ну як мені мальву полити?&lt;br /&gt;</w:t>
        <w:br/>
        <w:t>Чи йти поливати в плащі?</w:t>
      </w:r>
    </w:p>
    <w:p>
      <w:r>
        <w:br/>
        <w:t>І це називається літо:&lt;br /&gt;</w:t>
        <w:br/>
        <w:t>хмар у саду — ніби слив!&lt;br /&gt;</w:t>
        <w:br/>
        <w:t>На гойдалці бавиться вітер,&lt;br /&gt;</w:t>
        <w:br/>
        <w:t>а я ж коли вийду? Коли?</w:t>
      </w:r>
    </w:p>
    <w:p>
      <w:r>
        <w:br/>
        <w:t>І це називається літо…</w:t>
      </w:r>
    </w:p>
    <w:p>
      <w:r>
        <w:br/>
        <w:t>ВИШИВАННЯ</w:t>
      </w:r>
    </w:p>
    <w:p>
      <w:r>
        <w:br/>
        <w:t>Вишила суничку нитка червоненька,&lt;br /&gt;</w:t>
        <w:br/>
        <w:t>вишила листочок нитка зелененька.&lt;br /&gt;</w:t>
        <w:br/>
        <w:t>Вишила садочок, вишила долинку,&lt;br /&gt;</w:t>
        <w:br/>
        <w:t>вишила у небі хмарку і хмаринку,&lt;br /&gt;</w:t>
        <w:br/>
        <w:t>щоб гуляли тихо, весело обоє&lt;br /&gt;</w:t>
        <w:br/>
        <w:t>та й учили птахів, як літать по двоє.&lt;br /&gt;</w:t>
        <w:br/>
        <w:t>Щоб весняні квіти не були сумними,&lt;br /&gt;</w:t>
        <w:br/>
        <w:t>то учили дощик, як ходить за ними.</w:t>
      </w:r>
    </w:p>
    <w:p>
      <w:r>
        <w:br/>
        <w:t>МИ ВСІ ПІД ОДНИМ ДОЩЕМ</w:t>
      </w:r>
    </w:p>
    <w:p>
      <w:r>
        <w:br/>
        <w:t>Ми всі під одним дощем —&lt;br /&gt;</w:t>
        <w:br/>
        <w:t>Хрущ, Метелик і я.&lt;br /&gt;</w:t>
        <w:br/>
        <w:t>У Хруща парасоля —&lt;br /&gt;</w:t>
        <w:br/>
        <w:t>із вишневого листка.&lt;br /&gt;</w:t>
        <w:br/>
        <w:t>У Метелика парасоля —&lt;br /&gt;</w:t>
        <w:br/>
        <w:t>із красолиної пелюстки.&lt;br /&gt;</w:t>
        <w:br/>
        <w:t>Я бігаю&lt;br /&gt;</w:t>
        <w:br/>
        <w:t>від Хрущевої парасолі&lt;br /&gt;</w:t>
        <w:br/>
        <w:t>до Метеликової&lt;br /&gt;</w:t>
        <w:br/>
        <w:t>і — росту.</w:t>
      </w:r>
    </w:p>
    <w:p>
      <w:r>
        <w:br/>
        <w:t>ДИВНИЙ ЛИС</w:t>
      </w:r>
    </w:p>
    <w:p>
      <w:r>
        <w:br/>
        <w:t>Вечірні соняхи до неба підтяглись.&lt;br /&gt;</w:t>
        <w:br/>
        <w:t>Бджола на ніч несе пісні у вулик.&lt;br /&gt;</w:t>
        <w:br/>
        <w:t>До мальви й досі зазирає лис:&lt;br /&gt;</w:t>
        <w:br/>
        <w:t>— Ти зацвіла чи просто усміхнулась?</w:t>
      </w:r>
    </w:p>
    <w:p>
      <w:r>
        <w:br/>
        <w:t>ДОРОГА ДЛЯ ХРУЩІВ</w:t>
      </w:r>
    </w:p>
    <w:p>
      <w:r>
        <w:br/>
        <w:t>Не осипались вишні довго-довго.&lt;br /&gt;</w:t>
        <w:br/>
        <w:t>А то ураз осипались і ждуть,&lt;br /&gt;</w:t>
        <w:br/>
        <w:t>щоб вивчили хрущі до них дорогу&lt;br /&gt;</w:t>
        <w:br/>
        <w:t>й на той рік не забулись повернуть.</w:t>
      </w:r>
    </w:p>
    <w:p>
      <w:r>
        <w:br/>
        <w:t>СОНЕЧКО НІКОГО НЕ БОЇТЬСЯ</w:t>
      </w:r>
    </w:p>
    <w:p>
      <w:r>
        <w:br/>
        <w:t>Прилетіло сонечко&lt;br /&gt;</w:t>
        <w:br/>
        <w:t>у такому плащику:&lt;br /&gt;</w:t>
        <w:br/>
        <w:t>крап-крапи-крапиночка,&lt;br /&gt;</w:t>
        <w:br/>
        <w:t>горо-горошок:&lt;br /&gt;</w:t>
        <w:br/>
        <w:t>— Не боюся дощику,&lt;br /&gt;</w:t>
        <w:br/>
        <w:t>не боюся грімниці,&lt;br /&gt;</w:t>
        <w:br/>
        <w:t>не боюся котика,&lt;br /&gt;</w:t>
        <w:br/>
        <w:t>не боюсь пташок!</w:t>
      </w:r>
    </w:p>
    <w:p>
      <w:r>
        <w:br/>
        <w:t>ДИВЛЮСЬ НА ЛІТО</w:t>
      </w:r>
    </w:p>
    <w:p>
      <w:r>
        <w:br/>
        <w:t>Літо — жовте качатко,&lt;br /&gt;</w:t>
        <w:br/>
        <w:t>в озері — плюсь та плюсь.&lt;br /&gt;</w:t>
        <w:br/>
        <w:t>Щоранку, ніби спочатку,&lt;br /&gt;</w:t>
        <w:br/>
        <w:t>на нього дивлюсь-дивлюсь.</w:t>
      </w:r>
    </w:p>
    <w:p>
      <w:r>
        <w:br/>
        <w:t>ГОРИ</w:t>
      </w:r>
    </w:p>
    <w:p>
      <w:r>
        <w:br/>
        <w:t>Якось одна гора&lt;br /&gt;</w:t>
        <w:br/>
        <w:t>прийшла до мене у вірші.&lt;br /&gt;</w:t>
        <w:br/>
        <w:t>Коли це і друга гукає:&lt;br /&gt;</w:t>
        <w:br/>
        <w:t>— А я ще горіша!</w:t>
      </w:r>
    </w:p>
    <w:p>
      <w:r>
        <w:br/>
        <w:t>А я люблю обидві гори.&lt;br /&gt;</w:t>
        <w:br/>
        <w:t>А я люблю, як і вчора:&lt;br /&gt;</w:t>
        <w:br/>
        <w:t>і ту, що горіша за всіх,&lt;br /&gt;</w:t>
        <w:br/>
        <w:t>і просто гору!</w:t>
      </w:r>
    </w:p>
    <w:p>
      <w:r>
        <w:br/>
        <w:t>ГОРИ</w:t>
      </w:r>
    </w:p>
    <w:p>
      <w:r>
        <w:br/>
        <w:t>Якось одна гора&lt;br /&gt;</w:t>
        <w:br/>
        <w:t>прийшла до мене у вірші.&lt;br /&gt;</w:t>
        <w:br/>
        <w:t>Коли це і друга гукає:&lt;br /&gt;</w:t>
        <w:br/>
        <w:t>— А я ще горіша!</w:t>
      </w:r>
    </w:p>
    <w:p>
      <w:r>
        <w:br/>
        <w:t>А я люблю обидві гори.&lt;br /&gt;</w:t>
        <w:br/>
        <w:t>А я люблю, як і вчора:&lt;br /&gt;</w:t>
        <w:br/>
        <w:t>і ту, що горіша за всіх,&lt;br /&gt;</w:t>
        <w:br/>
        <w:t>і просто гору!</w:t>
      </w:r>
    </w:p>
    <w:p>
      <w:r>
        <w:br/>
        <w:t>ДЕНЬ ДО ВЕЧОРА КЛОНИТЬСЯ</w:t>
      </w:r>
    </w:p>
    <w:p>
      <w:r>
        <w:br/>
        <w:t>День до Вечора&lt;br /&gt;</w:t>
        <w:br/>
        <w:t>клониться,&lt;br /&gt;</w:t>
        <w:br/>
        <w:t>золотим горішком&lt;br /&gt;</w:t>
        <w:br/>
        <w:t>котиться:&lt;br /&gt;</w:t>
        <w:br/>
        <w:t>— Пусти мене, Вечоре,&lt;br /&gt;</w:t>
        <w:br/>
        <w:t>на той бік —&lt;br /&gt;</w:t>
        <w:br/>
        <w:t>я тобі зорю&lt;br /&gt;</w:t>
        <w:br/>
        <w:t>подарую.</w:t>
      </w:r>
    </w:p>
    <w:p>
      <w:r>
        <w:br/>
        <w:t>ЯЛИНОНЬКА, СОСОНКА І СМЕРЕКА</w:t>
      </w:r>
    </w:p>
    <w:p>
      <w:r>
        <w:br/>
        <w:t>Ялинонька, сосонка і смерека&lt;br /&gt;</w:t>
        <w:br/>
        <w:t>стоять, немов за руки узялись.&lt;br /&gt;</w:t>
        <w:br/>
        <w:t>А може, вони йдуть кудись далеко —&lt;br /&gt;</w:t>
        <w:br/>
        <w:t>з одного лісу та й у другий ліс.</w:t>
      </w:r>
    </w:p>
    <w:p>
      <w:r>
        <w:br/>
        <w:t>Ялинонька, сосонка і смерека&lt;br /&gt;</w:t>
        <w:br/>
        <w:t>взяли собі в дорогу по грибку,&lt;br /&gt;</w:t>
        <w:br/>
        <w:t>щоб не було їм хтозна-як нелегко&lt;br /&gt;</w:t>
        <w:br/>
        <w:t>в чужому, незнайомому ліску.</w:t>
      </w:r>
    </w:p>
    <w:p>
      <w:r>
        <w:br/>
        <w:t>Ялинонька, сосонка і смерека&lt;br /&gt;</w:t>
        <w:br/>
        <w:t>взяли з собою й пташку голосну,&lt;br /&gt;</w:t>
        <w:br/>
        <w:t>щоб помогла зустріти їм далеку&lt;br /&gt;</w:t>
        <w:br/>
        <w:t>і прибрану у квіточки весну.</w:t>
      </w:r>
    </w:p>
    <w:p>
      <w:r>
        <w:br/>
        <w:t>ПАВУК</w:t>
      </w:r>
    </w:p>
    <w:p>
      <w:r>
        <w:br/>
        <w:t>Оцей Павук — вже дід.&lt;br /&gt;</w:t>
        <w:br/>
        <w:t>Його внучата —&lt;br /&gt;</w:t>
        <w:br/>
        <w:t>меткі&lt;br /&gt;</w:t>
        <w:br/>
        <w:t>чорненькі&lt;br /&gt;</w:t>
        <w:br/>
        <w:t>павучата —&lt;br /&gt;</w:t>
        <w:br/>
        <w:t>плетуть йому&lt;br /&gt;</w:t>
        <w:br/>
        <w:t>крислатий капелюх,&lt;br /&gt;</w:t>
        <w:br/>
        <w:t>щоб гарний був&lt;br /&gt;</w:t>
        <w:br/>
        <w:t>від сонця,&lt;br /&gt;</w:t>
        <w:br/>
        <w:t>від дощу,&lt;br /&gt;</w:t>
        <w:br/>
        <w:t>від преусякої мороки&lt;br /&gt;</w:t>
        <w:br/>
        <w:t>ще й від мух!</w:t>
      </w:r>
    </w:p>
    <w:p>
      <w:r>
        <w:br/>
        <w:t>ТАК ГАРНО, ЩО ВЕСНА</w:t>
      </w:r>
    </w:p>
    <w:p>
      <w:r>
        <w:br/>
        <w:t>Вже гуси прибираються в дорогу,&lt;br /&gt;</w:t>
        <w:br/>
        <w:t>взувають червоненькі чобітки,&lt;br /&gt;</w:t>
        <w:br/>
        <w:t>а з саду аж до нашого порогу&lt;br /&gt;</w:t>
        <w:br/>
        <w:t>під снігом народилися струмки.</w:t>
      </w:r>
    </w:p>
    <w:p>
      <w:r>
        <w:br/>
        <w:t>Ми весело ідемо в корабели.&lt;br /&gt;</w:t>
        <w:br/>
        <w:t>Нам гарно, що весна, а ми малі,&lt;br /&gt;</w:t>
        <w:br/>
        <w:t>і наші паперові каравели&lt;br /&gt;</w:t>
        <w:br/>
        <w:t>причалять десь до рідної землі.</w:t>
      </w:r>
    </w:p>
    <w:p>
      <w:r>
        <w:br/>
        <w:t>РОЗМОВА</w:t>
      </w:r>
    </w:p>
    <w:p>
      <w:r>
        <w:br/>
        <w:t>— Березню, де дів санчата?&lt;br /&gt;</w:t>
        <w:br/>
        <w:t>— Та узяв продав.&lt;br /&gt;</w:t>
        <w:br/>
        <w:t>— Хочеш човника придбати?&lt;br /&gt;</w:t>
        <w:br/>
        <w:t>— Та узяв придбав.&lt;br /&gt;</w:t>
        <w:br/>
        <w:t>— І куди ж це ти веслуєш?&lt;br /&gt;</w:t>
        <w:br/>
        <w:t>У які краї?&lt;br /&gt;</w:t>
        <w:br/>
        <w:t>— Та в зелені, у вишневі,&lt;br /&gt;</w:t>
        <w:br/>
        <w:t>у краї свої.</w:t>
      </w:r>
    </w:p>
    <w:p>
      <w:r>
        <w:br/>
        <w:t>ВЕСНА</w:t>
      </w:r>
    </w:p>
    <w:p>
      <w:r>
        <w:br/>
        <w:t>За горою сніговою&lt;br /&gt;</w:t>
        <w:br/>
        <w:t>пливе дівчина водою —&lt;br /&gt;</w:t>
        <w:br/>
        <w:t>у вербовому човенці,&lt;br /&gt;</w:t>
        <w:br/>
        <w:t>у човенця — два весельця.</w:t>
      </w:r>
    </w:p>
    <w:p>
      <w:r>
        <w:br/>
        <w:t>За горою сніговою&lt;br /&gt;</w:t>
        <w:br/>
        <w:t>пливе дівчина водою:&lt;br /&gt;</w:t>
        <w:br/>
        <w:t>із лівого рукава —&lt;br /&gt;</w:t>
        <w:br/>
        <w:t>струмки витікають,&lt;br /&gt;</w:t>
        <w:br/>
        <w:t>із правого рукава —&lt;br /&gt;</w:t>
        <w:br/>
        <w:t>пташки вилітають,&lt;br /&gt;</w:t>
        <w:br/>
        <w:t>круг голівки,&lt;br /&gt;</w:t>
        <w:br/>
        <w:t>круг ясної&lt;br /&gt;</w:t>
        <w:br/>
        <w:t>рутяний віночок&lt;br /&gt;</w:t>
        <w:br/>
        <w:t>розцвітає.</w:t>
      </w:r>
    </w:p>
    <w:p>
      <w:r>
        <w:br/>
        <w:t>ХМАРОЛАМ</w:t>
      </w:r>
    </w:p>
    <w:p>
      <w:r>
        <w:br/>
        <w:t>Може, таменьки хмаролам&lt;br /&gt;</w:t>
        <w:br/>
        <w:t>ходить&lt;br /&gt;</w:t>
        <w:br/>
        <w:t>і ламає хмарки&lt;br /&gt;</w:t>
        <w:br/>
        <w:t>зісподу?&lt;br /&gt;</w:t>
        <w:br/>
        <w:t>Хмарку — лам,&lt;br /&gt;</w:t>
        <w:br/>
        <w:t>і другу — лам,&lt;br /&gt;</w:t>
        <w:br/>
        <w:t>мов навсправжки&lt;br /&gt;</w:t>
        <w:br/>
        <w:t>ХМАРО-ЛАМ!</w:t>
      </w:r>
    </w:p>
    <w:p>
      <w:r>
        <w:br/>
        <w:t>ВАРТА</w:t>
      </w:r>
    </w:p>
    <w:p>
      <w:r>
        <w:br/>
        <w:t>Гніздо чекає пташенят малих,&lt;br /&gt;</w:t>
        <w:br/>
        <w:t>а дерево — коли повиростають.&lt;br /&gt;</w:t>
        <w:br/>
        <w:t>І тиша розставляє вартових:&lt;br /&gt;</w:t>
        <w:br/>
        <w:t>Зорю — над лугом,&lt;br /&gt;</w:t>
        <w:br/>
        <w:t>Місяця — над гаєм.</w:t>
      </w:r>
    </w:p>
    <w:p>
      <w:r>
        <w:br/>
        <w:t>ПЕРЕД ЗЛИВОЮ</w:t>
      </w:r>
    </w:p>
    <w:p>
      <w:r>
        <w:br/>
        <w:t>Стулилися пелюстки у нагідки,&lt;br /&gt;</w:t>
        <w:br/>
        <w:t>а мак червоний і собі стулився.&lt;br /&gt;</w:t>
        <w:br/>
        <w:t>Метелик просить то одну,&lt;br /&gt;</w:t>
        <w:br/>
        <w:t>то другу квітку:&lt;br /&gt;</w:t>
        <w:br/>
        <w:t>— Іще хоч раз на мене подивися!</w:t>
      </w:r>
    </w:p>
    <w:p>
      <w:r>
        <w:br/>
        <w:t>ДИВО-ДЕНЬ</w:t>
      </w:r>
    </w:p>
    <w:p>
      <w:r>
        <w:br/>
        <w:t>Був день такий, як, може, два:&lt;br /&gt;</w:t>
        <w:br/>
        <w:t>великий і красивий.&lt;br /&gt;</w:t>
        <w:br/>
        <w:t>Росли суниці і трава,&lt;br /&gt;</w:t>
        <w:br/>
        <w:t>не падали ще сливи.</w:t>
      </w:r>
    </w:p>
    <w:p>
      <w:r>
        <w:br/>
        <w:t>Був день високий, наче дуб,&lt;br /&gt;</w:t>
        <w:br/>
        <w:t>вже брався до хмарини.&lt;br /&gt;</w:t>
        <w:br/>
        <w:t>Заграв дударик на дуду,&lt;br /&gt;</w:t>
        <w:br/>
        <w:t>на дудочку з ліщини.</w:t>
      </w:r>
    </w:p>
    <w:p>
      <w:r>
        <w:br/>
        <w:t>Дуділа дудка і була&lt;br /&gt;</w:t>
        <w:br/>
        <w:t>весела — не сердита.&lt;br /&gt;</w:t>
        <w:br/>
        <w:t>Однак мала, таки мала&lt;br /&gt;</w:t>
        <w:br/>
        <w:t>та дудочка для літа.</w:t>
      </w:r>
    </w:p>
    <w:p>
      <w:r>
        <w:br/>
        <w:t>Бо щоб зуміти диво-день&lt;br /&gt;</w:t>
        <w:br/>
        <w:t>тій дудці оспівати,&lt;br /&gt;</w:t>
        <w:br/>
        <w:t>їй треба тисячу пісень,&lt;br /&gt;</w:t>
        <w:br/>
        <w:t>а може, й більше знати!</w:t>
      </w:r>
    </w:p>
    <w:p>
      <w:r>
        <w:br/>
        <w:t>Я СЕРЕД ЛУГУ</w:t>
      </w:r>
    </w:p>
    <w:p>
      <w:r>
        <w:br/>
        <w:t>Стою серед лугу. Пташечка тенька.&lt;br /&gt;</w:t>
        <w:br/>
        <w:t>Бабки до вечора в піжмурки грають.&lt;br /&gt;</w:t>
        <w:br/>
        <w:t>Я проти неба — така маленька:&lt;br /&gt;</w:t>
        <w:br/>
        <w:t>до мене хмарки не долітають.</w:t>
      </w:r>
    </w:p>
    <w:p>
      <w:r>
        <w:br/>
        <w:t>Річечка лугом біжить вузенька,&lt;br /&gt;</w:t>
        <w:br/>
        <w:t>за нею вітер аж не встигає.&lt;br /&gt;</w:t>
        <w:br/>
        <w:t>Я проти світу така маленька,&lt;br /&gt;</w:t>
        <w:br/>
        <w:t>що він навряд чи про мене й знає.</w:t>
      </w:r>
    </w:p>
    <w:p>
      <w:r>
        <w:br/>
        <w:t>КОЛЬОРОВИЙ ВІТЕР</w:t>
      </w:r>
    </w:p>
    <w:p>
      <w:r>
        <w:br/>
        <w:t>Вітер кольору неба,&lt;br /&gt;</w:t>
        <w:br/>
        <w:t>вітер кольору трав,&lt;br /&gt;</w:t>
        <w:br/>
        <w:t>вітер дубам і вербам&lt;br /&gt;</w:t>
        <w:br/>
        <w:t>щось на сопілці гра.</w:t>
      </w:r>
    </w:p>
    <w:p>
      <w:r>
        <w:br/>
        <w:t>Грає про сонце, й про себе,&lt;br /&gt;</w:t>
        <w:br/>
        <w:t>й про весноньку у цвіту&lt;br /&gt;</w:t>
        <w:br/>
        <w:t>так, що дуби і верби&lt;br /&gt;</w:t>
        <w:br/>
        <w:t>слухають і ростуть.</w:t>
      </w:r>
    </w:p>
    <w:p>
      <w:r>
        <w:br/>
        <w:t>АБРИКОСА</w:t>
      </w:r>
    </w:p>
    <w:p>
      <w:r>
        <w:br/>
        <w:t>Цвіла і пахла в світі абрикоса.&lt;br /&gt;</w:t>
        <w:br/>
        <w:t>А світом був тоді Пелюсткопад.&lt;br /&gt;</w:t>
        <w:br/>
        <w:t>Її любила я. І бджоли. Й оси.&lt;br /&gt;</w:t>
        <w:br/>
        <w:t>Дідусь її любив. Славко. І сад.</w:t>
      </w:r>
    </w:p>
    <w:p>
      <w:r>
        <w:br/>
        <w:t>Пелюсткопад минувся. Абрикоса&lt;br /&gt;</w:t>
        <w:br/>
        <w:t>живе так само в нашому саду.&lt;br /&gt;</w:t>
        <w:br/>
        <w:t>І люблять її знов і бджоли, й оси.&lt;br /&gt;</w:t>
        <w:br/>
        <w:t>Дідусь до неї йде.&lt;br /&gt;</w:t>
        <w:br/>
        <w:t>Славко до неї йде.&lt;br /&gt;</w:t>
        <w:br/>
        <w:t>І я до неї йду!</w:t>
      </w:r>
    </w:p>
    <w:p>
      <w:r>
        <w:br/>
        <w:t>ХМАРКИ</w:t>
      </w:r>
    </w:p>
    <w:p>
      <w:r>
        <w:br/>
        <w:t>Ця хмарка — ніби палац золотий.&lt;br /&gt;</w:t>
        <w:br/>
        <w:t>А та — немовби хата з ластівками.</w:t>
      </w:r>
    </w:p>
    <w:p>
      <w:r>
        <w:br/>
        <w:t>— Котру ти собі вибереш?&lt;br /&gt;</w:t>
        <w:br/>
        <w:t>— А ти?&lt;br /&gt;</w:t>
        <w:br/>
        <w:t>— Мені б оту,&lt;br /&gt;</w:t>
        <w:br/>
        <w:t>щоб так було, як в мами.</w:t>
      </w:r>
    </w:p>
    <w:p>
      <w:r>
        <w:br/>
        <w:t>КОЛИ Б МЕНІ!</w:t>
      </w:r>
    </w:p>
    <w:p>
      <w:r>
        <w:br/>
        <w:t>Коли б мені іще одненьке літо,&lt;br /&gt;</w:t>
        <w:br/>
        <w:t>тоді іще одненьке, ще одне,&lt;br /&gt;</w:t>
        <w:br/>
        <w:t>то я б зуміла квіти полічити,&lt;br /&gt;</w:t>
        <w:br/>
        <w:t>ну а вони — мене!</w:t>
      </w:r>
    </w:p>
    <w:p>
      <w:r>
        <w:br/>
        <w:t>ГОСТИНА</w:t>
      </w:r>
    </w:p>
    <w:p>
      <w:r>
        <w:br/>
        <w:t>Почалась, було, гостина:&lt;br /&gt;</w:t>
        <w:br/>
        <w:t>слива сливками вгостила,&lt;br /&gt;</w:t>
        <w:br/>
        <w:t>яблук яблунька дала,&lt;br /&gt;</w:t>
        <w:br/>
        <w:t>груша — грушок простягла.&lt;br /&gt;</w:t>
        <w:br/>
        <w:t>Лиш бурчав старезний пень:&lt;br /&gt;</w:t>
        <w:br/>
        <w:t>— Ну й морока! Що не день —&lt;br /&gt;</w:t>
        <w:br/>
        <w:t>хтось приходить гостювать:&lt;br /&gt;</w:t>
        <w:br/>
        <w:t>і по двоє, і по п’ять.&lt;br /&gt;</w:t>
        <w:br/>
        <w:t>Йдуть до мене, як до хати, —&lt;br /&gt;</w:t>
        <w:br/>
        <w:t>чим усіх їх пригощати?!</w:t>
      </w:r>
    </w:p>
    <w:p>
      <w:r>
        <w:br/>
        <w:t>ДЕНЬ ВЕЛИКИЙ, А ТИ МАЛИЙ!</w:t>
      </w:r>
    </w:p>
    <w:p>
      <w:r>
        <w:br/>
        <w:t>— Гляньте, мамо,&lt;br /&gt;</w:t>
        <w:br/>
        <w:t>еге який день:&lt;br /&gt;</w:t>
        <w:br/>
        <w:t>од світання&lt;br /&gt;</w:t>
        <w:br/>
        <w:t>до смеркання&lt;br /&gt;</w:t>
        <w:br/>
        <w:t>золоту корону носить.&lt;br /&gt;</w:t>
        <w:br/>
        <w:t>Як спатунечки лягає,&lt;br /&gt;</w:t>
        <w:br/>
        <w:t>то корону золоту знімає,&lt;br /&gt;</w:t>
        <w:br/>
        <w:t>у густому пралісі ховає.&lt;br /&gt;</w:t>
        <w:br/>
        <w:t>І я знаю де!</w:t>
      </w:r>
    </w:p>
    <w:p>
      <w:r>
        <w:br/>
        <w:t>— Не йди, хлопче,&lt;br /&gt;</w:t>
        <w:br/>
        <w:t>корони шукати.&lt;br /&gt;</w:t>
        <w:br/>
        <w:t>День великий,&lt;br /&gt;</w:t>
        <w:br/>
        <w:t>а ти малий —&lt;br /&gt;</w:t>
        <w:br/>
        <w:t>заблукаєш.&lt;br /&gt;</w:t>
        <w:br/>
        <w:t>Я не знатиму й де!</w:t>
      </w:r>
    </w:p>
    <w:p>
      <w:r>
        <w:br/>
        <w:t>УСІ ТРУДЯТЬСЯ</w:t>
      </w:r>
    </w:p>
    <w:p>
      <w:r>
        <w:br/>
        <w:t>Дерево трудиться назеленітися.&lt;br /&gt;</w:t>
        <w:br/>
        <w:t>Квіточка трудиться начервонітися.&lt;br /&gt;</w:t>
        <w:br/>
        <w:t>Бджілка трудиться налітатися.&lt;br /&gt;</w:t>
        <w:br/>
        <w:t>Метеличок трудиться нагойдатися.&lt;br /&gt;</w:t>
        <w:br/>
        <w:t>Травичка — водички напитися,&lt;br /&gt;</w:t>
        <w:br/>
        <w:t>росинка — на білий світ надивитися!</w:t>
      </w:r>
    </w:p>
    <w:p>
      <w:r>
        <w:br/>
        <w:t>ДУЖЕ ГАРНИЙ ЛІТАЧОК</w:t>
      </w:r>
    </w:p>
    <w:p>
      <w:r>
        <w:br/>
        <w:t>Прилетів на квітничок&lt;br /&gt;</w:t>
        <w:br/>
        <w:t>дуже гарний літачок.&lt;br /&gt;</w:t>
        <w:br/>
        <w:t>Подзижчав, погудів,&lt;br /&gt;</w:t>
        <w:br/>
        <w:t>на найкращу квітку сів.&lt;br /&gt;</w:t>
        <w:br/>
        <w:t>— По усім-усім ліску&lt;br /&gt;</w:t>
        <w:br/>
        <w:t>я шукав тебе таку:&lt;br /&gt;</w:t>
        <w:br/>
        <w:t>чи даси мені медку?</w:t>
      </w:r>
    </w:p>
    <w:p>
      <w:r>
        <w:br/>
        <w:t>Квітка мовила по тому:&lt;br /&gt;</w:t>
        <w:br/>
        <w:t>— Не простого — золотого&lt;br /&gt;</w:t>
        <w:br/>
        <w:t>дам для тебе я медку.&lt;br /&gt;</w:t>
        <w:br/>
        <w:t>Хочеш — понесеш додому,&lt;br /&gt;</w:t>
        <w:br/>
        <w:t>хочеш — їж його в ліску.</w:t>
      </w:r>
    </w:p>
    <w:p>
      <w:r>
        <w:br/>
        <w:t>МЕТЕЛИК І ЛІТАК</w:t>
      </w:r>
    </w:p>
    <w:p>
      <w:r>
        <w:br/>
        <w:t>На конюшині задрімав метелик.&lt;br /&gt;</w:t>
        <w:br/>
        <w:t>А поруч прилетів і сів літак:&lt;br /&gt;</w:t>
        <w:br/>
        <w:t>— Чого це ти то синій, то рожевий?&lt;br /&gt;</w:t>
        <w:br/>
        <w:t>Ти не такий, як я!&lt;br /&gt;</w:t>
        <w:br/>
        <w:t>У тебе все не так!</w:t>
      </w:r>
    </w:p>
    <w:p>
      <w:r>
        <w:br/>
        <w:t>НЕДІЛЯ</w:t>
      </w:r>
    </w:p>
    <w:p>
      <w:r>
        <w:br/>
        <w:t>Хвалилась липа липі в понеділок:&lt;br /&gt;</w:t>
        <w:br/>
        <w:t>— Я зроду ще такою не була!&lt;br /&gt;</w:t>
        <w:br/>
        <w:t>Не день у мене, а свята неділя:&lt;br /&gt;</w:t>
        <w:br/>
        <w:t>сьогодні я нарешті зацвіла!</w:t>
      </w:r>
    </w:p>
    <w:p>
      <w:r>
        <w:br/>
        <w:t>ДУБОК НАВЕСНІ</w:t>
      </w:r>
    </w:p>
    <w:p>
      <w:r>
        <w:br/>
        <w:t>Серед галяви між старими кленами&lt;br /&gt;</w:t>
        <w:br/>
        <w:t>дубок мудрує думоньку свою:&lt;br /&gt;</w:t>
        <w:br/>
        <w:t>— Тепер і я вберуся по-зеленому.&lt;br /&gt;</w:t>
        <w:br/>
        <w:t>Чого це я і досі т а к стою?</w:t>
      </w:r>
    </w:p>
    <w:p>
      <w:r>
        <w:br/>
        <w:t>ГРИБ</w:t>
      </w:r>
    </w:p>
    <w:p>
      <w:r>
        <w:br/>
        <w:t>Пливіть, пливіть! Не зупиняйтесь, хмари!&lt;br /&gt;</w:t>
        <w:br/>
        <w:t>А я постою й трохи роздивлюся.&lt;br /&gt;</w:t>
        <w:br/>
        <w:t>Мені тут тепло, і мені тут гарно:&lt;br /&gt;</w:t>
        <w:br/>
        <w:t>після дощів я тут рости учуся!</w:t>
      </w:r>
    </w:p>
    <w:p>
      <w:r>
        <w:br/>
        <w:t>РОМАШКА</w:t>
      </w:r>
    </w:p>
    <w:p>
      <w:r>
        <w:br/>
        <w:t>На цій галяві так, немов у раї:&lt;br /&gt;</w:t>
        <w:br/>
        <w:t>літають тихо бджілка і оса.&lt;br /&gt;</w:t>
        <w:br/>
        <w:t>А я котрусь гукну і поспитаю:&lt;br /&gt;</w:t>
        <w:br/>
        <w:t>— Чи гарно на мені блищить роса?</w:t>
      </w:r>
    </w:p>
    <w:p>
      <w:r>
        <w:br/>
        <w:t>СЛОН МАНДРУЄ ДО МАМИ</w:t>
      </w:r>
    </w:p>
    <w:p>
      <w:r>
        <w:br/>
        <w:t>Що буде, коли в човна&lt;br /&gt;</w:t>
        <w:br/>
        <w:t>посадити Слона?&lt;br /&gt;</w:t>
        <w:br/>
        <w:t>Куди повезе&lt;br /&gt;</w:t>
        <w:br/>
        <w:t>човен Слона:&lt;br /&gt;</w:t>
        <w:br/>
        <w:t>до острова Ю,&lt;br /&gt;</w:t>
        <w:br/>
        <w:t>чи до міста А?&lt;br /&gt;</w:t>
        <w:br/>
        <w:t>Не знаю, як там човнами&lt;br /&gt;</w:t>
        <w:br/>
        <w:t>дістаються до островів&lt;br /&gt;</w:t>
        <w:br/>
        <w:t>із містами.&lt;br /&gt;</w:t>
        <w:br/>
        <w:t>Слон туди не дуже і хоче:&lt;br /&gt;</w:t>
        <w:br/>
        <w:t>ногами тупоче,&lt;br /&gt;</w:t>
        <w:br/>
        <w:t>вухами лопоче,&lt;br /&gt;</w:t>
        <w:br/>
        <w:t>ще й басом отак&lt;br /&gt;</w:t>
        <w:br/>
        <w:t>гримоче:&lt;br /&gt;</w:t>
        <w:br/>
        <w:t>— Краще до мами!&lt;br /&gt;</w:t>
        <w:br/>
        <w:t>Краще до ма-ами!</w:t>
      </w:r>
    </w:p>
    <w:p>
      <w:r>
        <w:br/>
        <w:t>ВІТЕР НА ДЕСНІ</w:t>
      </w:r>
    </w:p>
    <w:p>
      <w:r>
        <w:br/>
        <w:t>Човни ходили по Десні.&lt;br /&gt;</w:t>
        <w:br/>
        <w:t>Мене вони катали.&lt;br /&gt;</w:t>
        <w:br/>
        <w:t>А вітер був такий, як всі:&lt;br /&gt;</w:t>
        <w:br/>
        <w:t>наздожене... відстане...</w:t>
      </w:r>
    </w:p>
    <w:p>
      <w:r>
        <w:br/>
        <w:t>А то помалу підштовхне&lt;br /&gt;</w:t>
        <w:br/>
        <w:t>ті човники рукою:&lt;br /&gt;</w:t>
        <w:br/>
        <w:t>ти, вітре, не чіпай мене,&lt;br /&gt;</w:t>
        <w:br/>
        <w:t>пограйся із Десною!</w:t>
      </w:r>
    </w:p>
    <w:p>
      <w:r>
        <w:br/>
        <w:t>КЛОПІТ</w:t>
      </w:r>
    </w:p>
    <w:p>
      <w:r>
        <w:br/>
        <w:t>Про свій клопіт я частенько&lt;br /&gt;</w:t>
        <w:br/>
        <w:t>та й кажу бабусі:&lt;br /&gt;</w:t>
        <w:br/>
        <w:t>— Коли вже я так, як ви,&lt;br /&gt;</w:t>
        <w:br/>
        <w:t>в’язати навчуся?</w:t>
      </w:r>
    </w:p>
    <w:p>
      <w:r>
        <w:br/>
        <w:t>Коли будуть слухняними&lt;br /&gt;</w:t>
        <w:br/>
        <w:t>і нитки, і спиці?&lt;br /&gt;</w:t>
        <w:br/>
        <w:t>Коли вже я Дюймовочці&lt;br /&gt;</w:t>
        <w:br/>
        <w:t>сплету рукавиці?</w:t>
      </w:r>
    </w:p>
    <w:p>
      <w:r>
        <w:br/>
        <w:t>А тоді ще й голубеньку&lt;br /&gt;</w:t>
        <w:br/>
        <w:t>шапочку весняну…&lt;br /&gt;</w:t>
        <w:br/>
        <w:t>Коли вже я, бабусенько,&lt;br /&gt;</w:t>
        <w:br/>
        <w:t>бабусею стану?!</w:t>
      </w:r>
    </w:p>
    <w:p>
      <w:r>
        <w:br/>
        <w:t>КЛЮЧІ ОД ВЕСЕЛИХ СНІВ</w:t>
      </w:r>
    </w:p>
    <w:p>
      <w:r>
        <w:br/>
        <w:t>Знає хата уночі&lt;br /&gt;</w:t>
        <w:br/>
        <w:t>од веселих снів ключі.&lt;br /&gt;</w:t>
        <w:br/>
        <w:t>Знає снів вона багато&lt;br /&gt;</w:t>
        <w:br/>
        <w:t>і для мами, і для тата.&lt;br /&gt;</w:t>
        <w:br/>
        <w:t>А для мене казку знає,&lt;br /&gt;</w:t>
        <w:br/>
        <w:t>як засну — розповідає.</w:t>
      </w:r>
    </w:p>
    <w:p>
      <w:r>
        <w:br/>
        <w:t>КРАМАРІ СНІГУРІ</w:t>
      </w:r>
    </w:p>
    <w:p>
      <w:r>
        <w:br/>
        <w:t>Є на світі крамарі —&lt;br /&gt;</w:t>
        <w:br/>
        <w:t>два хитрющі Снігурі,&lt;br /&gt;</w:t>
        <w:br/>
        <w:t>що пекли торти медяні&lt;br /&gt;</w:t>
        <w:br/>
        <w:t>на Медяній на Горі.</w:t>
      </w:r>
    </w:p>
    <w:p>
      <w:r>
        <w:br/>
        <w:t>І пекли торти два дні —&lt;br /&gt;</w:t>
        <w:br/>
        <w:t>білі-білі і смачні,&lt;br /&gt;</w:t>
        <w:br/>
        <w:t>тільки клали в торт для сміху&lt;br /&gt;</w:t>
        <w:br/>
        <w:t>Снігурі не меду — снігу!</w:t>
      </w:r>
    </w:p>
    <w:p>
      <w:r>
        <w:br/>
        <w:t>БЕЗКІНЕЧНА ЖАБКА</w:t>
      </w:r>
    </w:p>
    <w:p>
      <w:r>
        <w:br/>
        <w:t>Була собі в річці жабка,&lt;br /&gt;</w:t>
        <w:br/>
        <w:t>а в жабки зелена шапка,&lt;br /&gt;</w:t>
        <w:br/>
        <w:t>а в шапки підкладка зелена, —&lt;br /&gt;</w:t>
        <w:br/>
        <w:t>така, як стрічка у мене.&lt;br /&gt;</w:t>
        <w:br/>
        <w:t>І носить ту шапку жабка,&lt;br /&gt;</w:t>
        <w:br/>
        <w:t>бо то їй найкраща шапка.&lt;br /&gt;</w:t>
        <w:br/>
        <w:t>А може б, носила і білу,&lt;br /&gt;</w:t>
        <w:br/>
        <w:t>якби захотіла.&lt;br /&gt;</w:t>
        <w:br/>
        <w:t>Але…&lt;br /&gt;</w:t>
        <w:br/>
        <w:t>Була собі в річці жабка…</w:t>
      </w:r>
    </w:p>
    <w:p>
      <w:r>
        <w:br/>
        <w:t>ВІРШ ПРО КРУКА</w:t>
      </w:r>
    </w:p>
    <w:p>
      <w:r>
        <w:br/>
        <w:t>Ішов Крук&lt;br /&gt;</w:t>
        <w:br/>
        <w:t>через луг,&lt;br /&gt;</w:t>
        <w:br/>
        <w:t>бачить — холодочок.&lt;br /&gt;</w:t>
        <w:br/>
        <w:t>— Мо’, спочинеш,&lt;br /&gt;</w:t>
        <w:br/>
        <w:t>Круче,&lt;br /&gt;</w:t>
        <w:br/>
        <w:t>тут?&lt;br /&gt;</w:t>
        <w:br/>
        <w:t>— Ні, — сказав, —&lt;br /&gt;</w:t>
        <w:br/>
        <w:t>не хочу.&lt;br /&gt;</w:t>
        <w:br/>
        <w:t>Я ще лап не находив&lt;br /&gt;</w:t>
        <w:br/>
        <w:t>і не натрудився,&lt;br /&gt;</w:t>
        <w:br/>
        <w:t>і на білий-білий світ&lt;br /&gt;</w:t>
        <w:br/>
        <w:t>ще не надивився.</w:t>
      </w:r>
    </w:p>
    <w:p>
      <w:r>
        <w:br/>
        <w:t>ЗАЙЧИК І ПЕРЕКОТИПОЛЕ</w:t>
      </w:r>
    </w:p>
    <w:p>
      <w:r>
        <w:br/>
        <w:t>Перекотиполе&lt;br /&gt;</w:t>
        <w:br/>
        <w:t>Зайчикові лапки&lt;br /&gt;</w:t>
        <w:br/>
        <w:t>коле.&lt;br /&gt;</w:t>
        <w:br/>
        <w:t>— Ой, спіймаю,&lt;br /&gt;</w:t>
        <w:br/>
        <w:t>попадешся,&lt;br /&gt;</w:t>
        <w:br/>
        <w:t>Перекотиполе!&lt;br /&gt;</w:t>
        <w:br/>
        <w:t>Відкочу тебе&lt;br /&gt;</w:t>
        <w:br/>
        <w:t>далеко —&lt;br /&gt;</w:t>
        <w:br/>
        <w:t>за луги і доли.&lt;br /&gt;</w:t>
        <w:br/>
        <w:t>Або й далі —&lt;br /&gt;</w:t>
        <w:br/>
        <w:t>куди сонце&lt;br /&gt;</w:t>
        <w:br/>
        <w:t>ночувати ходить.&lt;br /&gt;</w:t>
        <w:br/>
        <w:t>А ще далі&lt;br /&gt;</w:t>
        <w:br/>
        <w:t>нехай тебе&lt;br /&gt;</w:t>
        <w:br/>
        <w:t>Вітрик&lt;br /&gt;</w:t>
        <w:br/>
        <w:t>світом котить!</w:t>
      </w:r>
    </w:p>
    <w:p>
      <w:r>
        <w:br/>
        <w:t>ОТАКА СИНИЧКА</w:t>
      </w:r>
    </w:p>
    <w:p>
      <w:r>
        <w:br/>
        <w:t>В Такої Синички&lt;br /&gt;</w:t>
        <w:br/>
        <w:t>немає спіднички,&lt;br /&gt;</w:t>
        <w:br/>
        <w:t>нема черевичка&lt;br /&gt;</w:t>
        <w:br/>
        <w:t>й одного&lt;br /&gt;</w:t>
        <w:br/>
        <w:t>в Синички.&lt;br /&gt;</w:t>
        <w:br/>
        <w:t>Черевички їй без діла:&lt;br /&gt;</w:t>
        <w:br/>
        <w:t>як летіла — погубила,&lt;br /&gt;</w:t>
        <w:br/>
        <w:t>а спідничку&lt;br /&gt;</w:t>
        <w:br/>
        <w:t>Та Синичка&lt;br /&gt;</w:t>
        <w:br/>
        <w:t>прати кинула&lt;br /&gt;</w:t>
        <w:br/>
        <w:t>у річку.</w:t>
      </w:r>
    </w:p>
    <w:p>
      <w:r>
        <w:br/>
        <w:t>ДІДОК ОГІРОК</w:t>
      </w:r>
    </w:p>
    <w:p>
      <w:r>
        <w:br/>
        <w:t>Дідок Огірок&lt;br /&gt;</w:t>
        <w:br/>
        <w:t>пішов у танок.&lt;br /&gt;</w:t>
        <w:br/>
        <w:t>Він і вальси, і мазурки,&lt;br /&gt;</w:t>
        <w:br/>
        <w:t>Певно, знає назубок.</w:t>
      </w:r>
    </w:p>
    <w:p>
      <w:r>
        <w:br/>
        <w:t>Дідок Огірок&lt;br /&gt;</w:t>
        <w:br/>
        <w:t>зелененький, мов стручок.&lt;br /&gt;</w:t>
        <w:br/>
        <w:t>Такий самий брат у нього —&lt;br /&gt;</w:t>
        <w:br/>
        <w:t>непосидько і в’юнок.</w:t>
      </w:r>
    </w:p>
    <w:p>
      <w:r>
        <w:br/>
        <w:t>Дідок Огірок&lt;br /&gt;</w:t>
        <w:br/>
        <w:t>пішов у танок:&lt;br /&gt;</w:t>
        <w:br/>
        <w:t>і вальсує, й гопакує,&lt;br /&gt;</w:t>
        <w:br/>
        <w:t>тільки — жаль! —&lt;br /&gt;</w:t>
        <w:br/>
        <w:t>без чобіток!</w:t>
      </w:r>
    </w:p>
    <w:p>
      <w:r>
        <w:br/>
        <w:t>КОЛИ Я БУВ…</w:t>
      </w:r>
    </w:p>
    <w:p>
      <w:r>
        <w:br/>
        <w:t>Коли я був у Панамі, —&lt;br /&gt;</w:t>
        <w:br/>
        <w:t>розгулював у піжамі,&lt;br /&gt;</w:t>
        <w:br/>
        <w:t>й ніхто не дивувався.</w:t>
      </w:r>
    </w:p>
    <w:p>
      <w:r>
        <w:br/>
        <w:t>А повернувся додому,&lt;br /&gt;</w:t>
        <w:br/>
        <w:t>не розказав нікому,&lt;br /&gt;</w:t>
        <w:br/>
        <w:t>щоб ніхто не сміявся.</w:t>
      </w:r>
    </w:p>
    <w:p>
      <w:r>
        <w:br/>
        <w:t>Ну, а тепер я вчуся&lt;br /&gt;</w:t>
        <w:br/>
        <w:t>гуляти у капелюсі&lt;br /&gt;</w:t>
        <w:br/>
        <w:t>і мокнути під дощами.</w:t>
      </w:r>
    </w:p>
    <w:p>
      <w:r>
        <w:br/>
        <w:t>А нагуляюсь до краю —&lt;br /&gt;</w:t>
        <w:br/>
        <w:t>спати без ніг лягаю&lt;br /&gt;</w:t>
        <w:br/>
        <w:t>так само, як без Панами.</w:t>
      </w:r>
    </w:p>
    <w:p>
      <w:r>
        <w:br/>
        <w:t>ВІРШ ПРО ЧОРНОГО ШКРЕТА</w:t>
      </w:r>
    </w:p>
    <w:p>
      <w:r>
        <w:br/>
        <w:t>Є птах нічний.&lt;br /&gt;</w:t>
        <w:br/>
        <w:t>Зветься він Чорний Шкрет.&lt;br /&gt;</w:t>
        <w:br/>
        <w:t>Прилетів раз до нас:&lt;br /&gt;</w:t>
        <w:br/>
        <w:t>— Шкре-те-те! Шкре-те-те!</w:t>
      </w:r>
    </w:p>
    <w:p>
      <w:r>
        <w:br/>
        <w:t>Ми із татком сиділи,&lt;br /&gt;</w:t>
        <w:br/>
        <w:t>саме казку читали&lt;br /&gt;</w:t>
        <w:br/>
        <w:t>і того Шкрететиська&lt;br /&gt;</w:t>
        <w:br/>
        <w:t>аж ніяк не злякались.</w:t>
      </w:r>
    </w:p>
    <w:p>
      <w:r>
        <w:br/>
        <w:t>Ми сказали: — Ану,&lt;br /&gt;</w:t>
        <w:br/>
        <w:t>шкретететай нам тут!&lt;br /&gt;</w:t>
        <w:br/>
        <w:t>Або спати лягай!&lt;br /&gt;</w:t>
        <w:br/>
        <w:t>Бо як сплять — то ростуть!</w:t>
      </w:r>
    </w:p>
    <w:p>
      <w:r>
        <w:br/>
        <w:t>Та нараз Чорний Шкрет&lt;br /&gt;</w:t>
        <w:br/>
        <w:t>чорним оком нам — блись:&lt;br /&gt;</w:t>
        <w:br/>
        <w:t>— Шкре-те-те! Шкре-те-те!&lt;br /&gt;</w:t>
        <w:br/>
        <w:t>Я вже виспавсь колись!</w:t>
      </w:r>
    </w:p>
    <w:p>
      <w:r>
        <w:br/>
        <w:t>Уявіть, якщо Шкрети&lt;br /&gt;</w:t>
        <w:br/>
        <w:t>повкладаються спать?&lt;br /&gt;</w:t>
        <w:br/>
        <w:t>Хто ж тоді буде вам&lt;br /&gt;</w:t>
        <w:br/>
        <w:t>на вікні шкрететать?!</w:t>
      </w:r>
    </w:p>
    <w:p>
      <w:r>
        <w:br/>
        <w:t>І сидів Чорний Шкрет,&lt;br /&gt;</w:t>
        <w:br/>
        <w:t>і сидів — шкрететав,&lt;br /&gt;</w:t>
        <w:br/>
        <w:t>поки тата й мене&lt;br /&gt;</w:t>
        <w:br/>
        <w:t>на всю нічку приспав.</w:t>
      </w:r>
    </w:p>
    <w:p>
      <w:r>
        <w:br/>
        <w:t>НА ГАЛЯВІ МУХОМОРСЬКІЙ</w:t>
      </w:r>
    </w:p>
    <w:p>
      <w:r>
        <w:br/>
        <w:t>Мабуть, гарно дядьку Мухомору&lt;br /&gt;</w:t>
        <w:br/>
        <w:t>на галяві Мухоморській жити.&lt;br /&gt;</w:t>
        <w:br/>
        <w:t>Із усіх боків йому гукають:&lt;br /&gt;</w:t>
        <w:br/>
        <w:t>— Дайте капелюшок поносити!</w:t>
      </w:r>
    </w:p>
    <w:p>
      <w:r>
        <w:br/>
        <w:t>Гарно на галявині ведеться&lt;br /&gt;</w:t>
        <w:br/>
        <w:t>і поважній тітоньці Суниці.&lt;br /&gt;</w:t>
        <w:br/>
        <w:t>В неї тих гостей не вибуває —&lt;br /&gt;</w:t>
        <w:br/>
        <w:t>кожне йде на неї подивиться.</w:t>
      </w:r>
    </w:p>
    <w:p>
      <w:r>
        <w:br/>
        <w:t>Мабуть, гарно Коникам Зеленим&lt;br /&gt;</w:t>
        <w:br/>
        <w:t>через дядька й тітоньку стрибати,&lt;br /&gt;</w:t>
        <w:br/>
        <w:t>а тоді у тиші надвечірній&lt;br /&gt;</w:t>
        <w:br/>
        <w:t>ще й любесенько повальсувати.</w:t>
      </w:r>
    </w:p>
    <w:p>
      <w:r>
        <w:br/>
        <w:t>Мабуть, гарно пташечці Зозульці,&lt;br /&gt;</w:t>
        <w:br/>
        <w:t>що вона не жайвір і не сокіл,&lt;br /&gt;</w:t>
        <w:br/>
        <w:t>що оцій галяві Мухоморській&lt;br /&gt;</w:t>
        <w:br/>
        <w:t>накувала безкінечних років!</w:t>
      </w:r>
    </w:p>
    <w:p>
      <w:r>
        <w:br/>
        <w:t>ЧОГО Я ДРУГУ НЕ СКАЗАВ?</w:t>
      </w:r>
    </w:p>
    <w:p>
      <w:r>
        <w:br/>
        <w:t>Чого я другу не сказав&lt;br /&gt;</w:t>
        <w:br/>
        <w:t>про золоті піски?&lt;br /&gt;</w:t>
        <w:br/>
        <w:t>Ми подалися б з ним на став&lt;br /&gt;</w:t>
        <w:br/>
        <w:t>шукать собі казки.</w:t>
      </w:r>
    </w:p>
    <w:p>
      <w:r>
        <w:br/>
        <w:t>І, мабуть, друг ніде не чув,&lt;br /&gt;</w:t>
        <w:br/>
        <w:t>що є на світі кит,&lt;br /&gt;</w:t>
        <w:br/>
        <w:t>який уже в бувальцях був&lt;br /&gt;</w:t>
        <w:br/>
        <w:t>й навчився говорить.</w:t>
      </w:r>
    </w:p>
    <w:p>
      <w:r>
        <w:br/>
        <w:t>Чого я другу не сказав&lt;br /&gt;</w:t>
        <w:br/>
        <w:t>про вітер в димарі?&lt;br /&gt;</w:t>
        <w:br/>
        <w:t>То він би теж ране-енько встав,&lt;br /&gt;</w:t>
        <w:br/>
        <w:t>ще, може, й до зорі.</w:t>
      </w:r>
    </w:p>
    <w:p>
      <w:r>
        <w:br/>
        <w:t>За вітром би в димар шугнув&lt;br /&gt;</w:t>
        <w:br/>
        <w:t>точнісінько, як я,&lt;br /&gt;</w:t>
        <w:br/>
        <w:t>коли не втерплю і засну&lt;br /&gt;</w:t>
        <w:br/>
        <w:t>отак от, навмання.</w:t>
      </w:r>
    </w:p>
    <w:p>
      <w:r>
        <w:br/>
        <w:t>Та знаю я, що друг і сам&lt;br /&gt;</w:t>
        <w:br/>
        <w:t>мандрує залюбки.&lt;br /&gt;</w:t>
        <w:br/>
        <w:t>Нехай колись розкаже вам&lt;br /&gt;</w:t>
        <w:br/>
        <w:t>неписані казки.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Диво-день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