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Дивись, дивись: безмежні перелоги...</w:t>
      </w:r>
    </w:p>
    <w:p>
      <w:r>
        <w:br/>
        <w:t xml:space="preserve"> Дивись, дивись: безмежні перелоги&lt;br /&gt;</w:t>
        <w:br/>
        <w:t>І хмар насуплених погроза в далині.&lt;br /&gt;</w:t>
        <w:br/>
        <w:t>Приносить вітер виклики тривоги —&lt;br /&gt;</w:t>
        <w:br/>
        <w:t>Шалений вітер і криваві дні.</w:t>
      </w:r>
    </w:p>
    <w:p>
      <w:r>
        <w:br/>
        <w:t>Не перший рік, як позникали боги,&lt;br /&gt;</w:t>
        <w:br/>
        <w:t>Остались люди та мерці одні.&lt;br /&gt;</w:t>
        <w:br/>
        <w:t>Жують і плачуть: дайте-бо підмоги,&lt;br /&gt;</w:t>
        <w:br/>
        <w:t>Заснуть спокійно дайте у труні.</w:t>
      </w:r>
    </w:p>
    <w:p>
      <w:r>
        <w:br/>
        <w:t>Я чую жаль. Мене турбує звада,&lt;br /&gt;</w:t>
        <w:br/>
        <w:t>Та марний біль перемогла відрада,&lt;br /&gt;</w:t>
        <w:br/>
        <w:t>Бо у минулім не кохаюсь я,</w:t>
      </w:r>
    </w:p>
    <w:p>
      <w:r>
        <w:br/>
        <w:t>Бо не ростанусь з мрією моєю:&lt;br /&gt;</w:t>
        <w:br/>
        <w:t>Став чоловік над чорною ріллею,&lt;br /&gt;</w:t>
        <w:br/>
        <w:t>Як небо, гордий; сильний, як земля.</w:t>
      </w:r>
    </w:p>
    <w:p>
      <w:r>
        <w:br/>
        <w:t>ЗЕМЛЯ І ВІТЕР. Київ, "Слово",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Дивись, дивись: безмежні перелоги...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