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Дівчина, що стала княгинею</w:t>
      </w:r>
    </w:p>
    <w:p>
      <w:r>
        <w:br/>
        <w:t xml:space="preserve"> &lt;p&gt;Тихо пливуть води Дніпра-Славути суне човен по спокійному плесі. Дід Микула сам править веслом; молода красуня-перевізниця, що біля нього, задивилася на зелені уз гір'я по правому березі ріки.</w:t>
      </w:r>
    </w:p>
    <w:p>
      <w:r>
        <w:br/>
        <w:t>— Що це в тебе, діду, на грудях? – спитала згодом.</w:t>
      </w:r>
    </w:p>
    <w:p>
      <w:r>
        <w:br/>
        <w:t>— Хрест, дитино, знак Божої муки.</w:t>
      </w:r>
    </w:p>
    <w:p>
      <w:r>
        <w:br/>
        <w:t>— Так ти нововірець, як греки, як наші київські купці Претич і Добриня, як багато хто з простолюддя?</w:t>
      </w:r>
    </w:p>
    <w:p>
      <w:r>
        <w:br/>
        <w:t>— Я християнин. Дасть Бог, і ти колись, Ольго, в нього повіриш.</w:t>
      </w:r>
    </w:p>
    <w:p>
      <w:r>
        <w:br/>
        <w:t>— То ти, діду не признаєш нашого Перуна, ні Велеса, ні могутньої богині Марени? Не приносиш їм жертви в гаях?</w:t>
      </w:r>
    </w:p>
    <w:p>
      <w:r>
        <w:br/>
        <w:t>— Ні, ми християни, в київській церковці святого Іллі поклоняємось єдиному Богові в небесах і Його Синові, що за нас умер, та Його Пречистій Матері. Поганські ідоли – це тільки мертвий камінь чи дерево.</w:t>
      </w:r>
    </w:p>
    <w:p>
      <w:r>
        <w:br/>
        <w:t>— А ось ти шануєш таке мертве дерево, що в тебе отут на грудях.</w:t>
      </w:r>
    </w:p>
    <w:p>
      <w:r>
        <w:br/>
        <w:t>— Не дерево оце я почитаю, а Того, що на ньому був розп'ятий. А хіба твій образ у воді, до якого тепер так залюбки придивляєшся, не ти сама?</w:t>
      </w:r>
    </w:p>
    <w:p>
      <w:r>
        <w:br/>
        <w:t>Всміхнулася дівчина – не знати, чи до слів дідових, чи до свого гарного личка в плесі води.</w:t>
      </w:r>
    </w:p>
    <w:p>
      <w:r>
        <w:br/>
        <w:t>— А чого вчить ця твоя віра? – спитала після короткої мовчанки.</w:t>
      </w:r>
    </w:p>
    <w:p>
      <w:r>
        <w:br/>
        <w:t>— Вчить любити всіх людей, як братів, і прощати кривди.</w:t>
      </w:r>
    </w:p>
    <w:p>
      <w:r>
        <w:br/>
        <w:t>— Невже ж? Любити навіть ворогів? Не мститися за заподіяне лихо?</w:t>
      </w:r>
    </w:p>
    <w:p>
      <w:r>
        <w:br/>
        <w:t>— Помста належить одному Богові. А он бачиш? – показав дід на високий горб під Києвом.</w:t>
      </w:r>
    </w:p>
    <w:p>
      <w:r>
        <w:br/>
        <w:t>— Кажуть, на цих горах давно-давно проповідував Христовий учень, святий Андрій. Встановив тут хрест і пророкував, що на цих місцях засяє колись світло правдивої віри, що буде тут жити працьовитий та хоробрий нарід, збудує свою могутню державу, а оці степи оберне на врожайну землю.</w:t>
      </w:r>
    </w:p>
    <w:p>
      <w:r>
        <w:br/>
        <w:t>— Тепер не час поратися біля землі, коли довкола зазіхають на, неї вороги, — промовила твердо Ольга. – Не чув, чи князь Ігор готовився в похід на греків? Так хочеться, щоб наші — як недавно за Олега – привезли звідти парчі дорогої і штуцерних золотих та срібних прикрас. А ти, може, був теж у Царгороді? Кажуть – це чудове місто.</w:t>
      </w:r>
    </w:p>
    <w:p>
      <w:r>
        <w:br/>
        <w:t>— Був. Ходив з Олегом у походи, як він прибивав свій щит на брамі Царгороду. Там у церквах така краса, що словами не змалюєш.</w:t>
      </w:r>
    </w:p>
    <w:p>
      <w:r>
        <w:br/>
        <w:t>— А жінки там як живуть? Рабині чи вільні?</w:t>
      </w:r>
    </w:p>
    <w:p>
      <w:r>
        <w:br/>
        <w:t>— Жінки там поруч із чоловіками засідають на престолі.</w:t>
      </w:r>
    </w:p>
    <w:p>
      <w:r>
        <w:br/>
        <w:t>Допливли до берега. Старий Микула, не зважаючи на вік, вискочив оленем на сушу.</w:t>
      </w:r>
    </w:p>
    <w:p>
      <w:r>
        <w:br/>
        <w:t>— Прощай, дівчино! Спасибі за добре серце, що старого човном привезла.</w:t>
      </w:r>
    </w:p>
    <w:p>
      <w:r>
        <w:br/>
        <w:t>Легко хитається човен при березі. Довкола тиша, тільки інколи сполохана риба затріпоче плвцями або чайка заскиглить жалібно понад Дніпром.</w:t>
      </w:r>
    </w:p>
    <w:p>
      <w:r>
        <w:br/>
        <w:t>Дівчина задумалася:</w:t>
      </w:r>
    </w:p>
    <w:p>
      <w:r>
        <w:br/>
        <w:t>"І чудна ж та віра діда Микули! Прощати ворогам? Любити всіз без розбору?" Ні, вона не розміє цього. Кров за кров, помста за кривду була споконвічним законом її батьків та дідів… Буде законом і для неї. Але та Візантія, той далекий Царгород манить її, чарує. Якби можна там було побувати, побачити красу цісарських палаців, їхні божі храми! А може й справді у них правдивий Бог?</w:t>
      </w:r>
    </w:p>
    <w:p>
      <w:r>
        <w:br/>
        <w:t>— Дівчино! Перевези мене на той берег, до Почайни!</w:t>
      </w:r>
    </w:p>
    <w:p>
      <w:r>
        <w:br/>
        <w:t>Стрепенулась. Довгі вії поволі піднялися вгору, ясні очі глянули на молодого лицаря, що стояв перед нею. У шкуряному каптані, з мечем при боці, м'яка шапка на темних кучерях.</w:t>
      </w:r>
    </w:p>
    <w:p>
      <w:r>
        <w:br/>
        <w:t>"Князь, сам князь Ігор, ніхто інший, як він зі своїми соболевими бровами!" — подумала й усміхнулась, вказуючи лицареві ласкаво місце у човні.</w:t>
      </w:r>
    </w:p>
    <w:p>
      <w:r>
        <w:br/>
        <w:t>"Оця вміє правити човном сильно й певно!" — дивується про себе князь, дивлячись на струнку постать молодої Ольги.</w:t>
      </w:r>
    </w:p>
    <w:p>
      <w:r>
        <w:br/>
        <w:t>"Відкіль родом, дівчино? – питає. – З русалок дніпрових чи мавок лісових?"</w:t>
      </w:r>
    </w:p>
    <w:p>
      <w:r>
        <w:br/>
        <w:t>— Ні русалка, ні мавка мені не рідня. Мої предки, як і твої, хоробрі русичі, що гуляли по морях у воєнних походах. Один з них, порубаний у битвах та виснажений у походах, осів тут перед смертю. Я його онука.</w:t>
      </w:r>
    </w:p>
    <w:p>
      <w:r>
        <w:br/>
        <w:t>— Онука княжого дружинника! – здивувався князь. – А на якого зайчика полюєш ти, гарна дівчино?</w:t>
      </w:r>
    </w:p>
    <w:p>
      <w:r>
        <w:br/>
        <w:t>— Шляхетній куниці заєць не до пари – їй тільки з соболями дружитись.</w:t>
      </w:r>
    </w:p>
    <w:p>
      <w:r>
        <w:br/>
        <w:t>"Вона розумна й хитра, словами її не збентежити!" — промовив про себе князь.</w:t>
      </w:r>
    </w:p>
    <w:p>
      <w:r>
        <w:br/>
        <w:t>— А на княжий двір пішла б? Там дівчат, таких красунь, як ти, радо вітають.</w:t>
      </w:r>
    </w:p>
    <w:p>
      <w:r>
        <w:br/>
        <w:t>— Є в мене своя хата, не звична я по чужих служити.</w:t>
      </w:r>
    </w:p>
    <w:p>
      <w:r>
        <w:br/>
        <w:t>"Вона горда й чиста, з такою не можна жартувати, як з іншими дівчатами!" — подумав Ігор.</w:t>
      </w:r>
    </w:p>
    <w:p>
      <w:r>
        <w:br/>
        <w:t>Усе більше та більше дивується князь на молоду перевізницю, а коли човен причалює до пристані, бере дівчину за білу ручку і мовить:</w:t>
      </w:r>
    </w:p>
    <w:p>
      <w:r>
        <w:br/>
        <w:t>— Ольго, будь моєю жінкою!</w:t>
      </w:r>
    </w:p>
    <w:p>
      <w:r>
        <w:br/>
        <w:t>— Вона спокійно глянула йому в очі і твердо сказала:</w:t>
      </w:r>
    </w:p>
    <w:p>
      <w:r>
        <w:br/>
        <w:t>— Хочу бути твоєю княгинею.</w:t>
      </w:r>
    </w:p>
    <w:p>
      <w:r>
        <w:br/>
        <w:t>Словом "хочу" підкреслила свою власну непримушену волю.</w:t>
      </w:r>
    </w:p>
    <w:p>
      <w:r>
        <w:br/>
        <w:t>Сонце піднялось вже високо вгору і золотим промінням стелило молодій княгині величній шлях до київського престола, до царської Візантії, до небесного почету святих.</w:t>
      </w:r>
    </w:p>
    <w:p>
      <w:r>
        <w:br/>
        <w:t>Пам'ять про могутню і мудру володарку України, святу Ольгу, щороку святкують український нарід і свята церква в дні 24 липня.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Дівчина, що стала княгинею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