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до повстанців прилучилась</w:t>
      </w:r>
    </w:p>
    <w:p>
      <w:r>
        <w:br/>
        <w:t xml:space="preserve"> Попід лісом, де поляна,&lt;br /&gt;</w:t>
        <w:br/>
        <w:t>Хтось у кавал** тихо грає.&lt;br /&gt;</w:t>
        <w:br/>
        <w:t>Гарна дівчина Стояна&lt;br /&gt;</w:t>
        <w:br/>
        <w:t>По водицю поспішає.</w:t>
      </w:r>
    </w:p>
    <w:p>
      <w:r>
        <w:br/>
        <w:t>А їй дядина із саду&lt;br /&gt;</w:t>
        <w:br/>
        <w:t>Аж викрикує досаду:&lt;br /&gt;</w:t>
        <w:br/>
        <w:t>"Збожеволіла, Стояно,&lt;br /&gt;</w:t>
        <w:br/>
        <w:t>Що це вибралась так рано?</w:t>
      </w:r>
    </w:p>
    <w:p>
      <w:r>
        <w:br/>
        <w:t>Стій, удвох підем хутенько!" —&lt;br /&gt;</w:t>
        <w:br/>
        <w:t>А сама ж — до її неньки,&lt;br /&gt;</w:t>
        <w:br/>
        <w:t>Оганьбити, бач, Стояну,&lt;br /&gt;</w:t>
        <w:br/>
        <w:t>Що побігла на поляну.</w:t>
      </w:r>
    </w:p>
    <w:p>
      <w:r>
        <w:br/>
        <w:t>Як ізбігла стара мати&lt;br /&gt;</w:t>
        <w:br/>
        <w:t>На чардак*** — о, боже правий! —&lt;br /&gt;</w:t>
        <w:br/>
        <w:t>Зблідла вся — і ну ридати,&lt;br /&gt;</w:t>
        <w:br/>
        <w:t>Прапор бачучи кривавий.</w:t>
      </w:r>
    </w:p>
    <w:p>
      <w:r>
        <w:br/>
        <w:t>Там на вітрі прапор має,&lt;br /&gt;</w:t>
        <w:br/>
        <w:t>Де юнацькая дружина,&lt;br /&gt;</w:t>
        <w:br/>
        <w:t>I Стояна припадає&lt;br /&gt;</w:t>
        <w:br/>
        <w:t>До грудей свого Дойчина.</w:t>
      </w:r>
    </w:p>
    <w:p>
      <w:r>
        <w:br/>
        <w:t>Як Дойчин побачив зрана,&lt;br /&gt;</w:t>
        <w:br/>
        <w:t>Що до нього йде кохана,-&lt;br /&gt;</w:t>
        <w:br/>
        <w:t>Вибіг він по тій стежині&lt;br /&gt;</w:t>
        <w:br/>
        <w:t>Й показав усій дружині:</w:t>
      </w:r>
    </w:p>
    <w:p>
      <w:r>
        <w:br/>
        <w:t>"Гей, дружино! Хутко встаньте!&lt;br /&gt;</w:t>
        <w:br/>
        <w:t>Ось іде вона — погляньте —&lt;br /&gt;</w:t>
        <w:br/>
        <w:t>Пташка з гір золотокрила,&lt;br /&gt;</w:t>
        <w:br/>
        <w:t>Наречена люба-мила!"</w:t>
      </w:r>
    </w:p>
    <w:p>
      <w:r>
        <w:br/>
        <w:t>I зустрів він яснозору,&lt;br /&gt;</w:t>
        <w:br/>
        <w:t>Ким душа його держалась,&lt;br /&gt;</w:t>
        <w:br/>
        <w:t>Вгору вистрілив з рушниці —&lt;br /&gt;</w:t>
        <w:br/>
        <w:t>Аж Стояна розсміялась.</w:t>
      </w:r>
    </w:p>
    <w:p>
      <w:r>
        <w:br/>
        <w:t>З піснею, мов на весіллі,&lt;br /&gt;</w:t>
        <w:br/>
        <w:t>Гримнула з рушниць дружина.&lt;br /&gt;</w:t>
        <w:br/>
        <w:t>А Стояна ніжно-біла&lt;br /&gt;</w:t>
        <w:br/>
        <w:t>Вже в обіймах у Дойчина.</w:t>
      </w:r>
    </w:p>
    <w:p>
      <w:r>
        <w:br/>
        <w:t>Тут нещасна, бідна мати&lt;br /&gt;</w:t>
        <w:br/>
        <w:t>За наругу цю неждану&lt;br /&gt;</w:t>
        <w:br/>
        <w:t>Ну крізь сльози проклинати&lt;br /&gt;</w:t>
        <w:br/>
        <w:t>I Дойчина, і Стояну:</w:t>
      </w:r>
    </w:p>
    <w:p>
      <w:r>
        <w:br/>
        <w:t>— Не цвісти тобі, не жити!&lt;br /&gt;</w:t>
        <w:br/>
        <w:t>Як кохать неправим чином —&lt;br /&gt;</w:t>
        <w:br/>
        <w:t>Краще вже тобі зотліти&lt;br /&gt;</w:t>
        <w:br/>
        <w:t>У землі з твоїм Дойчином!</w:t>
      </w:r>
    </w:p>
    <w:p>
      <w:r>
        <w:br/>
        <w:t>Хай на тебе всі нещастя&lt;br /&gt;</w:t>
        <w:br/>
        <w:t>І болячки-кервавиці,&lt;br /&gt;</w:t>
        <w:br/>
        <w:t>А Дойчину замість щастя —&lt;br /&gt;</w:t>
        <w:br/>
        <w:t>Вікна з гратами в'язниці!</w:t>
      </w:r>
    </w:p>
    <w:p>
      <w:r>
        <w:br/>
        <w:t>Цей гайдук,— тебе він хоче? —&lt;br /&gt;</w:t>
        <w:br/>
        <w:t>Як його на палю всадять,&lt;br /&gt;</w:t>
        <w:br/>
        <w:t>Хай тобі ж і зарегоче,&lt;br /&gt;</w:t>
        <w:br/>
        <w:t>Ще й русалкам, що все надять!</w:t>
      </w:r>
    </w:p>
    <w:p>
      <w:r>
        <w:br/>
        <w:t>Збив з путі твого він брата.&lt;br /&gt;</w:t>
        <w:br/>
        <w:t>Ей, ти, дочко, чи ти чула?&lt;br /&gt;</w:t>
        <w:br/>
        <w:t>І тебе він дурить: матір! —&lt;br /&gt;</w:t>
        <w:br/>
        <w:t>Батька й матір щоб забула.-</w:t>
      </w:r>
    </w:p>
    <w:p>
      <w:r>
        <w:br/>
        <w:t>Від проклять отих проснувся&lt;br /&gt;</w:t>
        <w:br/>
        <w:t>Сивий батько, Сонно глянув,&lt;br /&gt;</w:t>
        <w:br/>
        <w:t>Вийшов він,— і сам незчувся —&lt;br /&gt;</w:t>
        <w:br/>
        <w:t>Розкричався на Стояну.</w:t>
      </w:r>
    </w:p>
    <w:p>
      <w:r>
        <w:br/>
        <w:t>Та коли впізнав Дойчина&lt;br /&gt;</w:t>
        <w:br/>
        <w:t>I дочку й повстанця-сина,&lt;br /&gt;</w:t>
        <w:br/>
        <w:t>Бороду свою погладив&lt;br /&gt;</w:t>
        <w:br/>
        <w:t>I гукнув, мов раду радив:</w:t>
      </w:r>
    </w:p>
    <w:p>
      <w:r>
        <w:br/>
        <w:t>— Ей, горо, ти мати мила!&lt;br /&gt;</w:t>
        <w:br/>
        <w:t>Стільки років нас таїла —&lt;br /&gt;</w:t>
        <w:br/>
        <w:t>I мене, старого, й хлопців,&lt;br /&gt;</w:t>
        <w:br/>
        <w:t>Бравих юнаків, молодців!</w:t>
      </w:r>
    </w:p>
    <w:p>
      <w:r>
        <w:br/>
        <w:t>Бережи ж, горо, ці діти!&lt;br /&gt;</w:t>
        <w:br/>
        <w:t>Поки й сонцю в світ глядіти.&lt;br /&gt;</w:t>
        <w:br/>
        <w:t>Поки пташка тут співає,-&lt;br /&gt;</w:t>
        <w:br/>
        <w:t>Хай цей прапор вічно має!&lt;br /&gt;</w:t>
        <w:br/>
        <w:t>------------------------</w:t>
      </w:r>
    </w:p>
    <w:p>
      <w:r>
        <w:br/>
        <w:t>**Кавал — дудка, народний музичний інструмент у болгар.&lt;br /&gt;</w:t>
        <w:br/>
        <w:t>***Чардак — відкрита з одного боку галерея у верхньому&lt;br /&gt;</w:t>
        <w:br/>
        <w:t>поверсі 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до повстанців прилучилась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