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Дитячий страх</w:t>
      </w:r>
    </w:p>
    <w:p>
      <w:r>
        <w:br/>
        <w:t xml:space="preserve"> Тебе підводить пам'ять, а чи слух&lt;br /&gt;</w:t>
        <w:br/>
        <w:t>За зоною досяжності? Відбиток&lt;br /&gt;</w:t>
        <w:br/>
        <w:t>Якогось сну — померхлий і зужитий –&lt;br /&gt;</w:t>
        <w:br/>
        <w:t>Горбата тінь і чорний капелюх.&lt;br /&gt;</w:t>
        <w:br/>
        <w:t>Котрі ні стерти, ані зупинити….</w:t>
      </w:r>
    </w:p>
    <w:p>
      <w:r>
        <w:br/>
        <w:t>Все наяву – цей привид у вікні,&lt;br /&gt;</w:t>
        <w:br/>
        <w:t>І як тоді —— достоту незнайомий,&lt;br /&gt;</w:t>
        <w:br/>
        <w:t>Якого не впускаєш ти до дому —&lt;br /&gt;</w:t>
        <w:br/>
        <w:t>Проекції осмислення сумні,&lt;br /&gt;</w:t>
        <w:br/>
        <w:t>Вібрації і крижані судоми.</w:t>
      </w:r>
    </w:p>
    <w:p>
      <w:r>
        <w:br/>
        <w:t>А тінь розводить пальці холодів,&lt;br /&gt;</w:t>
        <w:br/>
        <w:t>Зайдеш в вікно, немовби у картину,&lt;br /&gt;</w:t>
        <w:br/>
        <w:t>Та пам’яті така мінлива глина&lt;br /&gt;</w:t>
        <w:br/>
        <w:t>І копії не дуже то й тверді,&lt;br /&gt;</w:t>
        <w:br/>
        <w:t>І є у них щось темне та звірине,</w:t>
      </w:r>
    </w:p>
    <w:p>
      <w:r>
        <w:br/>
        <w:t>Бо знов страхи стираєш межові,&lt;br /&gt;</w:t>
        <w:br/>
        <w:t>Вони з дитинства, там де найстрашніше,&lt;br /&gt;</w:t>
        <w:br/>
        <w:t>У них свої недоторканні ніші,&lt;br /&gt;</w:t>
        <w:br/>
        <w:t>А привиди в вікні – такі живі….&lt;br /&gt;</w:t>
        <w:br/>
        <w:t>І люди — аніскільки не добріші…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Дитячий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