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Дитячі поезії</w:t>
      </w:r>
    </w:p>
    <w:p>
      <w:r>
        <w:br/>
        <w:t xml:space="preserve"> Марійка Підгірянка</w:t>
      </w:r>
    </w:p>
    <w:p>
      <w:r>
        <w:br/>
        <w:t>Хлопчик і ластівка</w:t>
      </w:r>
    </w:p>
    <w:p>
      <w:r>
        <w:br/>
        <w:t>Ластівочко мила,&lt;br /&gt;</w:t>
        <w:br/>
        <w:t>Де хочеш літати?&lt;br /&gt;</w:t>
        <w:br/>
        <w:t>Чи тобі не шкода&lt;br /&gt;</w:t>
        <w:br/>
        <w:t>Ггніздечко лишати?</w:t>
      </w:r>
    </w:p>
    <w:p>
      <w:r>
        <w:br/>
        <w:t>— Шкода милий хлопче,&lt;br /&gt;</w:t>
        <w:br/>
        <w:t>Але що чинити?&lt;br /&gt;</w:t>
        <w:br/>
        <w:t>Як зима настане,&lt;br /&gt;</w:t>
        <w:br/>
        <w:t>Тяжко буде жити.</w:t>
      </w:r>
    </w:p>
    <w:p>
      <w:r>
        <w:br/>
        <w:t>— Путь тобі щаслива&lt;br /&gt;</w:t>
        <w:br/>
        <w:t>Хоть і далеченька!&lt;br /&gt;</w:t>
        <w:br/>
        <w:t>Прилітай здорова&lt;br /&gt;</w:t>
        <w:br/>
        <w:t>На весні, рідненька.</w:t>
      </w:r>
    </w:p>
    <w:p>
      <w:r>
        <w:br/>
        <w:t>— Прилечу, мій хлопче,&lt;br /&gt;</w:t>
        <w:br/>
        <w:t>Із чужого краю,&lt;br /&gt;</w:t>
        <w:br/>
        <w:t>Під твоїм віконцем&lt;br /&gt;</w:t>
        <w:br/>
        <w:t>Пісню заспіваю.</w:t>
      </w:r>
    </w:p>
    <w:p>
      <w:r>
        <w:br/>
        <w:t>* * *</w:t>
      </w:r>
    </w:p>
    <w:p>
      <w:r>
        <w:br/>
        <w:t>Прогулянка</w:t>
      </w:r>
    </w:p>
    <w:p>
      <w:r>
        <w:br/>
        <w:t>У Юрчика малі ніжки,&lt;br /&gt;</w:t>
        <w:br/>
        <w:t>В бабусі старенькі —&lt;br /&gt;</w:t>
        <w:br/>
        <w:t>Підуть собі поволеньки&lt;br /&gt;</w:t>
        <w:br/>
        <w:t>У гай зелененький.</w:t>
      </w:r>
    </w:p>
    <w:p>
      <w:r>
        <w:br/>
        <w:t>В тому гаї бджілки грають,&lt;br /&gt;</w:t>
        <w:br/>
        <w:t>Пташечки співають,&lt;br /&gt;</w:t>
        <w:br/>
        <w:t>Метелики — веселки&lt;br /&gt;</w:t>
        <w:br/>
        <w:t>По квітках літають.</w:t>
      </w:r>
    </w:p>
    <w:p>
      <w:r>
        <w:br/>
        <w:t>* * *</w:t>
      </w:r>
    </w:p>
    <w:p>
      <w:r>
        <w:br/>
        <w:t>Верховина</w:t>
      </w:r>
    </w:p>
    <w:p>
      <w:r>
        <w:br/>
        <w:t>Блакитне небо в головах,&lt;br /&gt;</w:t>
        <w:br/>
        <w:t>А в ногах — ліси сині.&lt;br /&gt;</w:t>
        <w:br/>
        <w:t>Орли мандрують в небесах,&lt;br /&gt;</w:t>
        <w:br/>
        <w:t>Овечки — в полонині.&lt;br /&gt;</w:t>
        <w:br/>
        <w:t>Соколом бистрим біжить зір&lt;br /&gt;</w:t>
        <w:br/>
        <w:t>По рідній всій сторонці —&lt;br /&gt;</w:t>
        <w:br/>
        <w:t>По збоччах гір, зелених гір,&lt;br /&gt;</w:t>
        <w:br/>
        <w:t>На лан, блискучий в сонці.</w:t>
      </w:r>
    </w:p>
    <w:p>
      <w:r>
        <w:br/>
        <w:t>* * *</w:t>
      </w:r>
    </w:p>
    <w:p>
      <w:r>
        <w:br/>
        <w:t>Ганнусина пісенька</w:t>
      </w:r>
    </w:p>
    <w:p>
      <w:r>
        <w:br/>
        <w:t>Співаночки, мої любі,&lt;br /&gt;</w:t>
        <w:br/>
        <w:t>Де я вас подію?&lt;br /&gt;</w:t>
        <w:br/>
        <w:t>Понесу вас в полонину,&lt;br /&gt;</w:t>
        <w:br/>
        <w:t>З вітрами розвію.</w:t>
      </w:r>
    </w:p>
    <w:p>
      <w:r>
        <w:br/>
        <w:t>А там будуть вівчарики&lt;br /&gt;</w:t>
        <w:br/>
        <w:t>Вівці випасати,&lt;br /&gt;</w:t>
        <w:br/>
        <w:t>Будуть мої співаночки&lt;br /&gt;</w:t>
        <w:br/>
        <w:t>У траві збирати.</w:t>
      </w:r>
    </w:p>
    <w:p>
      <w:r>
        <w:br/>
        <w:t>Будуть, будуть вівчарики&lt;br /&gt;</w:t>
        <w:br/>
        <w:t>Білі вівці пасти,&lt;br /&gt;</w:t>
        <w:br/>
        <w:t>Будуть мої співаночки&lt;br /&gt;</w:t>
        <w:br/>
        <w:t>У трембіту класти</w:t>
      </w:r>
    </w:p>
    <w:p>
      <w:r>
        <w:br/>
        <w:t>* * *</w:t>
      </w:r>
    </w:p>
    <w:p>
      <w:r>
        <w:br/>
        <w:t>Смерічка</w:t>
      </w:r>
    </w:p>
    <w:p>
      <w:r>
        <w:br/>
        <w:t>Дзвонить, грає срібна річка,&lt;br /&gt;</w:t>
        <w:br/>
        <w:t>А в криштальну воду&lt;br /&gt;</w:t>
        <w:br/>
        <w:t>Задивилася смерічка&lt;br /&gt;</w:t>
        <w:br/>
        <w:t>Та й на свою вроду.</w:t>
      </w:r>
    </w:p>
    <w:p>
      <w:r>
        <w:br/>
        <w:t>Гей, виросла ж та й висока,&lt;br /&gt;</w:t>
        <w:br/>
        <w:t>Та нема їй пари:&lt;br /&gt;</w:t>
        <w:br/>
        <w:t>Пила воду із потоку&lt;br /&gt;</w:t>
        <w:br/>
        <w:t>І сивої хмари.</w:t>
      </w:r>
    </w:p>
    <w:p>
      <w:r>
        <w:br/>
        <w:t>Брала пахощі з повітря&lt;br /&gt;</w:t>
        <w:br/>
        <w:t>У весняну пору;&lt;br /&gt;</w:t>
        <w:br/>
        <w:t>Вибуяла так на вітрі,&lt;br /&gt;</w:t>
        <w:br/>
        <w:t>Виросла угору!</w:t>
      </w:r>
    </w:p>
    <w:p>
      <w:r>
        <w:br/>
        <w:t>* * *</w:t>
      </w:r>
    </w:p>
    <w:p>
      <w:r>
        <w:br/>
        <w:t>Ліс</w:t>
      </w:r>
    </w:p>
    <w:p>
      <w:r>
        <w:br/>
        <w:t>Шумить верхами буйний ліс –&lt;br /&gt;</w:t>
        <w:br/>
        <w:t>Дуби, берези, буки.&lt;br /&gt;</w:t>
        <w:br/>
        <w:t>Співає сойка, свище дрізд&lt;br /&gt;</w:t>
        <w:br/>
        <w:t>І воркотять голубки.</w:t>
      </w:r>
    </w:p>
    <w:p>
      <w:r>
        <w:br/>
        <w:t>Стрибає білка по верхах,&lt;br /&gt;</w:t>
        <w:br/>
        <w:t>Дітей зозуля кличе.&lt;br /&gt;</w:t>
        <w:br/>
        <w:t>Вітрець шепоче в галузках,&lt;br /&gt;</w:t>
        <w:br/>
        <w:t>В ярку потік мугиче.</w:t>
      </w:r>
    </w:p>
    <w:p>
      <w:r>
        <w:br/>
        <w:t>Цілує сонечко листки&lt;br /&gt;</w:t>
        <w:br/>
        <w:t>У ніжній, теплій ласці,&lt;br /&gt;</w:t>
        <w:br/>
        <w:t>Гриби наділи шапочки&lt;br /&gt;</w:t>
        <w:br/>
        <w:t>Так само, як у казці.</w:t>
      </w:r>
    </w:p>
    <w:p>
      <w:r>
        <w:br/>
        <w:t>* * *</w:t>
      </w:r>
    </w:p>
    <w:p>
      <w:r>
        <w:br/>
        <w:t>Пробудилася бриндушка</w:t>
      </w:r>
    </w:p>
    <w:p>
      <w:r>
        <w:br/>
        <w:t>Пробудилася бриндушка:&lt;br /&gt;</w:t>
        <w:br/>
        <w:t>день-дзень!&lt;br /&gt;</w:t>
        <w:br/>
        <w:t>Смійся, квітко-подружко,&lt;br /&gt;</w:t>
        <w:br/>
        <w:t>вже день!&lt;br /&gt;</w:t>
        <w:br/>
        <w:t>Пробудилася пташка:&lt;br /&gt;</w:t>
        <w:br/>
        <w:t>ціт... ціт...&lt;br /&gt;</w:t>
        <w:br/>
        <w:t>Встань же, люба дитинко,&lt;br /&gt;</w:t>
        <w:br/>
        <w:t>ледь світ!&lt;br /&gt;</w:t>
        <w:br/>
        <w:t>Глянь же, сонечко ясне встає,&lt;br /&gt;</w:t>
        <w:br/>
        <w:t>встає,&lt;br /&gt;</w:t>
        <w:br/>
        <w:t>Все на світі прекрасне&lt;br /&gt;</w:t>
        <w:br/>
        <w:t>дає:&lt;br /&gt;</w:t>
        <w:br/>
        <w:t>Дає радість і силу&lt;br /&gt;</w:t>
        <w:br/>
        <w:t>ураз,&lt;br /&gt;</w:t>
        <w:br/>
        <w:t>І ту весноньку милу –&lt;br /&gt;</w:t>
        <w:br/>
        <w:t>для нас!</w:t>
      </w:r>
    </w:p>
    <w:p>
      <w:r>
        <w:br/>
        <w:t>* бринда — те саме, що дримба, варган —&lt;br /&gt;</w:t>
        <w:br/>
        <w:t>гуцульський музичний інструмент</w:t>
      </w:r>
    </w:p>
    <w:p>
      <w:r>
        <w:br/>
        <w:t>* * *</w:t>
      </w:r>
    </w:p>
    <w:p>
      <w:r>
        <w:br/>
        <w:t>Гостинна хата</w:t>
      </w:r>
    </w:p>
    <w:p>
      <w:r>
        <w:br/>
        <w:t>Тесляре, тесляре, збудуй мені хижку&lt;br /&gt;</w:t>
        <w:br/>
        <w:t>В зеленім садочку, в квітучім затишку.</w:t>
      </w:r>
    </w:p>
    <w:p>
      <w:r>
        <w:br/>
        <w:t>Змуруй мені, муляре, піч та й рівненько,&lt;br /&gt;</w:t>
        <w:br/>
        <w:t>Щоб в хаті зимою було всім тепленько.</w:t>
      </w:r>
    </w:p>
    <w:p>
      <w:r>
        <w:br/>
        <w:t>Ти справ мені, столяре, двері й віконця,&lt;br /&gt;</w:t>
        <w:br/>
        <w:t>Поріг від дороги, а вікна до сонця.</w:t>
      </w:r>
    </w:p>
    <w:p>
      <w:r>
        <w:br/>
        <w:t>А ти мені, скляре, встав скло ясне в рамку,&lt;br /&gt;</w:t>
        <w:br/>
        <w:t>Аби мені сонце світило від ранку.</w:t>
      </w:r>
    </w:p>
    <w:p>
      <w:r>
        <w:br/>
        <w:t>Ковалю, ковалю, зготов мені ключик,&lt;br /&gt;</w:t>
        <w:br/>
        <w:t>І сильні завіси, й замочок блискучий.</w:t>
      </w:r>
    </w:p>
    <w:p>
      <w:r>
        <w:br/>
        <w:t>Я буду раденько замок відмикати,&lt;br /&gt;</w:t>
        <w:br/>
        <w:t>Щоб ви не минали гостинної хати.</w:t>
      </w:r>
    </w:p>
    <w:p>
      <w:r>
        <w:br/>
        <w:t>* * *</w:t>
      </w:r>
    </w:p>
    <w:p>
      <w:r>
        <w:br/>
        <w:t>Розмова з місяцем</w:t>
      </w:r>
    </w:p>
    <w:p>
      <w:r>
        <w:br/>
        <w:t>("Ой місяцю, місяченьку")</w:t>
      </w:r>
    </w:p>
    <w:p>
      <w:r>
        <w:br/>
        <w:t>Ой місяцю, місяченьку,&lt;br /&gt;</w:t>
        <w:br/>
        <w:t>Срібнолиций стороженьку,&lt;br /&gt;</w:t>
        <w:br/>
        <w:t>Що сторожиш ти?&lt;br /&gt;</w:t>
        <w:br/>
        <w:t>Я сторожу цілу нічку&lt;br /&gt;</w:t>
        <w:br/>
        <w:t>Гай і поле, ліс і річку,&lt;br /&gt;</w:t>
        <w:br/>
        <w:t>І сільські хати.</w:t>
      </w:r>
    </w:p>
    <w:p>
      <w:r>
        <w:br/>
        <w:t>Ой місяцю, місяченьку,&lt;br /&gt;</w:t>
        <w:br/>
        <w:t>Срібнолиций стороженьку,&lt;br /&gt;</w:t>
        <w:br/>
        <w:t>Хто є в тих хатках?&lt;br /&gt;</w:t>
        <w:br/>
        <w:t>Там сплять діти в колисочках,&lt;br /&gt;</w:t>
        <w:br/>
        <w:t>Сон цілує їхні очка,&lt;br /&gt;</w:t>
        <w:br/>
        <w:t>Бачать мрії в снах.</w:t>
      </w:r>
    </w:p>
    <w:p>
      <w:r>
        <w:br/>
        <w:t>Ой місяцю, місяченьку,&lt;br /&gt;</w:t>
        <w:br/>
        <w:t>Срібнолиций стороженьку,&lt;br /&gt;</w:t>
        <w:br/>
        <w:t>Про що мрії ті?&lt;br /&gt;</w:t>
        <w:br/>
        <w:t>Про край рідний, край єдиний,&lt;br /&gt;</w:t>
        <w:br/>
        <w:t>Про майбутнє України&lt;br /&gt;</w:t>
        <w:br/>
        <w:t>Снять діти малі.</w:t>
      </w:r>
    </w:p>
    <w:p>
      <w:r>
        <w:br/>
        <w:t>Ой місяцю, місяченьку,&lt;br /&gt;</w:t>
        <w:br/>
        <w:t>Срібнолиций стороженьку,&lt;br /&gt;</w:t>
        <w:br/>
        <w:t>Чи здійсняться сни?&lt;br /&gt;</w:t>
        <w:br/>
        <w:t>Стануть діти підростати,&lt;br /&gt;</w:t>
        <w:br/>
        <w:t>Для народу працювати –&lt;br /&gt;</w:t>
        <w:br/>
        <w:t>І здійсняться сни.</w:t>
      </w:r>
    </w:p>
    <w:p>
      <w:r>
        <w:br/>
        <w:t>* * *</w:t>
      </w:r>
    </w:p>
    <w:p>
      <w:r>
        <w:br/>
        <w:t>Тихий вечір</w:t>
      </w:r>
    </w:p>
    <w:p>
      <w:r>
        <w:br/>
        <w:t>Тихий вечір, тихий, красний.&lt;br /&gt;</w:t>
        <w:br/>
        <w:t>Над горами місяць ясний&lt;br /&gt;</w:t>
        <w:br/>
        <w:t>Пасе зорі, завертає,&lt;br /&gt;</w:t>
        <w:br/>
        <w:t>На трембіті виграває.</w:t>
      </w:r>
    </w:p>
    <w:p>
      <w:r>
        <w:br/>
        <w:t>Ходить місяць аж до ранку,&lt;br /&gt;</w:t>
        <w:br/>
        <w:t>Зоря вийшла на полянку.&lt;br /&gt;</w:t>
        <w:br/>
        <w:t>Ой місяцю-місяченьку,&lt;br /&gt;</w:t>
        <w:br/>
        <w:t>Зганяй зорі помаленьку.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Дитячі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