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з Долини Райдуг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з Долини Райдуг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