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Диптих</w:t>
      </w:r>
    </w:p>
    <w:p>
      <w:r>
        <w:br/>
        <w:t xml:space="preserve"> 1</w:t>
      </w:r>
    </w:p>
    <w:p>
      <w:r>
        <w:br/>
        <w:t>На лісу вечоровому тканні&lt;br /&gt;</w:t>
        <w:br/>
        <w:t>стих силует обителі святої.&lt;br /&gt;</w:t>
        <w:br/>
        <w:t>Безслідно зник,</w:t>
      </w:r>
    </w:p>
    <w:p>
      <w:r>
        <w:br/>
        <w:t>однак узори хвої</w:t>
      </w:r>
    </w:p>
    <w:p>
      <w:r>
        <w:br/>
        <w:t>схитнув аж у криничній глибині,</w:t>
      </w:r>
    </w:p>
    <w:p>
      <w:r>
        <w:br/>
        <w:t>і холодом війнуло… І не тим,&lt;br /&gt;</w:t>
        <w:br/>
        <w:t>що пробирає до кісток і свище.&lt;br /&gt;</w:t>
        <w:br/>
        <w:t>Узори сплутались на дні,</w:t>
      </w:r>
    </w:p>
    <w:p>
      <w:r>
        <w:br/>
        <w:t>а вище</w:t>
      </w:r>
    </w:p>
    <w:p>
      <w:r>
        <w:br/>
        <w:t>влітає сойка в полонинський дим</w:t>
      </w:r>
    </w:p>
    <w:p>
      <w:r>
        <w:br/>
        <w:t>й не вилітає…</w:t>
      </w:r>
    </w:p>
    <w:p>
      <w:r>
        <w:br/>
        <w:t>Але знов летить.</w:t>
      </w:r>
    </w:p>
    <w:p>
      <w:r>
        <w:br/>
        <w:t>Здіймайся, пташко, над верхів'я хворе.&lt;br /&gt;</w:t>
        <w:br/>
        <w:t>Старі, безцінні, оплутані узори&lt;br /&gt;</w:t>
        <w:br/>
        <w:t>зітри крильми з лісів, громів, століть.</w:t>
      </w:r>
    </w:p>
    <w:p>
      <w:r>
        <w:br/>
        <w:t>Хай дим тебе морочить і п'янить —&lt;br /&gt;</w:t>
        <w:br/>
        <w:t>здіймайся, пташко, над верхів'я хворе!&lt;br /&gt;</w:t>
        <w:br/>
        <w:t>Лети на Чорний Ліс! Це ваші гори.&lt;br /&gt;</w:t>
        <w:br/>
        <w:t>Це наша мить —</w:t>
      </w:r>
    </w:p>
    <w:p>
      <w:r>
        <w:br/>
        <w:t>одна проклята мить.</w:t>
      </w:r>
    </w:p>
    <w:p>
      <w:r>
        <w:br/>
        <w:t>2</w:t>
      </w:r>
    </w:p>
    <w:p>
      <w:r>
        <w:br/>
        <w:t>У неба на краю</w:t>
      </w:r>
    </w:p>
    <w:p>
      <w:r>
        <w:br/>
        <w:t>ти склала крила</w:t>
      </w:r>
    </w:p>
    <w:p>
      <w:r>
        <w:br/>
        <w:t>і пташкою упала з вишини&lt;br /&gt;</w:t>
        <w:br/>
        <w:t>йому до ніг.</w:t>
      </w:r>
    </w:p>
    <w:p>
      <w:r>
        <w:br/>
        <w:t>Бо ти його любила.</w:t>
      </w:r>
    </w:p>
    <w:p>
      <w:r>
        <w:br/>
        <w:t>І ти собі сказала:</w:t>
      </w:r>
    </w:p>
    <w:p>
      <w:r>
        <w:br/>
        <w:t>"Зупини!"</w:t>
      </w:r>
    </w:p>
    <w:p>
      <w:r>
        <w:br/>
        <w:t>Не зупинили роки непролазні,&lt;br /&gt;</w:t>
        <w:br/>
        <w:t>не спинить блазня і тільце твоє.&lt;br /&gt;</w:t>
        <w:br/>
        <w:t>І першими затрублять завтра блазні&lt;br /&gt;</w:t>
        <w:br/>
        <w:t>у неба на краю. Він є. Він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