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Диптих</w:t>
      </w:r>
    </w:p>
    <w:p>
      <w:r>
        <w:br/>
        <w:t xml:space="preserve"> Українцям у діаспорі далекій присвячую.</w:t>
      </w:r>
    </w:p>
    <w:p>
      <w:r>
        <w:br/>
        <w:t>І. ЧЕКАННЯ</w:t>
      </w:r>
    </w:p>
    <w:p>
      <w:r>
        <w:br/>
        <w:t>Я вас чекав з далекої дороги&lt;br /&gt;</w:t>
        <w:br/>
        <w:t>Аж півжиття.&lt;br /&gt;</w:t>
        <w:br/>
        <w:t>Уперто дожидав.&lt;br /&gt;</w:t>
        <w:br/>
        <w:t>Гриміли війни.&lt;br /&gt;</w:t>
        <w:br/>
        <w:t>Над земним порогом&lt;br /&gt;</w:t>
        <w:br/>
        <w:t>Тьмяніло часто сонце від заграв.&lt;br /&gt;</w:t>
        <w:br/>
        <w:t>Вкраїну нашу,&lt;br /&gt;</w:t>
        <w:br/>
        <w:t>Стомлену і гнану,&lt;br /&gt;</w:t>
        <w:br/>
        <w:t>Сікли дощі непрошені і злі.&lt;br /&gt;</w:t>
        <w:br/>
        <w:t>А ви не йшли.&lt;br /&gt;</w:t>
        <w:br/>
        <w:t>Бурхливі океани&lt;br /&gt;</w:t>
        <w:br/>
        <w:t>Сердилися.&lt;br /&gt;</w:t>
        <w:br/>
        <w:t>На батьківській землі&lt;br /&gt;</w:t>
        <w:br/>
        <w:t>Усе змішалось, мов у Вавілоні,&lt;br /&gt;</w:t>
        <w:br/>
        <w:t>Високе небо хмурилось нераз.&lt;br /&gt;</w:t>
        <w:br/>
        <w:t>Але ми вперто ждали Вашингтона —&lt;br /&gt;</w:t>
        <w:br/>
        <w:t>Свого таки!&lt;br /&gt;</w:t>
        <w:br/>
        <w:t>Так заповів Тарас.&lt;br /&gt;</w:t>
        <w:br/>
        <w:t>А ви не йшли.&lt;br /&gt;</w:t>
        <w:br/>
        <w:t>На цвіт, на Україну&lt;br /&gt;</w:t>
        <w:br/>
        <w:t>Полин Зоря упала.&lt;br /&gt;</w:t>
        <w:br/>
        <w:t>Час пробив.&lt;br /&gt;</w:t>
        <w:br/>
        <w:t>Ту кару світ, як Божий гнів, зустрінув.&lt;br /&gt;</w:t>
        <w:br/>
        <w:t>А ми вмирали.&lt;br /&gt;</w:t>
        <w:br/>
        <w:t>Мовчки.&lt;br /&gt;</w:t>
        <w:br/>
        <w:t>Як раби.&lt;br /&gt;</w:t>
        <w:br/>
        <w:t>Та ви не йшли...&lt;br /&gt;</w:t>
        <w:br/>
        <w:t>Хоч нам було сутужно,&lt;br /&gt;</w:t>
        <w:br/>
        <w:t>Однак ми вірили:&lt;br /&gt;</w:t>
        <w:br/>
        <w:t>Наступить волі мить!&lt;br /&gt;</w:t>
        <w:br/>
        <w:t>Заграють дзвони&lt;br /&gt;</w:t>
        <w:br/>
        <w:t>Голосно й натужно,&lt;br /&gt;</w:t>
        <w:br/>
        <w:t>З небес святий Георгій прилетить.&lt;br /&gt;</w:t>
        <w:br/>
        <w:t>Тоді в одній ми зійдемось родині,&lt;br /&gt;</w:t>
        <w:br/>
        <w:t>І розтверзуться зболені вуста&lt;br /&gt;</w:t>
        <w:br/>
        <w:t>У літургії.&lt;br /&gt;</w:t>
        <w:br/>
        <w:t>Й будемо єдині&lt;br /&gt;</w:t>
        <w:br/>
        <w:t>За Україну.&lt;br /&gt;</w:t>
        <w:br/>
        <w:t>В нас одна мета.</w:t>
      </w:r>
    </w:p>
    <w:p>
      <w:r>
        <w:br/>
        <w:t>ІІ. ВІДПОВІДЬ</w:t>
      </w:r>
    </w:p>
    <w:p>
      <w:r>
        <w:br/>
        <w:t>Ми ті, що в небі, летимо до вас.&lt;br /&gt;</w:t>
        <w:br/>
        <w:t>То наші душі стали журавлями.&lt;br /&gt;</w:t>
        <w:br/>
        <w:t>Така безмежність пролягла між нами,&lt;br /&gt;</w:t>
        <w:br/>
        <w:t>Що й не розкажеш мудрими словами,&lt;br /&gt;</w:t>
        <w:br/>
        <w:t>Лиш час трубить — цей невблаганний час.</w:t>
      </w:r>
    </w:p>
    <w:p>
      <w:r>
        <w:br/>
        <w:t>Була розлука, наче довга ніч.&lt;br /&gt;</w:t>
        <w:br/>
        <w:t>Нам усміхалася у снах калина&lt;br /&gt;</w:t>
        <w:br/>
        <w:t>І кликала кохана Україна,&lt;br /&gt;</w:t>
        <w:br/>
        <w:t>Де синє небо й мова солов'їна,&lt;br /&gt;</w:t>
        <w:br/>
        <w:t>І хміль п'янкий майбутніх наших стріч.</w:t>
      </w:r>
    </w:p>
    <w:p>
      <w:r>
        <w:br/>
        <w:t>Душі запраглій не припнути крил.&lt;br /&gt;</w:t>
        <w:br/>
        <w:t>Вона, мов тінь мелодії любові,&lt;br /&gt;</w:t>
        <w:br/>
        <w:t>Щоніч, щодень, щомить напоготові&lt;br /&gt;</w:t>
        <w:br/>
        <w:t>Бажає в пісні чи благальнім слові&lt;br /&gt;</w:t>
        <w:br/>
        <w:t>Вернутися до батьківських могил.</w:t>
      </w:r>
    </w:p>
    <w:p>
      <w:r>
        <w:br/>
        <w:t>І ми вертаєм! Летимо крізь даль&lt;br /&gt;</w:t>
        <w:br/>
        <w:t>В одній великій журавлиній стаї.&lt;br /&gt;</w:t>
        <w:br/>
        <w:t>І рідна Україна нас стрічає,&lt;br /&gt;</w:t>
        <w:br/>
        <w:t>І на струні хвилююче нам грає&lt;br /&gt;</w:t>
        <w:br/>
        <w:t>Мелодію Карпатських гір скрипаль.&lt;br /&gt;</w:t>
        <w:br/>
        <w:t>1991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